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D95C8" w14:textId="77777777" w:rsidR="00945CB4" w:rsidRPr="00945CB4"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8"/>
          <w:szCs w:val="28"/>
          <w:u w:val="single"/>
          <w:lang w:val="uk-UA" w:eastAsia="ru-RU"/>
        </w:rPr>
      </w:pPr>
      <w:r w:rsidRPr="00945CB4">
        <w:rPr>
          <w:rFonts w:ascii="Times New Roman" w:eastAsia="Times New Roman" w:hAnsi="Times New Roman" w:cs="Times New Roman"/>
          <w:color w:val="000000"/>
          <w:sz w:val="28"/>
          <w:szCs w:val="28"/>
          <w:u w:val="single"/>
          <w:lang w:val="uk-UA" w:eastAsia="ru-RU"/>
        </w:rPr>
        <w:t xml:space="preserve">Національний університет «Полтавська політехніка імені Юрія </w:t>
      </w:r>
    </w:p>
    <w:p w14:paraId="66E7FBA9" w14:textId="77777777" w:rsidR="00945CB4" w:rsidRPr="00945CB4"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8"/>
          <w:szCs w:val="28"/>
          <w:lang w:val="uk-UA" w:eastAsia="ru-RU"/>
        </w:rPr>
      </w:pPr>
      <w:r w:rsidRPr="00945CB4">
        <w:rPr>
          <w:rFonts w:ascii="Times New Roman" w:eastAsia="Times New Roman" w:hAnsi="Times New Roman" w:cs="Times New Roman"/>
          <w:color w:val="000000"/>
          <w:sz w:val="28"/>
          <w:szCs w:val="28"/>
          <w:u w:val="single"/>
          <w:lang w:val="uk-UA" w:eastAsia="ru-RU"/>
        </w:rPr>
        <w:t>Кондратюка»</w:t>
      </w:r>
    </w:p>
    <w:p w14:paraId="6CAE72B6" w14:textId="77777777" w:rsidR="00945CB4" w:rsidRPr="00945CB4"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18"/>
          <w:szCs w:val="18"/>
          <w:lang w:val="uk-UA" w:eastAsia="ru-RU"/>
        </w:rPr>
      </w:pPr>
      <w:r w:rsidRPr="00945CB4">
        <w:rPr>
          <w:rFonts w:ascii="Times New Roman" w:eastAsia="Times New Roman" w:hAnsi="Times New Roman" w:cs="Times New Roman"/>
          <w:color w:val="000000"/>
          <w:sz w:val="18"/>
          <w:szCs w:val="18"/>
          <w:lang w:val="uk-UA" w:eastAsia="ru-RU"/>
        </w:rPr>
        <w:t>(повне найменування вищого навчального закладу)</w:t>
      </w:r>
    </w:p>
    <w:p w14:paraId="7B7394AB" w14:textId="77777777" w:rsidR="00945CB4" w:rsidRPr="00945CB4"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8"/>
          <w:szCs w:val="28"/>
          <w:lang w:val="uk-UA" w:eastAsia="ru-RU"/>
        </w:rPr>
      </w:pPr>
      <w:r w:rsidRPr="00945CB4">
        <w:rPr>
          <w:rFonts w:ascii="Times New Roman" w:eastAsia="Times New Roman" w:hAnsi="Times New Roman" w:cs="Times New Roman"/>
          <w:color w:val="000000"/>
          <w:sz w:val="28"/>
          <w:szCs w:val="28"/>
          <w:u w:val="single"/>
          <w:lang w:val="uk-UA" w:eastAsia="ru-RU"/>
        </w:rPr>
        <w:t>Навчально-науковий інститут інформаційних технологій та робототехніки</w:t>
      </w:r>
    </w:p>
    <w:p w14:paraId="1C1B5B56"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18"/>
          <w:szCs w:val="18"/>
          <w:lang w:val="uk-UA" w:eastAsia="ru-RU"/>
        </w:rPr>
      </w:pPr>
      <w:r w:rsidRPr="003D6A22">
        <w:rPr>
          <w:rFonts w:ascii="Times New Roman" w:eastAsia="Times New Roman" w:hAnsi="Times New Roman" w:cs="Times New Roman"/>
          <w:color w:val="000000"/>
          <w:sz w:val="18"/>
          <w:szCs w:val="18"/>
          <w:lang w:val="uk-UA" w:eastAsia="ru-RU"/>
        </w:rPr>
        <w:t>(повна назва факультету)</w:t>
      </w:r>
    </w:p>
    <w:p w14:paraId="608BA56B"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8"/>
          <w:szCs w:val="28"/>
          <w:lang w:val="uk-UA" w:eastAsia="ru-RU"/>
        </w:rPr>
      </w:pPr>
      <w:r w:rsidRPr="003D6A22">
        <w:rPr>
          <w:rFonts w:ascii="Times New Roman" w:eastAsia="Times New Roman" w:hAnsi="Times New Roman" w:cs="Times New Roman"/>
          <w:color w:val="000000"/>
          <w:sz w:val="28"/>
          <w:szCs w:val="28"/>
          <w:u w:val="single"/>
          <w:lang w:val="uk-UA" w:eastAsia="ru-RU"/>
        </w:rPr>
        <w:t>Кафедра комп’ютерних та інформаційних технологій і систем</w:t>
      </w:r>
    </w:p>
    <w:p w14:paraId="6855D608"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18"/>
          <w:szCs w:val="18"/>
          <w:lang w:val="uk-UA" w:eastAsia="ru-RU"/>
        </w:rPr>
      </w:pPr>
      <w:r w:rsidRPr="003D6A22">
        <w:rPr>
          <w:rFonts w:ascii="Times New Roman" w:eastAsia="Times New Roman" w:hAnsi="Times New Roman" w:cs="Times New Roman"/>
          <w:color w:val="000000"/>
          <w:sz w:val="18"/>
          <w:szCs w:val="18"/>
          <w:lang w:val="uk-UA" w:eastAsia="ru-RU"/>
        </w:rPr>
        <w:t>(повна назва кафедри)</w:t>
      </w:r>
    </w:p>
    <w:p w14:paraId="4000DAC8"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84" w:firstLine="709"/>
        <w:jc w:val="center"/>
        <w:rPr>
          <w:rFonts w:ascii="Times New Roman" w:eastAsia="Times New Roman" w:hAnsi="Times New Roman" w:cs="Times New Roman"/>
          <w:sz w:val="16"/>
          <w:szCs w:val="28"/>
          <w:lang w:val="uk-UA" w:eastAsia="ru-RU"/>
        </w:rPr>
      </w:pPr>
    </w:p>
    <w:p w14:paraId="7BD5F761"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84" w:firstLine="709"/>
        <w:jc w:val="center"/>
        <w:rPr>
          <w:rFonts w:ascii="Times New Roman" w:eastAsia="Times New Roman" w:hAnsi="Times New Roman" w:cs="Times New Roman"/>
          <w:sz w:val="16"/>
          <w:szCs w:val="28"/>
          <w:lang w:val="uk-UA" w:eastAsia="ru-RU"/>
        </w:rPr>
      </w:pPr>
    </w:p>
    <w:p w14:paraId="5A804470"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84" w:firstLine="709"/>
        <w:jc w:val="center"/>
        <w:rPr>
          <w:rFonts w:ascii="Times New Roman" w:eastAsia="Times New Roman" w:hAnsi="Times New Roman" w:cs="Times New Roman"/>
          <w:sz w:val="16"/>
          <w:szCs w:val="28"/>
          <w:lang w:val="uk-UA" w:eastAsia="ru-RU"/>
        </w:rPr>
      </w:pPr>
    </w:p>
    <w:p w14:paraId="05CE74CD"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84" w:firstLine="709"/>
        <w:jc w:val="center"/>
        <w:rPr>
          <w:rFonts w:ascii="Times New Roman" w:eastAsia="Times New Roman" w:hAnsi="Times New Roman" w:cs="Times New Roman"/>
          <w:sz w:val="28"/>
          <w:szCs w:val="28"/>
          <w:lang w:val="uk-UA" w:eastAsia="ru-RU"/>
        </w:rPr>
      </w:pPr>
    </w:p>
    <w:p w14:paraId="5C639677"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84" w:firstLine="709"/>
        <w:jc w:val="center"/>
        <w:rPr>
          <w:rFonts w:ascii="Times New Roman" w:eastAsia="Times New Roman" w:hAnsi="Times New Roman" w:cs="Times New Roman"/>
          <w:sz w:val="16"/>
          <w:szCs w:val="28"/>
          <w:lang w:val="uk-UA" w:eastAsia="ru-RU"/>
        </w:rPr>
      </w:pPr>
    </w:p>
    <w:p w14:paraId="739043B2"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84" w:firstLine="709"/>
        <w:jc w:val="center"/>
        <w:rPr>
          <w:rFonts w:ascii="Times New Roman" w:eastAsia="Times New Roman" w:hAnsi="Times New Roman" w:cs="Times New Roman"/>
          <w:sz w:val="16"/>
          <w:szCs w:val="28"/>
          <w:lang w:val="uk-UA" w:eastAsia="ru-RU"/>
        </w:rPr>
      </w:pPr>
    </w:p>
    <w:p w14:paraId="0081F629"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84" w:firstLine="709"/>
        <w:jc w:val="center"/>
        <w:rPr>
          <w:rFonts w:ascii="Times New Roman" w:eastAsia="Times New Roman" w:hAnsi="Times New Roman" w:cs="Times New Roman"/>
          <w:sz w:val="16"/>
          <w:szCs w:val="28"/>
          <w:lang w:val="uk-UA" w:eastAsia="ru-RU"/>
        </w:rPr>
      </w:pPr>
    </w:p>
    <w:p w14:paraId="14CD24FD"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84" w:firstLine="709"/>
        <w:jc w:val="center"/>
        <w:rPr>
          <w:rFonts w:ascii="Times New Roman" w:eastAsia="Times New Roman" w:hAnsi="Times New Roman" w:cs="Times New Roman"/>
          <w:sz w:val="16"/>
          <w:szCs w:val="28"/>
          <w:lang w:val="uk-UA" w:eastAsia="ru-RU"/>
        </w:rPr>
      </w:pPr>
    </w:p>
    <w:p w14:paraId="1D10CA31"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84" w:firstLine="709"/>
        <w:jc w:val="center"/>
        <w:rPr>
          <w:rFonts w:ascii="Times New Roman" w:eastAsia="Times New Roman" w:hAnsi="Times New Roman" w:cs="Times New Roman"/>
          <w:sz w:val="16"/>
          <w:szCs w:val="28"/>
          <w:lang w:val="uk-UA" w:eastAsia="ru-RU"/>
        </w:rPr>
      </w:pPr>
    </w:p>
    <w:p w14:paraId="28297555"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84" w:firstLine="709"/>
        <w:jc w:val="center"/>
        <w:rPr>
          <w:rFonts w:ascii="Times New Roman" w:eastAsia="Times New Roman" w:hAnsi="Times New Roman" w:cs="Times New Roman"/>
          <w:sz w:val="16"/>
          <w:szCs w:val="28"/>
          <w:lang w:val="uk-UA" w:eastAsia="ru-RU"/>
        </w:rPr>
      </w:pPr>
    </w:p>
    <w:p w14:paraId="59871090"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sz w:val="28"/>
          <w:szCs w:val="28"/>
          <w:lang w:val="uk-UA" w:eastAsia="ru-RU"/>
        </w:rPr>
      </w:pPr>
      <w:r w:rsidRPr="003D6A22">
        <w:rPr>
          <w:rFonts w:ascii="Times New Roman" w:eastAsia="Times New Roman" w:hAnsi="Times New Roman" w:cs="Times New Roman"/>
          <w:b/>
          <w:sz w:val="28"/>
          <w:szCs w:val="28"/>
          <w:lang w:val="uk-UA" w:eastAsia="ru-RU"/>
        </w:rPr>
        <w:t>ПОЯСНЮВАЛЬНА ЗАПИСКА</w:t>
      </w:r>
    </w:p>
    <w:p w14:paraId="2D933BDE"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lang w:val="uk-UA" w:eastAsia="ru-RU"/>
        </w:rPr>
      </w:pPr>
      <w:r w:rsidRPr="003D6A22">
        <w:rPr>
          <w:rFonts w:ascii="Times New Roman" w:eastAsia="Times New Roman" w:hAnsi="Times New Roman" w:cs="Times New Roman"/>
          <w:sz w:val="28"/>
          <w:szCs w:val="28"/>
          <w:lang w:val="uk-UA" w:eastAsia="ru-RU"/>
        </w:rPr>
        <w:t>до кваліфікаційної роботи</w:t>
      </w:r>
    </w:p>
    <w:p w14:paraId="046C83D3"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i/>
          <w:sz w:val="28"/>
          <w:szCs w:val="28"/>
          <w:u w:val="single"/>
          <w:lang w:val="uk-UA" w:eastAsia="ru-RU"/>
        </w:rPr>
      </w:pPr>
      <w:r w:rsidRPr="003D6A22">
        <w:rPr>
          <w:rFonts w:ascii="Times New Roman" w:eastAsia="Times New Roman" w:hAnsi="Times New Roman" w:cs="Times New Roman"/>
          <w:i/>
          <w:sz w:val="28"/>
          <w:szCs w:val="28"/>
          <w:u w:val="single"/>
          <w:lang w:val="uk-UA" w:eastAsia="ru-RU"/>
        </w:rPr>
        <w:t>другий(магістерський)</w:t>
      </w:r>
    </w:p>
    <w:p w14:paraId="5209F6C4"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16"/>
          <w:szCs w:val="28"/>
          <w:lang w:val="uk-UA" w:eastAsia="ru-RU"/>
        </w:rPr>
      </w:pPr>
      <w:r w:rsidRPr="003D6A22">
        <w:rPr>
          <w:rFonts w:ascii="Times New Roman" w:eastAsia="Times New Roman" w:hAnsi="Times New Roman" w:cs="Times New Roman"/>
          <w:sz w:val="16"/>
          <w:szCs w:val="28"/>
          <w:lang w:val="uk-UA" w:eastAsia="ru-RU"/>
        </w:rPr>
        <w:t>(рівень вищої освіти)</w:t>
      </w:r>
    </w:p>
    <w:p w14:paraId="634C911F"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16"/>
          <w:szCs w:val="28"/>
          <w:lang w:val="uk-UA" w:eastAsia="ru-RU"/>
        </w:rPr>
      </w:pPr>
    </w:p>
    <w:p w14:paraId="0B683CE3" w14:textId="1CCEC4C1" w:rsidR="00945CB4" w:rsidRPr="001639F1"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lang w:val="uk-UA" w:eastAsia="ru-RU"/>
        </w:rPr>
      </w:pPr>
      <w:r w:rsidRPr="003D6A22">
        <w:rPr>
          <w:rFonts w:ascii="Times New Roman" w:eastAsia="Times New Roman" w:hAnsi="Times New Roman" w:cs="Times New Roman"/>
          <w:sz w:val="28"/>
          <w:szCs w:val="28"/>
          <w:lang w:val="uk-UA" w:eastAsia="ru-RU"/>
        </w:rPr>
        <w:t>на тему:</w:t>
      </w:r>
      <w:r w:rsidRPr="003D6A22">
        <w:rPr>
          <w:rFonts w:ascii="Times New Roman" w:eastAsia="Times New Roman" w:hAnsi="Times New Roman" w:cs="Times New Roman"/>
          <w:sz w:val="16"/>
          <w:szCs w:val="28"/>
          <w:lang w:val="uk-UA" w:eastAsia="ru-RU"/>
        </w:rPr>
        <w:t xml:space="preserve"> </w:t>
      </w:r>
      <w:r w:rsidR="001639F1">
        <w:rPr>
          <w:rFonts w:ascii="Times New Roman" w:eastAsia="Calibri" w:hAnsi="Times New Roman" w:cs="Times New Roman"/>
          <w:b/>
          <w:bCs/>
          <w:iCs/>
          <w:sz w:val="28"/>
          <w:szCs w:val="28"/>
          <w:lang w:val="uk-UA"/>
        </w:rPr>
        <w:t xml:space="preserve">ПРОГРАМНО-ІНЖЕНЕРНІ МЕТОДИ ІНТЕГРАЦІЇ АЛГОРИТМІВ ПОДІЙ У ІГРОВОМУ РУШІЇ </w:t>
      </w:r>
      <w:r w:rsidR="001639F1">
        <w:rPr>
          <w:rFonts w:ascii="Times New Roman" w:eastAsia="Calibri" w:hAnsi="Times New Roman" w:cs="Times New Roman"/>
          <w:b/>
          <w:bCs/>
          <w:iCs/>
          <w:sz w:val="28"/>
          <w:szCs w:val="28"/>
        </w:rPr>
        <w:t>GAME</w:t>
      </w:r>
      <w:r w:rsidR="001639F1" w:rsidRPr="001639F1">
        <w:rPr>
          <w:rFonts w:ascii="Times New Roman" w:eastAsia="Calibri" w:hAnsi="Times New Roman" w:cs="Times New Roman"/>
          <w:b/>
          <w:bCs/>
          <w:iCs/>
          <w:sz w:val="28"/>
          <w:szCs w:val="28"/>
          <w:lang w:val="uk-UA"/>
        </w:rPr>
        <w:t xml:space="preserve"> </w:t>
      </w:r>
      <w:r w:rsidR="001639F1">
        <w:rPr>
          <w:rFonts w:ascii="Times New Roman" w:eastAsia="Calibri" w:hAnsi="Times New Roman" w:cs="Times New Roman"/>
          <w:b/>
          <w:bCs/>
          <w:iCs/>
          <w:sz w:val="28"/>
          <w:szCs w:val="28"/>
        </w:rPr>
        <w:t>MAKER</w:t>
      </w:r>
    </w:p>
    <w:p w14:paraId="38F49626"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lang w:val="uk-UA" w:eastAsia="ru-RU"/>
        </w:rPr>
      </w:pPr>
    </w:p>
    <w:p w14:paraId="1A3106CD" w14:textId="77777777" w:rsidR="00945CB4" w:rsidRPr="001639F1"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lang w:val="uk-UA" w:eastAsia="ru-RU"/>
        </w:rPr>
      </w:pPr>
    </w:p>
    <w:p w14:paraId="65DE9587"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4"/>
          <w:szCs w:val="24"/>
          <w:lang w:val="uk-UA" w:eastAsia="ru-RU"/>
        </w:rPr>
      </w:pPr>
    </w:p>
    <w:p w14:paraId="271B3895"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3969"/>
        <w:jc w:val="center"/>
        <w:rPr>
          <w:rFonts w:ascii="Times New Roman" w:eastAsia="Times New Roman" w:hAnsi="Times New Roman" w:cs="Times New Roman"/>
          <w:color w:val="000000"/>
          <w:sz w:val="28"/>
          <w:szCs w:val="28"/>
          <w:lang w:val="uk-UA" w:eastAsia="ru-RU"/>
        </w:rPr>
      </w:pPr>
    </w:p>
    <w:p w14:paraId="5A566C1E" w14:textId="7F1EE92E"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3969"/>
        <w:jc w:val="both"/>
        <w:rPr>
          <w:rFonts w:ascii="Times New Roman" w:eastAsia="Times New Roman" w:hAnsi="Times New Roman" w:cs="Times New Roman"/>
          <w:color w:val="000000"/>
          <w:sz w:val="28"/>
          <w:szCs w:val="28"/>
          <w:u w:val="single"/>
          <w:lang w:val="uk-UA" w:eastAsia="ru-RU"/>
        </w:rPr>
      </w:pPr>
      <w:r w:rsidRPr="003D6A22">
        <w:rPr>
          <w:rFonts w:ascii="Times New Roman" w:eastAsia="Times New Roman" w:hAnsi="Times New Roman" w:cs="Times New Roman"/>
          <w:color w:val="000000"/>
          <w:sz w:val="28"/>
          <w:szCs w:val="28"/>
          <w:lang w:val="uk-UA" w:eastAsia="ru-RU"/>
        </w:rPr>
        <w:t xml:space="preserve">Виконав: студент </w:t>
      </w:r>
      <w:r w:rsidR="00750BFA">
        <w:rPr>
          <w:rFonts w:ascii="Times New Roman" w:eastAsia="Times New Roman" w:hAnsi="Times New Roman" w:cs="Times New Roman"/>
          <w:color w:val="000000"/>
          <w:sz w:val="28"/>
          <w:szCs w:val="28"/>
          <w:u w:val="single"/>
          <w:lang w:eastAsia="ru-RU"/>
        </w:rPr>
        <w:t>2</w:t>
      </w:r>
      <w:r w:rsidRPr="003D6A22">
        <w:rPr>
          <w:rFonts w:ascii="Times New Roman" w:eastAsia="Times New Roman" w:hAnsi="Times New Roman" w:cs="Times New Roman"/>
          <w:color w:val="000000"/>
          <w:sz w:val="28"/>
          <w:szCs w:val="28"/>
          <w:lang w:val="uk-UA" w:eastAsia="ru-RU"/>
        </w:rPr>
        <w:t xml:space="preserve"> курсу, групи </w:t>
      </w:r>
      <w:r w:rsidR="002569B8">
        <w:rPr>
          <w:rFonts w:ascii="Times New Roman" w:eastAsia="Times New Roman" w:hAnsi="Times New Roman" w:cs="Times New Roman"/>
          <w:color w:val="000000"/>
          <w:sz w:val="28"/>
          <w:szCs w:val="28"/>
          <w:u w:val="single"/>
          <w:lang w:val="uk-UA" w:eastAsia="ru-RU"/>
        </w:rPr>
        <w:t>601-ТК</w:t>
      </w:r>
    </w:p>
    <w:p w14:paraId="407E9962"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3969"/>
        <w:jc w:val="both"/>
        <w:rPr>
          <w:rFonts w:ascii="Times New Roman" w:eastAsia="Times New Roman" w:hAnsi="Times New Roman" w:cs="Times New Roman"/>
          <w:color w:val="000000"/>
          <w:sz w:val="28"/>
          <w:szCs w:val="28"/>
          <w:lang w:val="uk-UA" w:eastAsia="ru-RU"/>
        </w:rPr>
      </w:pPr>
      <w:r w:rsidRPr="003D6A22">
        <w:rPr>
          <w:rFonts w:ascii="Times New Roman" w:eastAsia="Times New Roman" w:hAnsi="Times New Roman" w:cs="Times New Roman"/>
          <w:color w:val="000000"/>
          <w:sz w:val="28"/>
          <w:szCs w:val="28"/>
          <w:lang w:val="uk-UA" w:eastAsia="ru-RU"/>
        </w:rPr>
        <w:t xml:space="preserve">спеціальності </w:t>
      </w:r>
    </w:p>
    <w:p w14:paraId="53CF2050" w14:textId="19C5DAE0"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tabs>
          <w:tab w:val="right" w:pos="9354"/>
        </w:tabs>
        <w:spacing w:after="0" w:line="240" w:lineRule="auto"/>
        <w:ind w:left="3969"/>
        <w:jc w:val="both"/>
        <w:rPr>
          <w:rFonts w:ascii="Times New Roman" w:eastAsia="Times New Roman" w:hAnsi="Times New Roman" w:cs="Times New Roman"/>
          <w:sz w:val="28"/>
          <w:szCs w:val="28"/>
          <w:u w:val="single"/>
          <w:lang w:val="uk-UA" w:eastAsia="ru-RU"/>
        </w:rPr>
      </w:pPr>
      <w:r w:rsidRPr="003D6A22">
        <w:rPr>
          <w:rFonts w:ascii="Times New Roman" w:eastAsia="Times New Roman" w:hAnsi="Times New Roman" w:cs="Times New Roman"/>
          <w:color w:val="000000"/>
          <w:sz w:val="24"/>
          <w:szCs w:val="24"/>
          <w:lang w:val="uk-UA" w:eastAsia="ru-RU"/>
        </w:rPr>
        <w:t>__</w:t>
      </w:r>
      <w:r w:rsidR="001639F1">
        <w:rPr>
          <w:rFonts w:ascii="Times New Roman" w:eastAsia="Times New Roman" w:hAnsi="Times New Roman" w:cs="Times New Roman"/>
          <w:color w:val="000000"/>
          <w:sz w:val="28"/>
          <w:szCs w:val="28"/>
          <w:u w:val="single"/>
          <w:lang w:val="uk-UA" w:eastAsia="ru-RU"/>
        </w:rPr>
        <w:t xml:space="preserve">123 </w:t>
      </w:r>
      <w:proofErr w:type="spellStart"/>
      <w:r w:rsidR="001639F1">
        <w:rPr>
          <w:rFonts w:ascii="Times New Roman" w:eastAsia="Times New Roman" w:hAnsi="Times New Roman" w:cs="Times New Roman"/>
          <w:color w:val="000000"/>
          <w:sz w:val="28"/>
          <w:szCs w:val="28"/>
          <w:u w:val="single"/>
          <w:lang w:val="uk-UA" w:eastAsia="ru-RU"/>
        </w:rPr>
        <w:t>компьютерна</w:t>
      </w:r>
      <w:proofErr w:type="spellEnd"/>
      <w:r w:rsidR="001639F1">
        <w:rPr>
          <w:rFonts w:ascii="Times New Roman" w:eastAsia="Times New Roman" w:hAnsi="Times New Roman" w:cs="Times New Roman"/>
          <w:color w:val="000000"/>
          <w:sz w:val="28"/>
          <w:szCs w:val="28"/>
          <w:u w:val="single"/>
          <w:lang w:val="uk-UA" w:eastAsia="ru-RU"/>
        </w:rPr>
        <w:t xml:space="preserve"> інженерія </w:t>
      </w:r>
      <w:r w:rsidRPr="003D6A22">
        <w:rPr>
          <w:rFonts w:ascii="Times New Roman" w:eastAsia="Times New Roman" w:hAnsi="Times New Roman" w:cs="Times New Roman"/>
          <w:sz w:val="28"/>
          <w:szCs w:val="28"/>
          <w:u w:val="single"/>
          <w:lang w:val="uk-UA" w:eastAsia="ru-RU"/>
        </w:rPr>
        <w:t xml:space="preserve">       </w:t>
      </w:r>
    </w:p>
    <w:p w14:paraId="4C17837D"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3969"/>
        <w:jc w:val="center"/>
        <w:rPr>
          <w:rFonts w:ascii="Times New Roman" w:eastAsia="Times New Roman" w:hAnsi="Times New Roman" w:cs="Times New Roman"/>
          <w:color w:val="000000"/>
          <w:sz w:val="18"/>
          <w:szCs w:val="18"/>
          <w:lang w:val="uk-UA" w:eastAsia="ru-RU"/>
        </w:rPr>
      </w:pPr>
      <w:r w:rsidRPr="003D6A22">
        <w:rPr>
          <w:rFonts w:ascii="Times New Roman" w:eastAsia="Times New Roman" w:hAnsi="Times New Roman" w:cs="Times New Roman"/>
          <w:color w:val="000000"/>
          <w:sz w:val="18"/>
          <w:szCs w:val="18"/>
          <w:lang w:val="uk-UA" w:eastAsia="ru-RU"/>
        </w:rPr>
        <w:t>(шифр і назва напряму)</w:t>
      </w:r>
    </w:p>
    <w:p w14:paraId="3D1C37DD" w14:textId="5D962E10"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tabs>
          <w:tab w:val="center" w:pos="6661"/>
          <w:tab w:val="right" w:pos="9354"/>
        </w:tabs>
        <w:spacing w:after="0" w:line="240" w:lineRule="auto"/>
        <w:ind w:left="3969"/>
        <w:rPr>
          <w:rFonts w:ascii="Times New Roman" w:eastAsia="Times New Roman" w:hAnsi="Times New Roman" w:cs="Times New Roman"/>
          <w:color w:val="000000"/>
          <w:sz w:val="28"/>
          <w:szCs w:val="28"/>
          <w:u w:val="single"/>
          <w:lang w:val="uk-UA" w:eastAsia="ru-RU"/>
        </w:rPr>
      </w:pPr>
      <w:r w:rsidRPr="003D6A22">
        <w:rPr>
          <w:rFonts w:ascii="Times New Roman" w:eastAsia="Times New Roman" w:hAnsi="Times New Roman" w:cs="Times New Roman"/>
          <w:color w:val="000000"/>
          <w:sz w:val="28"/>
          <w:szCs w:val="28"/>
          <w:u w:val="single"/>
          <w:lang w:val="uk-UA" w:eastAsia="ru-RU"/>
        </w:rPr>
        <w:tab/>
      </w:r>
      <w:proofErr w:type="spellStart"/>
      <w:r w:rsidR="002569B8">
        <w:rPr>
          <w:rFonts w:ascii="Times New Roman" w:eastAsia="Times New Roman" w:hAnsi="Times New Roman" w:cs="Times New Roman"/>
          <w:color w:val="000000"/>
          <w:sz w:val="28"/>
          <w:szCs w:val="28"/>
          <w:u w:val="single"/>
          <w:lang w:val="uk-UA" w:eastAsia="ru-RU"/>
        </w:rPr>
        <w:t>Дубовський</w:t>
      </w:r>
      <w:proofErr w:type="spellEnd"/>
      <w:r w:rsidR="002569B8">
        <w:rPr>
          <w:rFonts w:ascii="Times New Roman" w:eastAsia="Times New Roman" w:hAnsi="Times New Roman" w:cs="Times New Roman"/>
          <w:color w:val="000000"/>
          <w:sz w:val="28"/>
          <w:szCs w:val="28"/>
          <w:u w:val="single"/>
          <w:lang w:val="uk-UA" w:eastAsia="ru-RU"/>
        </w:rPr>
        <w:t xml:space="preserve"> Р.В . </w:t>
      </w:r>
    </w:p>
    <w:p w14:paraId="7E97F0DF"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3969"/>
        <w:jc w:val="center"/>
        <w:rPr>
          <w:rFonts w:ascii="Times New Roman" w:eastAsia="Times New Roman" w:hAnsi="Times New Roman" w:cs="Times New Roman"/>
          <w:color w:val="000000"/>
          <w:sz w:val="18"/>
          <w:szCs w:val="18"/>
          <w:lang w:val="uk-UA" w:eastAsia="ru-RU"/>
        </w:rPr>
      </w:pPr>
      <w:r w:rsidRPr="003D6A22">
        <w:rPr>
          <w:rFonts w:ascii="Times New Roman" w:eastAsia="Times New Roman" w:hAnsi="Times New Roman" w:cs="Times New Roman"/>
          <w:color w:val="000000"/>
          <w:sz w:val="18"/>
          <w:szCs w:val="18"/>
          <w:lang w:val="uk-UA" w:eastAsia="ru-RU"/>
        </w:rPr>
        <w:t xml:space="preserve"> (прізвище та ініціали)</w:t>
      </w:r>
    </w:p>
    <w:p w14:paraId="2600A82E" w14:textId="3308539F"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3969"/>
        <w:rPr>
          <w:rFonts w:ascii="Times New Roman" w:eastAsia="Times New Roman" w:hAnsi="Times New Roman" w:cs="Times New Roman"/>
          <w:color w:val="000000"/>
          <w:sz w:val="28"/>
          <w:szCs w:val="28"/>
          <w:lang w:val="uk-UA" w:eastAsia="ru-RU"/>
        </w:rPr>
      </w:pPr>
      <w:r w:rsidRPr="003D6A22">
        <w:rPr>
          <w:rFonts w:ascii="Times New Roman" w:eastAsia="Times New Roman" w:hAnsi="Times New Roman" w:cs="Times New Roman"/>
          <w:color w:val="000000"/>
          <w:sz w:val="28"/>
          <w:szCs w:val="28"/>
          <w:lang w:val="uk-UA" w:eastAsia="ru-RU"/>
        </w:rPr>
        <w:t xml:space="preserve">Керівник </w:t>
      </w:r>
      <w:r w:rsidR="001639F1">
        <w:rPr>
          <w:rFonts w:ascii="Times New Roman" w:eastAsia="Times New Roman" w:hAnsi="Times New Roman" w:cs="Times New Roman"/>
          <w:color w:val="000000"/>
          <w:sz w:val="28"/>
          <w:szCs w:val="28"/>
          <w:u w:val="single"/>
          <w:lang w:val="uk-UA" w:eastAsia="ru-RU"/>
        </w:rPr>
        <w:t xml:space="preserve">к. </w:t>
      </w:r>
      <w:proofErr w:type="spellStart"/>
      <w:r w:rsidR="001639F1">
        <w:rPr>
          <w:rFonts w:ascii="Times New Roman" w:eastAsia="Times New Roman" w:hAnsi="Times New Roman" w:cs="Times New Roman"/>
          <w:color w:val="000000"/>
          <w:sz w:val="28"/>
          <w:szCs w:val="28"/>
          <w:u w:val="single"/>
          <w:lang w:val="uk-UA" w:eastAsia="ru-RU"/>
        </w:rPr>
        <w:t>т.н</w:t>
      </w:r>
      <w:proofErr w:type="spellEnd"/>
      <w:r w:rsidR="001639F1">
        <w:rPr>
          <w:rFonts w:ascii="Times New Roman" w:eastAsia="Times New Roman" w:hAnsi="Times New Roman" w:cs="Times New Roman"/>
          <w:color w:val="000000"/>
          <w:sz w:val="28"/>
          <w:szCs w:val="28"/>
          <w:u w:val="single"/>
          <w:lang w:val="uk-UA" w:eastAsia="ru-RU"/>
        </w:rPr>
        <w:t xml:space="preserve">. , доцент </w:t>
      </w:r>
      <w:proofErr w:type="spellStart"/>
      <w:r w:rsidR="001639F1">
        <w:rPr>
          <w:rFonts w:ascii="Times New Roman" w:eastAsia="Times New Roman" w:hAnsi="Times New Roman" w:cs="Times New Roman"/>
          <w:color w:val="000000"/>
          <w:sz w:val="28"/>
          <w:szCs w:val="28"/>
          <w:u w:val="single"/>
          <w:lang w:val="uk-UA" w:eastAsia="ru-RU"/>
        </w:rPr>
        <w:t>Скакаліна</w:t>
      </w:r>
      <w:proofErr w:type="spellEnd"/>
      <w:r w:rsidR="001639F1">
        <w:rPr>
          <w:rFonts w:ascii="Times New Roman" w:eastAsia="Times New Roman" w:hAnsi="Times New Roman" w:cs="Times New Roman"/>
          <w:color w:val="000000"/>
          <w:sz w:val="28"/>
          <w:szCs w:val="28"/>
          <w:u w:val="single"/>
          <w:lang w:val="uk-UA" w:eastAsia="ru-RU"/>
        </w:rPr>
        <w:t xml:space="preserve"> О. В.</w:t>
      </w:r>
    </w:p>
    <w:p w14:paraId="0240A848"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3969"/>
        <w:jc w:val="center"/>
        <w:rPr>
          <w:rFonts w:ascii="Times New Roman" w:eastAsia="Times New Roman" w:hAnsi="Times New Roman" w:cs="Times New Roman"/>
          <w:color w:val="000000"/>
          <w:sz w:val="18"/>
          <w:szCs w:val="18"/>
          <w:lang w:val="uk-UA" w:eastAsia="ru-RU"/>
        </w:rPr>
      </w:pPr>
      <w:r w:rsidRPr="003D6A22">
        <w:rPr>
          <w:rFonts w:ascii="Times New Roman" w:eastAsia="Times New Roman" w:hAnsi="Times New Roman" w:cs="Times New Roman"/>
          <w:color w:val="000000"/>
          <w:sz w:val="18"/>
          <w:szCs w:val="18"/>
          <w:lang w:val="uk-UA" w:eastAsia="ru-RU"/>
        </w:rPr>
        <w:t>(прізвище та ініціали)</w:t>
      </w:r>
    </w:p>
    <w:p w14:paraId="05849525"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3969"/>
        <w:jc w:val="both"/>
        <w:rPr>
          <w:rFonts w:ascii="Times New Roman" w:eastAsia="Times New Roman" w:hAnsi="Times New Roman" w:cs="Times New Roman"/>
          <w:color w:val="000000"/>
          <w:sz w:val="24"/>
          <w:szCs w:val="24"/>
          <w:lang w:val="uk-UA" w:eastAsia="ru-RU"/>
        </w:rPr>
      </w:pPr>
      <w:r w:rsidRPr="003D6A22">
        <w:rPr>
          <w:rFonts w:ascii="Times New Roman" w:eastAsia="Times New Roman" w:hAnsi="Times New Roman" w:cs="Times New Roman"/>
          <w:color w:val="000000"/>
          <w:sz w:val="28"/>
          <w:szCs w:val="28"/>
          <w:lang w:val="uk-UA" w:eastAsia="ru-RU"/>
        </w:rPr>
        <w:t>Рецензент</w:t>
      </w:r>
      <w:r w:rsidRPr="003D6A22">
        <w:rPr>
          <w:rFonts w:ascii="Times New Roman" w:eastAsia="Times New Roman" w:hAnsi="Times New Roman" w:cs="Times New Roman"/>
          <w:color w:val="000000"/>
          <w:sz w:val="24"/>
          <w:szCs w:val="24"/>
          <w:lang w:val="uk-UA" w:eastAsia="ru-RU"/>
        </w:rPr>
        <w:t xml:space="preserve"> __________________________________</w:t>
      </w:r>
    </w:p>
    <w:p w14:paraId="4A5A6EC1"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ind w:left="3969"/>
        <w:jc w:val="center"/>
        <w:rPr>
          <w:rFonts w:ascii="Times New Roman" w:eastAsia="Times New Roman" w:hAnsi="Times New Roman" w:cs="Times New Roman"/>
          <w:color w:val="000000"/>
          <w:sz w:val="18"/>
          <w:szCs w:val="18"/>
          <w:lang w:val="uk-UA" w:eastAsia="ru-RU"/>
        </w:rPr>
      </w:pPr>
      <w:r w:rsidRPr="003D6A22">
        <w:rPr>
          <w:rFonts w:ascii="Times New Roman" w:eastAsia="Times New Roman" w:hAnsi="Times New Roman" w:cs="Times New Roman"/>
          <w:color w:val="000000"/>
          <w:sz w:val="18"/>
          <w:szCs w:val="18"/>
          <w:lang w:val="uk-UA" w:eastAsia="ru-RU"/>
        </w:rPr>
        <w:t>(прізвище та ініціали)</w:t>
      </w:r>
    </w:p>
    <w:p w14:paraId="0A57C96F"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8"/>
          <w:szCs w:val="28"/>
          <w:lang w:val="uk-UA" w:eastAsia="ru-RU"/>
        </w:rPr>
      </w:pPr>
    </w:p>
    <w:p w14:paraId="64D75E05"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8"/>
          <w:szCs w:val="28"/>
          <w:lang w:val="uk-UA" w:eastAsia="ru-RU"/>
        </w:rPr>
      </w:pPr>
    </w:p>
    <w:p w14:paraId="353ED696"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8"/>
          <w:szCs w:val="28"/>
          <w:lang w:val="uk-UA" w:eastAsia="ru-RU"/>
        </w:rPr>
      </w:pPr>
    </w:p>
    <w:p w14:paraId="46BAFA21"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8"/>
          <w:szCs w:val="28"/>
          <w:lang w:val="uk-UA" w:eastAsia="ru-RU"/>
        </w:rPr>
      </w:pPr>
    </w:p>
    <w:p w14:paraId="0E1AA254"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8"/>
          <w:szCs w:val="28"/>
          <w:lang w:val="uk-UA" w:eastAsia="ru-RU"/>
        </w:rPr>
      </w:pPr>
    </w:p>
    <w:p w14:paraId="2ED217EE"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8"/>
          <w:szCs w:val="28"/>
          <w:lang w:val="uk-UA" w:eastAsia="ru-RU"/>
        </w:rPr>
      </w:pPr>
    </w:p>
    <w:p w14:paraId="4CECCDC4"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8"/>
          <w:szCs w:val="28"/>
          <w:lang w:val="uk-UA" w:eastAsia="ru-RU"/>
        </w:rPr>
      </w:pPr>
    </w:p>
    <w:p w14:paraId="339EBCE8"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8"/>
          <w:szCs w:val="28"/>
          <w:lang w:val="uk-UA" w:eastAsia="ru-RU"/>
        </w:rPr>
      </w:pPr>
    </w:p>
    <w:p w14:paraId="6BC1EEEA"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8"/>
          <w:szCs w:val="28"/>
          <w:lang w:val="uk-UA" w:eastAsia="ru-RU"/>
        </w:rPr>
      </w:pPr>
    </w:p>
    <w:p w14:paraId="09F770A9" w14:textId="77777777"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8"/>
          <w:szCs w:val="28"/>
          <w:lang w:val="uk-UA" w:eastAsia="ru-RU"/>
        </w:rPr>
      </w:pPr>
    </w:p>
    <w:p w14:paraId="434E6947" w14:textId="74386F4E" w:rsidR="001D22DF" w:rsidRPr="003D6A22" w:rsidRDefault="001639F1"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lang w:val="uk-UA" w:eastAsia="ru-RU"/>
        </w:rPr>
        <w:sectPr w:rsidR="001D22DF" w:rsidRPr="003D6A22" w:rsidSect="00FD160E">
          <w:headerReference w:type="default" r:id="rId8"/>
          <w:pgSz w:w="12240" w:h="15840"/>
          <w:pgMar w:top="1134" w:right="567" w:bottom="1134" w:left="1701" w:header="709" w:footer="709" w:gutter="0"/>
          <w:cols w:space="708"/>
          <w:titlePg/>
          <w:docGrid w:linePitch="360"/>
        </w:sectPr>
      </w:pPr>
      <w:r>
        <w:rPr>
          <w:rFonts w:ascii="Times New Roman" w:eastAsia="Times New Roman" w:hAnsi="Times New Roman" w:cs="Times New Roman"/>
          <w:sz w:val="28"/>
          <w:szCs w:val="28"/>
          <w:lang w:val="uk-UA" w:eastAsia="ru-RU"/>
        </w:rPr>
        <w:t>Полтава – 2026</w:t>
      </w:r>
    </w:p>
    <w:p w14:paraId="5EF9968D" w14:textId="77777777" w:rsidR="00945CB4" w:rsidRPr="003D6A22" w:rsidRDefault="00945CB4" w:rsidP="00510C7E">
      <w:pPr>
        <w:spacing w:after="0" w:line="240" w:lineRule="auto"/>
        <w:jc w:val="center"/>
        <w:rPr>
          <w:rFonts w:ascii="Times New Roman" w:eastAsia="Times New Roman" w:hAnsi="Times New Roman" w:cs="Times New Roman"/>
          <w:b/>
          <w:bCs/>
          <w:sz w:val="28"/>
          <w:szCs w:val="28"/>
          <w:lang w:val="uk-UA"/>
        </w:rPr>
      </w:pPr>
      <w:r w:rsidRPr="003D6A22">
        <w:rPr>
          <w:rFonts w:ascii="Times New Roman" w:eastAsia="Times New Roman" w:hAnsi="Times New Roman" w:cs="Times New Roman"/>
          <w:b/>
          <w:bCs/>
          <w:sz w:val="28"/>
          <w:szCs w:val="28"/>
          <w:lang w:val="uk-UA"/>
        </w:rPr>
        <w:lastRenderedPageBreak/>
        <w:t>МІНІСТЕРСТВО ОСВІТИ І НАУКИ УКРАЇНИ</w:t>
      </w:r>
      <w:r w:rsidRPr="003D6A22">
        <w:rPr>
          <w:rFonts w:ascii="Times New Roman" w:eastAsia="Times New Roman" w:hAnsi="Times New Roman" w:cs="Times New Roman"/>
          <w:b/>
          <w:bCs/>
          <w:sz w:val="28"/>
          <w:szCs w:val="28"/>
          <w:lang w:val="uk-UA"/>
        </w:rPr>
        <w:br/>
        <w:t>НАЦІОНАЛЬНИЙ УНІВЕРСИТЕТ « ПОЛТАВСЬКА ПОЛІТЕХНІКА ІМЕНІ ЮРІЯ КОНДРАТЮКА»</w:t>
      </w:r>
    </w:p>
    <w:p w14:paraId="281191DD" w14:textId="77777777" w:rsidR="00945CB4" w:rsidRPr="003D6A22" w:rsidRDefault="00945CB4" w:rsidP="00510C7E">
      <w:pPr>
        <w:widowControl w:val="0"/>
        <w:autoSpaceDE w:val="0"/>
        <w:autoSpaceDN w:val="0"/>
        <w:spacing w:after="0" w:line="240" w:lineRule="auto"/>
        <w:rPr>
          <w:rFonts w:ascii="Times New Roman" w:eastAsia="Times New Roman" w:hAnsi="Times New Roman" w:cs="Times New Roman"/>
          <w:b/>
          <w:sz w:val="28"/>
          <w:szCs w:val="28"/>
          <w:lang w:val="uk-UA"/>
        </w:rPr>
      </w:pPr>
    </w:p>
    <w:p w14:paraId="4515A1AD" w14:textId="77777777" w:rsidR="00945CB4" w:rsidRPr="003D6A22" w:rsidRDefault="00945CB4" w:rsidP="00510C7E">
      <w:pPr>
        <w:spacing w:after="0" w:line="240" w:lineRule="auto"/>
        <w:jc w:val="center"/>
        <w:rPr>
          <w:rFonts w:ascii="Times New Roman" w:eastAsia="Times New Roman" w:hAnsi="Times New Roman" w:cs="Times New Roman"/>
          <w:b/>
          <w:bCs/>
          <w:spacing w:val="-67"/>
          <w:sz w:val="28"/>
          <w:szCs w:val="28"/>
          <w:lang w:val="uk-UA"/>
        </w:rPr>
      </w:pPr>
      <w:r w:rsidRPr="003D6A22">
        <w:rPr>
          <w:rFonts w:ascii="Times New Roman" w:eastAsia="Times New Roman" w:hAnsi="Times New Roman" w:cs="Times New Roman"/>
          <w:b/>
          <w:bCs/>
          <w:sz w:val="28"/>
          <w:szCs w:val="28"/>
          <w:lang w:val="uk-UA"/>
        </w:rPr>
        <w:t>НАВЧАЛЬНО-НАУКОВИЙ</w:t>
      </w:r>
      <w:r w:rsidRPr="003D6A22">
        <w:rPr>
          <w:rFonts w:ascii="Times New Roman" w:eastAsia="Times New Roman" w:hAnsi="Times New Roman" w:cs="Times New Roman"/>
          <w:b/>
          <w:bCs/>
          <w:spacing w:val="-11"/>
          <w:sz w:val="28"/>
          <w:szCs w:val="28"/>
          <w:lang w:val="uk-UA"/>
        </w:rPr>
        <w:t xml:space="preserve"> </w:t>
      </w:r>
      <w:r w:rsidRPr="003D6A22">
        <w:rPr>
          <w:rFonts w:ascii="Times New Roman" w:eastAsia="Times New Roman" w:hAnsi="Times New Roman" w:cs="Times New Roman"/>
          <w:b/>
          <w:bCs/>
          <w:sz w:val="28"/>
          <w:szCs w:val="28"/>
          <w:lang w:val="uk-UA"/>
        </w:rPr>
        <w:t>ІНСТИТУТ</w:t>
      </w:r>
      <w:r w:rsidRPr="003D6A22">
        <w:rPr>
          <w:rFonts w:ascii="Times New Roman" w:eastAsia="Times New Roman" w:hAnsi="Times New Roman" w:cs="Times New Roman"/>
          <w:b/>
          <w:bCs/>
          <w:spacing w:val="-10"/>
          <w:sz w:val="28"/>
          <w:szCs w:val="28"/>
          <w:lang w:val="uk-UA"/>
        </w:rPr>
        <w:t xml:space="preserve"> </w:t>
      </w:r>
      <w:r w:rsidRPr="003D6A22">
        <w:rPr>
          <w:rFonts w:ascii="Times New Roman" w:eastAsia="Times New Roman" w:hAnsi="Times New Roman" w:cs="Times New Roman"/>
          <w:b/>
          <w:bCs/>
          <w:sz w:val="28"/>
          <w:szCs w:val="28"/>
          <w:lang w:val="uk-UA"/>
        </w:rPr>
        <w:t>ІНФОРМАЦІЙНИХ</w:t>
      </w:r>
      <w:r w:rsidRPr="003D6A22">
        <w:rPr>
          <w:rFonts w:ascii="Times New Roman" w:eastAsia="Times New Roman" w:hAnsi="Times New Roman" w:cs="Times New Roman"/>
          <w:b/>
          <w:bCs/>
          <w:spacing w:val="-67"/>
          <w:sz w:val="28"/>
          <w:szCs w:val="28"/>
          <w:lang w:val="uk-UA"/>
        </w:rPr>
        <w:br/>
      </w:r>
      <w:r w:rsidRPr="003D6A22">
        <w:rPr>
          <w:rFonts w:ascii="Times New Roman" w:eastAsia="Times New Roman" w:hAnsi="Times New Roman" w:cs="Times New Roman"/>
          <w:b/>
          <w:bCs/>
          <w:sz w:val="28"/>
          <w:szCs w:val="28"/>
          <w:lang w:val="uk-UA"/>
        </w:rPr>
        <w:t>ТЕХНОЛОГІЙ ТА</w:t>
      </w:r>
      <w:r w:rsidRPr="003D6A22">
        <w:rPr>
          <w:rFonts w:ascii="Times New Roman" w:eastAsia="Times New Roman" w:hAnsi="Times New Roman" w:cs="Times New Roman"/>
          <w:b/>
          <w:bCs/>
          <w:spacing w:val="1"/>
          <w:sz w:val="28"/>
          <w:szCs w:val="28"/>
          <w:lang w:val="uk-UA"/>
        </w:rPr>
        <w:t xml:space="preserve"> РОБОТОТЕХНІКИ</w:t>
      </w:r>
    </w:p>
    <w:p w14:paraId="69E8543E" w14:textId="77777777" w:rsidR="00945CB4" w:rsidRPr="003D6A22" w:rsidRDefault="00945CB4" w:rsidP="00510C7E">
      <w:pPr>
        <w:widowControl w:val="0"/>
        <w:autoSpaceDE w:val="0"/>
        <w:autoSpaceDN w:val="0"/>
        <w:spacing w:after="0" w:line="240" w:lineRule="auto"/>
        <w:rPr>
          <w:rFonts w:ascii="Times New Roman" w:eastAsia="Times New Roman" w:hAnsi="Times New Roman" w:cs="Times New Roman"/>
          <w:b/>
          <w:sz w:val="27"/>
          <w:szCs w:val="28"/>
          <w:lang w:val="uk-UA"/>
        </w:rPr>
      </w:pPr>
    </w:p>
    <w:p w14:paraId="10F4CC08" w14:textId="77777777" w:rsidR="00945CB4" w:rsidRPr="003D6A22" w:rsidRDefault="00945CB4" w:rsidP="00510C7E">
      <w:pPr>
        <w:widowControl w:val="0"/>
        <w:autoSpaceDE w:val="0"/>
        <w:autoSpaceDN w:val="0"/>
        <w:spacing w:after="0" w:line="240" w:lineRule="auto"/>
        <w:ind w:right="157"/>
        <w:jc w:val="center"/>
        <w:rPr>
          <w:rFonts w:ascii="Times New Roman" w:eastAsia="Times New Roman" w:hAnsi="Times New Roman" w:cs="Times New Roman"/>
          <w:b/>
          <w:sz w:val="28"/>
          <w:szCs w:val="28"/>
          <w:lang w:val="uk-UA"/>
        </w:rPr>
      </w:pPr>
      <w:r w:rsidRPr="003D6A22">
        <w:rPr>
          <w:rFonts w:ascii="Times New Roman" w:eastAsia="Times New Roman" w:hAnsi="Times New Roman" w:cs="Times New Roman"/>
          <w:b/>
          <w:sz w:val="28"/>
          <w:szCs w:val="28"/>
          <w:lang w:val="uk-UA"/>
        </w:rPr>
        <w:t>КАФЕДРА</w:t>
      </w:r>
      <w:r w:rsidRPr="003D6A22">
        <w:rPr>
          <w:rFonts w:ascii="Times New Roman" w:eastAsia="Times New Roman" w:hAnsi="Times New Roman" w:cs="Times New Roman"/>
          <w:b/>
          <w:spacing w:val="-6"/>
          <w:sz w:val="28"/>
          <w:szCs w:val="28"/>
          <w:lang w:val="uk-UA"/>
        </w:rPr>
        <w:t xml:space="preserve"> </w:t>
      </w:r>
      <w:r w:rsidRPr="003D6A22">
        <w:rPr>
          <w:rFonts w:ascii="Times New Roman" w:eastAsia="Times New Roman" w:hAnsi="Times New Roman" w:cs="Times New Roman"/>
          <w:b/>
          <w:sz w:val="28"/>
          <w:szCs w:val="28"/>
          <w:lang w:val="uk-UA"/>
        </w:rPr>
        <w:t>КОМП’ЮТЕРНИХ</w:t>
      </w:r>
      <w:r w:rsidRPr="003D6A22">
        <w:rPr>
          <w:rFonts w:ascii="Times New Roman" w:eastAsia="Times New Roman" w:hAnsi="Times New Roman" w:cs="Times New Roman"/>
          <w:b/>
          <w:spacing w:val="-5"/>
          <w:sz w:val="28"/>
          <w:szCs w:val="28"/>
          <w:lang w:val="uk-UA"/>
        </w:rPr>
        <w:t xml:space="preserve"> </w:t>
      </w:r>
      <w:r w:rsidRPr="003D6A22">
        <w:rPr>
          <w:rFonts w:ascii="Times New Roman" w:eastAsia="Times New Roman" w:hAnsi="Times New Roman" w:cs="Times New Roman"/>
          <w:b/>
          <w:sz w:val="28"/>
          <w:szCs w:val="28"/>
          <w:lang w:val="uk-UA"/>
        </w:rPr>
        <w:t>ТА</w:t>
      </w:r>
      <w:r w:rsidRPr="003D6A22">
        <w:rPr>
          <w:rFonts w:ascii="Times New Roman" w:eastAsia="Times New Roman" w:hAnsi="Times New Roman" w:cs="Times New Roman"/>
          <w:b/>
          <w:spacing w:val="-5"/>
          <w:sz w:val="28"/>
          <w:szCs w:val="28"/>
          <w:lang w:val="uk-UA"/>
        </w:rPr>
        <w:t xml:space="preserve"> </w:t>
      </w:r>
      <w:r w:rsidRPr="003D6A22">
        <w:rPr>
          <w:rFonts w:ascii="Times New Roman" w:eastAsia="Times New Roman" w:hAnsi="Times New Roman" w:cs="Times New Roman"/>
          <w:b/>
          <w:sz w:val="28"/>
          <w:szCs w:val="28"/>
          <w:lang w:val="uk-UA"/>
        </w:rPr>
        <w:t>ІНФОРМАЦІЙНИХ</w:t>
      </w:r>
      <w:r w:rsidRPr="003D6A22">
        <w:rPr>
          <w:rFonts w:ascii="Times New Roman" w:eastAsia="Times New Roman" w:hAnsi="Times New Roman" w:cs="Times New Roman"/>
          <w:b/>
          <w:spacing w:val="-5"/>
          <w:sz w:val="28"/>
          <w:szCs w:val="28"/>
          <w:lang w:val="uk-UA"/>
        </w:rPr>
        <w:t xml:space="preserve"> </w:t>
      </w:r>
      <w:r w:rsidRPr="003D6A22">
        <w:rPr>
          <w:rFonts w:ascii="Times New Roman" w:eastAsia="Times New Roman" w:hAnsi="Times New Roman" w:cs="Times New Roman"/>
          <w:b/>
          <w:sz w:val="28"/>
          <w:szCs w:val="28"/>
          <w:lang w:val="uk-UA"/>
        </w:rPr>
        <w:t>ТЕХНОЛОГІЙ</w:t>
      </w:r>
      <w:r w:rsidRPr="003D6A22">
        <w:rPr>
          <w:rFonts w:ascii="Times New Roman" w:eastAsia="Times New Roman" w:hAnsi="Times New Roman" w:cs="Times New Roman"/>
          <w:b/>
          <w:spacing w:val="-6"/>
          <w:sz w:val="28"/>
          <w:szCs w:val="28"/>
          <w:lang w:val="uk-UA"/>
        </w:rPr>
        <w:t xml:space="preserve"> </w:t>
      </w:r>
      <w:r w:rsidRPr="003D6A22">
        <w:rPr>
          <w:rFonts w:ascii="Times New Roman" w:eastAsia="Times New Roman" w:hAnsi="Times New Roman" w:cs="Times New Roman"/>
          <w:b/>
          <w:sz w:val="28"/>
          <w:szCs w:val="28"/>
          <w:lang w:val="uk-UA"/>
        </w:rPr>
        <w:t>І</w:t>
      </w:r>
      <w:r w:rsidRPr="003D6A22">
        <w:rPr>
          <w:rFonts w:ascii="Times New Roman" w:eastAsia="Times New Roman" w:hAnsi="Times New Roman" w:cs="Times New Roman"/>
          <w:b/>
          <w:spacing w:val="-67"/>
          <w:sz w:val="28"/>
          <w:szCs w:val="28"/>
          <w:lang w:val="uk-UA"/>
        </w:rPr>
        <w:t xml:space="preserve"> </w:t>
      </w:r>
      <w:r w:rsidRPr="003D6A22">
        <w:rPr>
          <w:rFonts w:ascii="Times New Roman" w:eastAsia="Times New Roman" w:hAnsi="Times New Roman" w:cs="Times New Roman"/>
          <w:b/>
          <w:sz w:val="28"/>
          <w:szCs w:val="28"/>
          <w:lang w:val="uk-UA"/>
        </w:rPr>
        <w:t>СИСТЕМ</w:t>
      </w:r>
    </w:p>
    <w:p w14:paraId="1A440BE7" w14:textId="77777777" w:rsidR="00945CB4" w:rsidRPr="003D6A22" w:rsidRDefault="00945CB4" w:rsidP="00510C7E">
      <w:pPr>
        <w:widowControl w:val="0"/>
        <w:autoSpaceDE w:val="0"/>
        <w:autoSpaceDN w:val="0"/>
        <w:spacing w:after="0" w:line="240" w:lineRule="auto"/>
        <w:rPr>
          <w:rFonts w:ascii="Times New Roman" w:eastAsia="Times New Roman" w:hAnsi="Times New Roman" w:cs="Times New Roman"/>
          <w:b/>
          <w:sz w:val="30"/>
          <w:szCs w:val="28"/>
          <w:lang w:val="uk-UA"/>
        </w:rPr>
      </w:pPr>
    </w:p>
    <w:p w14:paraId="3F894AD9" w14:textId="77777777" w:rsidR="00945CB4" w:rsidRPr="003D6A22" w:rsidRDefault="00945CB4" w:rsidP="00510C7E">
      <w:pPr>
        <w:widowControl w:val="0"/>
        <w:autoSpaceDE w:val="0"/>
        <w:autoSpaceDN w:val="0"/>
        <w:spacing w:after="0" w:line="240" w:lineRule="auto"/>
        <w:rPr>
          <w:rFonts w:ascii="Times New Roman" w:eastAsia="Times New Roman" w:hAnsi="Times New Roman" w:cs="Times New Roman"/>
          <w:b/>
          <w:sz w:val="25"/>
          <w:szCs w:val="28"/>
          <w:lang w:val="uk-UA"/>
        </w:rPr>
      </w:pPr>
    </w:p>
    <w:p w14:paraId="11094DF0" w14:textId="1E173009" w:rsidR="00945CB4" w:rsidRPr="003D6A22" w:rsidRDefault="00945CB4" w:rsidP="00510C7E">
      <w:pPr>
        <w:spacing w:after="0" w:line="240" w:lineRule="auto"/>
        <w:jc w:val="center"/>
        <w:rPr>
          <w:rFonts w:ascii="Times New Roman" w:eastAsia="Times New Roman" w:hAnsi="Times New Roman" w:cs="Times New Roman"/>
          <w:b/>
          <w:bCs/>
          <w:sz w:val="28"/>
          <w:szCs w:val="28"/>
          <w:lang w:val="uk-UA"/>
        </w:rPr>
      </w:pPr>
      <w:r w:rsidRPr="003D6A22">
        <w:rPr>
          <w:rFonts w:ascii="Times New Roman" w:eastAsia="Times New Roman" w:hAnsi="Times New Roman" w:cs="Times New Roman"/>
          <w:b/>
          <w:bCs/>
          <w:sz w:val="28"/>
          <w:szCs w:val="28"/>
          <w:lang w:val="uk-UA"/>
        </w:rPr>
        <w:t>КВАЛІФІКАЦІЙНА</w:t>
      </w:r>
      <w:r w:rsidRPr="003D6A22">
        <w:rPr>
          <w:rFonts w:ascii="Times New Roman" w:eastAsia="Times New Roman" w:hAnsi="Times New Roman" w:cs="Times New Roman"/>
          <w:b/>
          <w:bCs/>
          <w:spacing w:val="-6"/>
          <w:sz w:val="28"/>
          <w:szCs w:val="28"/>
          <w:lang w:val="uk-UA"/>
        </w:rPr>
        <w:t xml:space="preserve"> </w:t>
      </w:r>
      <w:r w:rsidRPr="003D6A22">
        <w:rPr>
          <w:rFonts w:ascii="Times New Roman" w:eastAsia="Times New Roman" w:hAnsi="Times New Roman" w:cs="Times New Roman"/>
          <w:b/>
          <w:bCs/>
          <w:sz w:val="28"/>
          <w:szCs w:val="28"/>
          <w:lang w:val="uk-UA"/>
        </w:rPr>
        <w:t>РОБОТА</w:t>
      </w:r>
      <w:r w:rsidRPr="003D6A22">
        <w:rPr>
          <w:rFonts w:ascii="Times New Roman" w:eastAsia="Times New Roman" w:hAnsi="Times New Roman" w:cs="Times New Roman"/>
          <w:b/>
          <w:bCs/>
          <w:spacing w:val="-2"/>
          <w:sz w:val="28"/>
          <w:szCs w:val="28"/>
          <w:lang w:val="uk-UA"/>
        </w:rPr>
        <w:t xml:space="preserve"> </w:t>
      </w:r>
      <w:r w:rsidRPr="003D6A22">
        <w:rPr>
          <w:rFonts w:ascii="Times New Roman" w:eastAsia="Times New Roman" w:hAnsi="Times New Roman" w:cs="Times New Roman"/>
          <w:b/>
          <w:bCs/>
          <w:sz w:val="28"/>
          <w:szCs w:val="28"/>
          <w:lang w:val="uk-UA"/>
        </w:rPr>
        <w:t>МАГІСТРА</w:t>
      </w:r>
      <w:r w:rsidRPr="003D6A22">
        <w:rPr>
          <w:rFonts w:ascii="Times New Roman" w:eastAsia="Times New Roman" w:hAnsi="Times New Roman" w:cs="Times New Roman"/>
          <w:b/>
          <w:bCs/>
          <w:sz w:val="28"/>
          <w:szCs w:val="28"/>
          <w:lang w:val="uk-UA"/>
        </w:rPr>
        <w:br/>
      </w:r>
      <w:r w:rsidR="001639F1">
        <w:rPr>
          <w:rFonts w:ascii="Times New Roman" w:eastAsia="Times New Roman" w:hAnsi="Times New Roman" w:cs="Times New Roman"/>
          <w:b/>
          <w:sz w:val="28"/>
          <w:szCs w:val="28"/>
          <w:lang w:val="uk-UA"/>
        </w:rPr>
        <w:t xml:space="preserve">спеціальність 123«Комп’ютерна інженерія </w:t>
      </w:r>
      <w:r w:rsidRPr="003D6A22">
        <w:rPr>
          <w:rFonts w:ascii="Times New Roman" w:eastAsia="Times New Roman" w:hAnsi="Times New Roman" w:cs="Times New Roman"/>
          <w:b/>
          <w:sz w:val="28"/>
          <w:szCs w:val="28"/>
          <w:lang w:val="uk-UA"/>
        </w:rPr>
        <w:t>»</w:t>
      </w:r>
      <w:r w:rsidRPr="003D6A22">
        <w:rPr>
          <w:rFonts w:ascii="Times New Roman" w:eastAsia="Times New Roman" w:hAnsi="Times New Roman" w:cs="Times New Roman"/>
          <w:b/>
          <w:spacing w:val="-67"/>
          <w:sz w:val="28"/>
          <w:szCs w:val="28"/>
          <w:lang w:val="uk-UA"/>
        </w:rPr>
        <w:t xml:space="preserve"> </w:t>
      </w:r>
      <w:r w:rsidRPr="003D6A22">
        <w:rPr>
          <w:rFonts w:ascii="Times New Roman" w:eastAsia="Times New Roman" w:hAnsi="Times New Roman" w:cs="Times New Roman"/>
          <w:b/>
          <w:sz w:val="28"/>
          <w:szCs w:val="28"/>
          <w:lang w:val="uk-UA"/>
        </w:rPr>
        <w:t>на тему</w:t>
      </w:r>
    </w:p>
    <w:p w14:paraId="2CFFA144" w14:textId="6F68D7A8" w:rsidR="00945CB4" w:rsidRPr="003D6A22" w:rsidRDefault="00945CB4" w:rsidP="00510C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sz w:val="28"/>
          <w:szCs w:val="28"/>
          <w:lang w:val="uk-UA" w:eastAsia="ru-RU"/>
        </w:rPr>
      </w:pPr>
      <w:r w:rsidRPr="003D6A22">
        <w:rPr>
          <w:rFonts w:ascii="Times New Roman" w:eastAsia="Times New Roman" w:hAnsi="Times New Roman" w:cs="Times New Roman"/>
          <w:b/>
          <w:bCs/>
          <w:sz w:val="28"/>
          <w:szCs w:val="28"/>
          <w:lang w:val="uk-UA"/>
        </w:rPr>
        <w:t>«</w:t>
      </w:r>
      <w:r w:rsidR="001639F1">
        <w:rPr>
          <w:rFonts w:ascii="Times New Roman" w:eastAsia="Calibri" w:hAnsi="Times New Roman" w:cs="Times New Roman"/>
          <w:b/>
          <w:bCs/>
          <w:iCs/>
          <w:sz w:val="28"/>
          <w:szCs w:val="28"/>
          <w:lang w:val="uk-UA"/>
        </w:rPr>
        <w:t xml:space="preserve">ПРОГРАМНО-ІНЖЕНЕРНІ МЕТОДИ ІНТЕГРАЦІЇ АЛГОРИТМІВ ПОДІЙ У ІГРОВОМУ РУШІЇ </w:t>
      </w:r>
      <w:r w:rsidR="001639F1">
        <w:rPr>
          <w:rFonts w:ascii="Times New Roman" w:eastAsia="Calibri" w:hAnsi="Times New Roman" w:cs="Times New Roman"/>
          <w:b/>
          <w:bCs/>
          <w:iCs/>
          <w:sz w:val="28"/>
          <w:szCs w:val="28"/>
        </w:rPr>
        <w:t>GAME</w:t>
      </w:r>
      <w:r w:rsidR="001639F1" w:rsidRPr="001639F1">
        <w:rPr>
          <w:rFonts w:ascii="Times New Roman" w:eastAsia="Calibri" w:hAnsi="Times New Roman" w:cs="Times New Roman"/>
          <w:b/>
          <w:bCs/>
          <w:iCs/>
          <w:sz w:val="28"/>
          <w:szCs w:val="28"/>
          <w:lang w:val="uk-UA"/>
        </w:rPr>
        <w:t xml:space="preserve"> </w:t>
      </w:r>
      <w:r w:rsidR="001639F1">
        <w:rPr>
          <w:rFonts w:ascii="Times New Roman" w:eastAsia="Calibri" w:hAnsi="Times New Roman" w:cs="Times New Roman"/>
          <w:b/>
          <w:bCs/>
          <w:iCs/>
          <w:sz w:val="28"/>
          <w:szCs w:val="28"/>
        </w:rPr>
        <w:t>MAKER</w:t>
      </w:r>
      <w:r w:rsidRPr="003D6A22">
        <w:rPr>
          <w:rFonts w:ascii="Times New Roman" w:eastAsia="Times New Roman" w:hAnsi="Times New Roman" w:cs="Times New Roman"/>
          <w:b/>
          <w:bCs/>
          <w:sz w:val="28"/>
          <w:szCs w:val="28"/>
          <w:lang w:val="uk-UA"/>
        </w:rPr>
        <w:t>»</w:t>
      </w:r>
    </w:p>
    <w:p w14:paraId="65DA8691" w14:textId="77777777" w:rsidR="00945CB4" w:rsidRPr="003D6A22" w:rsidRDefault="00945CB4" w:rsidP="00510C7E">
      <w:pPr>
        <w:widowControl w:val="0"/>
        <w:autoSpaceDE w:val="0"/>
        <w:autoSpaceDN w:val="0"/>
        <w:spacing w:after="0" w:line="240" w:lineRule="auto"/>
        <w:rPr>
          <w:rFonts w:ascii="Times New Roman" w:eastAsia="Times New Roman" w:hAnsi="Times New Roman" w:cs="Times New Roman"/>
          <w:b/>
          <w:sz w:val="30"/>
          <w:szCs w:val="28"/>
          <w:lang w:val="uk-UA"/>
        </w:rPr>
      </w:pPr>
    </w:p>
    <w:p w14:paraId="0B6952DA" w14:textId="77777777" w:rsidR="00945CB4" w:rsidRPr="003D6A22" w:rsidRDefault="00945CB4" w:rsidP="00510C7E">
      <w:pPr>
        <w:widowControl w:val="0"/>
        <w:autoSpaceDE w:val="0"/>
        <w:autoSpaceDN w:val="0"/>
        <w:spacing w:after="0" w:line="240" w:lineRule="auto"/>
        <w:rPr>
          <w:rFonts w:ascii="Times New Roman" w:eastAsia="Times New Roman" w:hAnsi="Times New Roman" w:cs="Times New Roman"/>
          <w:b/>
          <w:sz w:val="25"/>
          <w:szCs w:val="28"/>
          <w:lang w:val="uk-UA"/>
        </w:rPr>
      </w:pPr>
    </w:p>
    <w:p w14:paraId="629C376E" w14:textId="68CB3993" w:rsidR="00945CB4" w:rsidRPr="002569B8" w:rsidRDefault="00945CB4" w:rsidP="00510C7E">
      <w:pPr>
        <w:widowControl w:val="0"/>
        <w:autoSpaceDE w:val="0"/>
        <w:autoSpaceDN w:val="0"/>
        <w:spacing w:after="0" w:line="240" w:lineRule="auto"/>
        <w:ind w:left="105" w:right="256"/>
        <w:jc w:val="center"/>
        <w:rPr>
          <w:rFonts w:ascii="Times New Roman" w:eastAsia="Times New Roman" w:hAnsi="Times New Roman" w:cs="Times New Roman"/>
          <w:b/>
          <w:sz w:val="28"/>
          <w:szCs w:val="28"/>
          <w:lang w:val="ru-RU"/>
        </w:rPr>
      </w:pPr>
      <w:r w:rsidRPr="003D6A22">
        <w:rPr>
          <w:rFonts w:ascii="Times New Roman" w:eastAsia="Times New Roman" w:hAnsi="Times New Roman" w:cs="Times New Roman"/>
          <w:b/>
          <w:sz w:val="28"/>
          <w:szCs w:val="28"/>
          <w:lang w:val="uk-UA"/>
        </w:rPr>
        <w:t>Студента</w:t>
      </w:r>
      <w:r w:rsidRPr="003D6A22">
        <w:rPr>
          <w:rFonts w:ascii="Times New Roman" w:eastAsia="Times New Roman" w:hAnsi="Times New Roman" w:cs="Times New Roman"/>
          <w:b/>
          <w:spacing w:val="-5"/>
          <w:sz w:val="28"/>
          <w:szCs w:val="28"/>
          <w:lang w:val="uk-UA"/>
        </w:rPr>
        <w:t xml:space="preserve"> </w:t>
      </w:r>
      <w:r w:rsidRPr="003D6A22">
        <w:rPr>
          <w:rFonts w:ascii="Times New Roman" w:eastAsia="Times New Roman" w:hAnsi="Times New Roman" w:cs="Times New Roman"/>
          <w:b/>
          <w:sz w:val="28"/>
          <w:szCs w:val="28"/>
          <w:lang w:val="uk-UA"/>
        </w:rPr>
        <w:t>групи</w:t>
      </w:r>
      <w:r w:rsidRPr="003D6A22">
        <w:rPr>
          <w:rFonts w:ascii="Times New Roman" w:eastAsia="Times New Roman" w:hAnsi="Times New Roman" w:cs="Times New Roman"/>
          <w:b/>
          <w:spacing w:val="-6"/>
          <w:sz w:val="28"/>
          <w:szCs w:val="28"/>
          <w:lang w:val="uk-UA"/>
        </w:rPr>
        <w:t xml:space="preserve"> </w:t>
      </w:r>
      <w:r w:rsidR="002569B8">
        <w:rPr>
          <w:rFonts w:ascii="Times New Roman" w:eastAsia="Times New Roman" w:hAnsi="Times New Roman" w:cs="Times New Roman"/>
          <w:b/>
          <w:sz w:val="28"/>
          <w:szCs w:val="28"/>
          <w:lang w:val="uk-UA"/>
        </w:rPr>
        <w:t>6ТК</w:t>
      </w:r>
      <w:r w:rsidRPr="003D6A22">
        <w:rPr>
          <w:rFonts w:ascii="Times New Roman" w:eastAsia="Times New Roman" w:hAnsi="Times New Roman" w:cs="Times New Roman"/>
          <w:b/>
          <w:spacing w:val="-4"/>
          <w:sz w:val="28"/>
          <w:szCs w:val="28"/>
          <w:lang w:val="uk-UA"/>
        </w:rPr>
        <w:t xml:space="preserve"> </w:t>
      </w:r>
      <w:r w:rsidR="002569B8">
        <w:rPr>
          <w:rFonts w:ascii="Times New Roman" w:eastAsia="Times New Roman" w:hAnsi="Times New Roman" w:cs="Times New Roman"/>
          <w:b/>
          <w:sz w:val="28"/>
          <w:szCs w:val="28"/>
          <w:lang w:val="uk-UA"/>
        </w:rPr>
        <w:t>ДУБОВСЬКОГО РОСТИСЛАВА ВІТАЛІЙОВИЧА</w:t>
      </w:r>
    </w:p>
    <w:p w14:paraId="1E0766AE" w14:textId="77777777" w:rsidR="00945CB4" w:rsidRPr="003D6A22" w:rsidRDefault="00945CB4" w:rsidP="00510C7E">
      <w:pPr>
        <w:widowControl w:val="0"/>
        <w:autoSpaceDE w:val="0"/>
        <w:autoSpaceDN w:val="0"/>
        <w:spacing w:after="0" w:line="240" w:lineRule="auto"/>
        <w:rPr>
          <w:rFonts w:ascii="Times New Roman" w:eastAsia="Times New Roman" w:hAnsi="Times New Roman" w:cs="Times New Roman"/>
          <w:b/>
          <w:sz w:val="30"/>
          <w:szCs w:val="28"/>
          <w:lang w:val="uk-UA"/>
        </w:rPr>
      </w:pPr>
    </w:p>
    <w:p w14:paraId="1CFAF462" w14:textId="77777777" w:rsidR="00945CB4" w:rsidRPr="003D6A22" w:rsidRDefault="00945CB4" w:rsidP="00510C7E">
      <w:pPr>
        <w:widowControl w:val="0"/>
        <w:autoSpaceDE w:val="0"/>
        <w:autoSpaceDN w:val="0"/>
        <w:spacing w:after="0" w:line="240" w:lineRule="auto"/>
        <w:rPr>
          <w:rFonts w:ascii="Times New Roman" w:eastAsia="Times New Roman" w:hAnsi="Times New Roman" w:cs="Times New Roman"/>
          <w:b/>
          <w:sz w:val="25"/>
          <w:szCs w:val="28"/>
          <w:lang w:val="uk-UA"/>
        </w:rPr>
      </w:pPr>
    </w:p>
    <w:p w14:paraId="627E1EE7" w14:textId="77777777" w:rsidR="00945CB4" w:rsidRPr="003D6A22" w:rsidRDefault="00945CB4" w:rsidP="00510C7E">
      <w:pPr>
        <w:widowControl w:val="0"/>
        <w:autoSpaceDE w:val="0"/>
        <w:autoSpaceDN w:val="0"/>
        <w:spacing w:after="0" w:line="240" w:lineRule="auto"/>
        <w:ind w:left="5670" w:right="849"/>
        <w:rPr>
          <w:rFonts w:ascii="Times New Roman" w:eastAsia="Times New Roman" w:hAnsi="Times New Roman" w:cs="Times New Roman"/>
          <w:spacing w:val="1"/>
          <w:sz w:val="28"/>
          <w:szCs w:val="28"/>
          <w:lang w:val="uk-UA"/>
        </w:rPr>
      </w:pPr>
      <w:bookmarkStart w:id="0" w:name="_Hlk74928572"/>
      <w:r w:rsidRPr="003D6A22">
        <w:rPr>
          <w:rFonts w:ascii="Times New Roman" w:eastAsia="Times New Roman" w:hAnsi="Times New Roman" w:cs="Times New Roman"/>
          <w:sz w:val="28"/>
          <w:szCs w:val="28"/>
          <w:lang w:val="uk-UA"/>
        </w:rPr>
        <w:t>Керівник роботи</w:t>
      </w:r>
      <w:r w:rsidRPr="003D6A22">
        <w:rPr>
          <w:rFonts w:ascii="Times New Roman" w:eastAsia="Times New Roman" w:hAnsi="Times New Roman" w:cs="Times New Roman"/>
          <w:spacing w:val="1"/>
          <w:sz w:val="28"/>
          <w:szCs w:val="28"/>
          <w:lang w:val="uk-UA"/>
        </w:rPr>
        <w:t xml:space="preserve"> </w:t>
      </w:r>
    </w:p>
    <w:p w14:paraId="34476149" w14:textId="77777777" w:rsidR="001639F1" w:rsidRDefault="001639F1" w:rsidP="001639F1">
      <w:pPr>
        <w:widowControl w:val="0"/>
        <w:autoSpaceDE w:val="0"/>
        <w:autoSpaceDN w:val="0"/>
        <w:spacing w:after="0" w:line="240" w:lineRule="auto"/>
        <w:ind w:left="5670" w:right="84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 </w:t>
      </w:r>
      <w:proofErr w:type="spellStart"/>
      <w:r>
        <w:rPr>
          <w:rFonts w:ascii="Times New Roman" w:eastAsia="Times New Roman" w:hAnsi="Times New Roman" w:cs="Times New Roman"/>
          <w:sz w:val="28"/>
          <w:szCs w:val="28"/>
          <w:lang w:val="uk-UA"/>
        </w:rPr>
        <w:t>т.н</w:t>
      </w:r>
      <w:proofErr w:type="spellEnd"/>
      <w:r>
        <w:rPr>
          <w:rFonts w:ascii="Times New Roman" w:eastAsia="Times New Roman" w:hAnsi="Times New Roman" w:cs="Times New Roman"/>
          <w:sz w:val="28"/>
          <w:szCs w:val="28"/>
          <w:lang w:val="uk-UA"/>
        </w:rPr>
        <w:t>. , доцент</w:t>
      </w:r>
    </w:p>
    <w:p w14:paraId="16729F79" w14:textId="0CA81DAB" w:rsidR="00945CB4" w:rsidRPr="001639F1" w:rsidRDefault="001639F1" w:rsidP="001639F1">
      <w:pPr>
        <w:widowControl w:val="0"/>
        <w:autoSpaceDE w:val="0"/>
        <w:autoSpaceDN w:val="0"/>
        <w:spacing w:after="0" w:line="240" w:lineRule="auto"/>
        <w:ind w:left="5670" w:right="849"/>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Скакаліна</w:t>
      </w:r>
      <w:proofErr w:type="spellEnd"/>
      <w:r>
        <w:rPr>
          <w:rFonts w:ascii="Times New Roman" w:eastAsia="Times New Roman" w:hAnsi="Times New Roman" w:cs="Times New Roman"/>
          <w:sz w:val="28"/>
          <w:szCs w:val="28"/>
          <w:lang w:val="uk-UA"/>
        </w:rPr>
        <w:t xml:space="preserve"> О.В</w:t>
      </w:r>
      <w:r w:rsidRPr="003D6A22">
        <w:rPr>
          <w:rFonts w:ascii="Times New Roman" w:eastAsia="Times New Roman" w:hAnsi="Times New Roman" w:cs="Times New Roman"/>
          <w:sz w:val="36"/>
          <w:szCs w:val="28"/>
          <w:lang w:val="uk-UA"/>
        </w:rPr>
        <w:t xml:space="preserve"> </w:t>
      </w:r>
    </w:p>
    <w:p w14:paraId="465CA95E" w14:textId="77777777" w:rsidR="00945CB4" w:rsidRPr="003D6A22" w:rsidRDefault="00945CB4" w:rsidP="00510C7E">
      <w:pPr>
        <w:autoSpaceDE w:val="0"/>
        <w:autoSpaceDN w:val="0"/>
        <w:adjustRightInd w:val="0"/>
        <w:spacing w:after="0" w:line="240" w:lineRule="auto"/>
        <w:ind w:left="4962" w:firstLine="708"/>
        <w:rPr>
          <w:rFonts w:ascii="Times New Roman" w:eastAsia="Calibri" w:hAnsi="Times New Roman" w:cs="Times New Roman"/>
          <w:bCs/>
          <w:color w:val="000000"/>
          <w:sz w:val="28"/>
          <w:szCs w:val="28"/>
          <w:lang w:val="uk-UA"/>
        </w:rPr>
      </w:pPr>
    </w:p>
    <w:p w14:paraId="6BDA4EC4" w14:textId="77777777" w:rsidR="00945CB4" w:rsidRPr="003D6A22" w:rsidRDefault="00945CB4" w:rsidP="00510C7E">
      <w:pPr>
        <w:autoSpaceDE w:val="0"/>
        <w:autoSpaceDN w:val="0"/>
        <w:adjustRightInd w:val="0"/>
        <w:spacing w:after="0" w:line="240" w:lineRule="auto"/>
        <w:ind w:left="4962" w:firstLine="708"/>
        <w:rPr>
          <w:rFonts w:ascii="Times New Roman" w:eastAsia="Calibri" w:hAnsi="Times New Roman" w:cs="Times New Roman"/>
          <w:bCs/>
          <w:color w:val="000000"/>
          <w:sz w:val="28"/>
          <w:szCs w:val="28"/>
          <w:lang w:val="uk-UA"/>
        </w:rPr>
      </w:pPr>
    </w:p>
    <w:p w14:paraId="310CAA51" w14:textId="77777777" w:rsidR="00945CB4" w:rsidRPr="003D6A22" w:rsidRDefault="00945CB4" w:rsidP="00510C7E">
      <w:pPr>
        <w:autoSpaceDE w:val="0"/>
        <w:autoSpaceDN w:val="0"/>
        <w:adjustRightInd w:val="0"/>
        <w:spacing w:after="0" w:line="240" w:lineRule="auto"/>
        <w:ind w:left="4962" w:firstLine="708"/>
        <w:rPr>
          <w:rFonts w:ascii="Times New Roman" w:eastAsia="Calibri" w:hAnsi="Times New Roman" w:cs="Times New Roman"/>
          <w:color w:val="000000"/>
          <w:sz w:val="28"/>
          <w:szCs w:val="28"/>
          <w:lang w:val="uk-UA"/>
        </w:rPr>
      </w:pPr>
      <w:r w:rsidRPr="003D6A22">
        <w:rPr>
          <w:rFonts w:ascii="Times New Roman" w:eastAsia="Calibri" w:hAnsi="Times New Roman" w:cs="Times New Roman"/>
          <w:bCs/>
          <w:color w:val="000000"/>
          <w:sz w:val="28"/>
          <w:szCs w:val="28"/>
          <w:lang w:val="uk-UA"/>
        </w:rPr>
        <w:t xml:space="preserve">Завідувач кафедри </w:t>
      </w:r>
    </w:p>
    <w:p w14:paraId="4DEEBBAB" w14:textId="77777777" w:rsidR="00945CB4" w:rsidRPr="003D6A22" w:rsidRDefault="00945CB4" w:rsidP="00510C7E">
      <w:pPr>
        <w:autoSpaceDE w:val="0"/>
        <w:autoSpaceDN w:val="0"/>
        <w:adjustRightInd w:val="0"/>
        <w:spacing w:after="0" w:line="240" w:lineRule="auto"/>
        <w:ind w:left="4962" w:firstLine="708"/>
        <w:rPr>
          <w:rFonts w:ascii="Times New Roman" w:eastAsia="Calibri" w:hAnsi="Times New Roman" w:cs="Times New Roman"/>
          <w:bCs/>
          <w:color w:val="000000"/>
          <w:sz w:val="28"/>
          <w:szCs w:val="28"/>
          <w:lang w:val="uk-UA"/>
        </w:rPr>
      </w:pPr>
      <w:r w:rsidRPr="003D6A22">
        <w:rPr>
          <w:rFonts w:ascii="Times New Roman" w:eastAsia="Calibri" w:hAnsi="Times New Roman" w:cs="Times New Roman"/>
          <w:bCs/>
          <w:color w:val="000000"/>
          <w:sz w:val="28"/>
          <w:szCs w:val="28"/>
          <w:lang w:val="uk-UA"/>
        </w:rPr>
        <w:t xml:space="preserve">кандидат фізико-математичних </w:t>
      </w:r>
    </w:p>
    <w:p w14:paraId="5AA26B95" w14:textId="086EE2C9" w:rsidR="00945CB4" w:rsidRPr="001639F1" w:rsidRDefault="001639F1" w:rsidP="00510C7E">
      <w:pPr>
        <w:autoSpaceDE w:val="0"/>
        <w:autoSpaceDN w:val="0"/>
        <w:adjustRightInd w:val="0"/>
        <w:spacing w:after="0" w:line="240" w:lineRule="auto"/>
        <w:ind w:left="4962" w:firstLine="708"/>
        <w:rPr>
          <w:rFonts w:ascii="Times New Roman" w:eastAsia="Calibri" w:hAnsi="Times New Roman" w:cs="Times New Roman"/>
          <w:color w:val="000000"/>
          <w:sz w:val="28"/>
          <w:szCs w:val="28"/>
          <w:lang w:val="ru-RU"/>
        </w:rPr>
      </w:pPr>
      <w:r>
        <w:rPr>
          <w:rFonts w:ascii="Times New Roman" w:eastAsia="Calibri" w:hAnsi="Times New Roman" w:cs="Times New Roman"/>
          <w:bCs/>
          <w:color w:val="000000"/>
          <w:sz w:val="28"/>
          <w:szCs w:val="28"/>
          <w:lang w:val="uk-UA"/>
        </w:rPr>
        <w:t>наук, Снітко Ю. М.</w:t>
      </w:r>
    </w:p>
    <w:p w14:paraId="24061284" w14:textId="77777777" w:rsidR="00945CB4" w:rsidRPr="00945CB4" w:rsidRDefault="00945CB4" w:rsidP="00510C7E">
      <w:pPr>
        <w:widowControl w:val="0"/>
        <w:autoSpaceDE w:val="0"/>
        <w:autoSpaceDN w:val="0"/>
        <w:spacing w:after="0" w:line="240" w:lineRule="auto"/>
        <w:jc w:val="both"/>
        <w:rPr>
          <w:rFonts w:ascii="Times New Roman" w:eastAsia="Times New Roman" w:hAnsi="Times New Roman" w:cs="Times New Roman"/>
          <w:b/>
          <w:color w:val="FF0000"/>
          <w:sz w:val="28"/>
          <w:szCs w:val="28"/>
          <w:lang w:val="uk-UA" w:eastAsia="uk-UA"/>
        </w:rPr>
      </w:pPr>
    </w:p>
    <w:bookmarkEnd w:id="0"/>
    <w:p w14:paraId="18010E33" w14:textId="77777777" w:rsidR="00945CB4" w:rsidRPr="00945CB4" w:rsidRDefault="00945CB4" w:rsidP="00510C7E">
      <w:pPr>
        <w:widowControl w:val="0"/>
        <w:autoSpaceDE w:val="0"/>
        <w:autoSpaceDN w:val="0"/>
        <w:spacing w:after="0" w:line="240" w:lineRule="auto"/>
        <w:rPr>
          <w:rFonts w:ascii="Times New Roman" w:eastAsia="Times New Roman" w:hAnsi="Times New Roman" w:cs="Times New Roman"/>
          <w:sz w:val="30"/>
          <w:szCs w:val="28"/>
          <w:lang w:val="uk-UA"/>
        </w:rPr>
      </w:pPr>
    </w:p>
    <w:p w14:paraId="7B8A6F80" w14:textId="77777777" w:rsidR="00945CB4" w:rsidRPr="00945CB4" w:rsidRDefault="00945CB4" w:rsidP="00510C7E">
      <w:pPr>
        <w:widowControl w:val="0"/>
        <w:autoSpaceDE w:val="0"/>
        <w:autoSpaceDN w:val="0"/>
        <w:spacing w:after="0" w:line="240" w:lineRule="auto"/>
        <w:rPr>
          <w:rFonts w:ascii="Times New Roman" w:eastAsia="Times New Roman" w:hAnsi="Times New Roman" w:cs="Times New Roman"/>
          <w:sz w:val="30"/>
          <w:szCs w:val="28"/>
          <w:lang w:val="uk-UA"/>
        </w:rPr>
      </w:pPr>
    </w:p>
    <w:p w14:paraId="08E46B74" w14:textId="77777777" w:rsidR="00945CB4" w:rsidRPr="00945CB4" w:rsidRDefault="00945CB4" w:rsidP="00510C7E">
      <w:pPr>
        <w:widowControl w:val="0"/>
        <w:autoSpaceDE w:val="0"/>
        <w:autoSpaceDN w:val="0"/>
        <w:spacing w:after="0" w:line="240" w:lineRule="auto"/>
        <w:rPr>
          <w:rFonts w:ascii="Times New Roman" w:eastAsia="Times New Roman" w:hAnsi="Times New Roman" w:cs="Times New Roman"/>
          <w:sz w:val="30"/>
          <w:szCs w:val="28"/>
          <w:lang w:val="uk-UA"/>
        </w:rPr>
      </w:pPr>
    </w:p>
    <w:p w14:paraId="3DFAEE9F" w14:textId="77777777" w:rsidR="00945CB4" w:rsidRPr="00945CB4" w:rsidRDefault="00945CB4" w:rsidP="00510C7E">
      <w:pPr>
        <w:widowControl w:val="0"/>
        <w:autoSpaceDE w:val="0"/>
        <w:autoSpaceDN w:val="0"/>
        <w:spacing w:after="0" w:line="240" w:lineRule="auto"/>
        <w:rPr>
          <w:rFonts w:ascii="Times New Roman" w:eastAsia="Times New Roman" w:hAnsi="Times New Roman" w:cs="Times New Roman"/>
          <w:sz w:val="30"/>
          <w:szCs w:val="28"/>
          <w:lang w:val="uk-UA"/>
        </w:rPr>
      </w:pPr>
    </w:p>
    <w:p w14:paraId="5EA12D6A" w14:textId="77777777" w:rsidR="00945CB4" w:rsidRPr="00945CB4" w:rsidRDefault="00945CB4" w:rsidP="00510C7E">
      <w:pPr>
        <w:widowControl w:val="0"/>
        <w:autoSpaceDE w:val="0"/>
        <w:autoSpaceDN w:val="0"/>
        <w:spacing w:after="0" w:line="240" w:lineRule="auto"/>
        <w:rPr>
          <w:rFonts w:ascii="Times New Roman" w:eastAsia="Times New Roman" w:hAnsi="Times New Roman" w:cs="Times New Roman"/>
          <w:sz w:val="43"/>
          <w:szCs w:val="28"/>
          <w:lang w:val="uk-UA"/>
        </w:rPr>
      </w:pPr>
    </w:p>
    <w:p w14:paraId="68582BAC" w14:textId="77777777" w:rsidR="00945CB4" w:rsidRPr="00945CB4" w:rsidRDefault="00945CB4" w:rsidP="00510C7E">
      <w:pPr>
        <w:widowControl w:val="0"/>
        <w:autoSpaceDE w:val="0"/>
        <w:autoSpaceDN w:val="0"/>
        <w:spacing w:after="0" w:line="240" w:lineRule="auto"/>
        <w:rPr>
          <w:rFonts w:ascii="Times New Roman" w:eastAsia="Times New Roman" w:hAnsi="Times New Roman" w:cs="Times New Roman"/>
          <w:sz w:val="43"/>
          <w:szCs w:val="28"/>
          <w:lang w:val="uk-UA"/>
        </w:rPr>
      </w:pPr>
    </w:p>
    <w:p w14:paraId="32299931" w14:textId="025AFA8A" w:rsidR="001D22DF" w:rsidRDefault="00945CB4" w:rsidP="00510C7E">
      <w:pPr>
        <w:spacing w:after="0" w:line="240" w:lineRule="auto"/>
        <w:jc w:val="center"/>
        <w:rPr>
          <w:rFonts w:ascii="Times New Roman" w:eastAsia="Times New Roman" w:hAnsi="Times New Roman" w:cs="Times New Roman"/>
          <w:sz w:val="28"/>
          <w:szCs w:val="28"/>
          <w:lang w:val="uk-UA"/>
        </w:rPr>
        <w:sectPr w:rsidR="001D22DF" w:rsidSect="00FD160E">
          <w:pgSz w:w="12240" w:h="15840"/>
          <w:pgMar w:top="1134" w:right="567" w:bottom="1134" w:left="1701" w:header="709" w:footer="709" w:gutter="0"/>
          <w:cols w:space="708"/>
          <w:titlePg/>
          <w:docGrid w:linePitch="360"/>
        </w:sectPr>
      </w:pPr>
      <w:r w:rsidRPr="00945CB4">
        <w:rPr>
          <w:rFonts w:ascii="Times New Roman" w:eastAsia="Times New Roman" w:hAnsi="Times New Roman" w:cs="Times New Roman"/>
          <w:sz w:val="28"/>
          <w:szCs w:val="28"/>
          <w:lang w:val="uk-UA"/>
        </w:rPr>
        <w:t>Полтава</w:t>
      </w:r>
      <w:r w:rsidRPr="00945CB4">
        <w:rPr>
          <w:rFonts w:ascii="Times New Roman" w:eastAsia="Times New Roman" w:hAnsi="Times New Roman" w:cs="Times New Roman"/>
          <w:spacing w:val="-1"/>
          <w:sz w:val="28"/>
          <w:szCs w:val="28"/>
          <w:lang w:val="uk-UA"/>
        </w:rPr>
        <w:t xml:space="preserve"> </w:t>
      </w:r>
      <w:r w:rsidRPr="00945CB4">
        <w:rPr>
          <w:rFonts w:ascii="Times New Roman" w:eastAsia="Times New Roman" w:hAnsi="Times New Roman" w:cs="Times New Roman"/>
          <w:sz w:val="28"/>
          <w:szCs w:val="28"/>
          <w:lang w:val="uk-UA"/>
        </w:rPr>
        <w:t>–</w:t>
      </w:r>
      <w:r w:rsidRPr="00945CB4">
        <w:rPr>
          <w:rFonts w:ascii="Times New Roman" w:eastAsia="Times New Roman" w:hAnsi="Times New Roman" w:cs="Times New Roman"/>
          <w:spacing w:val="-2"/>
          <w:sz w:val="28"/>
          <w:szCs w:val="28"/>
          <w:lang w:val="uk-UA"/>
        </w:rPr>
        <w:t xml:space="preserve"> </w:t>
      </w:r>
      <w:r>
        <w:rPr>
          <w:rFonts w:ascii="Times New Roman" w:eastAsia="Times New Roman" w:hAnsi="Times New Roman" w:cs="Times New Roman"/>
          <w:sz w:val="28"/>
          <w:szCs w:val="28"/>
          <w:lang w:val="uk-UA"/>
        </w:rPr>
        <w:t>20</w:t>
      </w:r>
      <w:r w:rsidR="00334472">
        <w:rPr>
          <w:rFonts w:ascii="Times New Roman" w:eastAsia="Times New Roman" w:hAnsi="Times New Roman" w:cs="Times New Roman"/>
          <w:sz w:val="28"/>
          <w:szCs w:val="28"/>
          <w:lang w:val="uk-UA"/>
        </w:rPr>
        <w:t>2</w:t>
      </w:r>
      <w:r w:rsidR="00FD160E">
        <w:rPr>
          <w:rFonts w:ascii="Times New Roman" w:eastAsia="Times New Roman" w:hAnsi="Times New Roman" w:cs="Times New Roman"/>
          <w:sz w:val="28"/>
          <w:szCs w:val="28"/>
          <w:lang w:val="uk-UA"/>
        </w:rPr>
        <w:t>6</w:t>
      </w:r>
      <w:r w:rsidRPr="00945CB4">
        <w:rPr>
          <w:rFonts w:ascii="Times New Roman" w:eastAsia="Times New Roman" w:hAnsi="Times New Roman" w:cs="Times New Roman"/>
          <w:sz w:val="28"/>
          <w:szCs w:val="28"/>
          <w:lang w:val="uk-UA"/>
        </w:rPr>
        <w:br/>
      </w:r>
    </w:p>
    <w:p w14:paraId="531E482B" w14:textId="77777777" w:rsidR="00945CB4" w:rsidRPr="00945CB4" w:rsidRDefault="00945CB4" w:rsidP="00510C7E">
      <w:pPr>
        <w:spacing w:after="0" w:line="480" w:lineRule="auto"/>
        <w:contextualSpacing/>
        <w:jc w:val="center"/>
        <w:rPr>
          <w:rFonts w:ascii="Times New Roman" w:hAnsi="Times New Roman" w:cs="Times New Roman"/>
          <w:b/>
          <w:sz w:val="28"/>
          <w:szCs w:val="28"/>
          <w:lang w:val="uk-UA"/>
        </w:rPr>
      </w:pPr>
      <w:r w:rsidRPr="00945CB4">
        <w:rPr>
          <w:rFonts w:ascii="Times New Roman" w:hAnsi="Times New Roman" w:cs="Times New Roman"/>
          <w:b/>
          <w:sz w:val="28"/>
          <w:szCs w:val="28"/>
          <w:lang w:val="uk-UA"/>
        </w:rPr>
        <w:lastRenderedPageBreak/>
        <w:t>РЕФЕРАТ</w:t>
      </w:r>
    </w:p>
    <w:p w14:paraId="5E3F6C5E" w14:textId="77777777" w:rsidR="00510C7E" w:rsidRDefault="00510C7E" w:rsidP="00510C7E">
      <w:pPr>
        <w:spacing w:after="0" w:line="480" w:lineRule="auto"/>
        <w:contextualSpacing/>
        <w:jc w:val="both"/>
        <w:rPr>
          <w:rFonts w:ascii="Times New Roman" w:hAnsi="Times New Roman" w:cs="Times New Roman"/>
          <w:b/>
          <w:sz w:val="28"/>
          <w:szCs w:val="28"/>
          <w:lang w:val="uk-UA"/>
        </w:rPr>
      </w:pPr>
    </w:p>
    <w:p w14:paraId="2C1EF502" w14:textId="146FEDE8" w:rsidR="00510C7E" w:rsidRPr="00510C7E" w:rsidRDefault="00510C7E" w:rsidP="00510C7E">
      <w:pPr>
        <w:spacing w:after="0" w:line="360" w:lineRule="auto"/>
        <w:ind w:firstLine="709"/>
        <w:contextualSpacing/>
        <w:jc w:val="both"/>
        <w:rPr>
          <w:rFonts w:ascii="Times New Roman" w:hAnsi="Times New Roman" w:cs="Times New Roman"/>
          <w:sz w:val="28"/>
          <w:szCs w:val="28"/>
          <w:lang w:val="uk-UA"/>
        </w:rPr>
      </w:pPr>
      <w:r w:rsidRPr="00510C7E">
        <w:rPr>
          <w:rFonts w:ascii="Times New Roman" w:hAnsi="Times New Roman" w:cs="Times New Roman"/>
          <w:b/>
          <w:bCs/>
          <w:sz w:val="28"/>
          <w:szCs w:val="28"/>
          <w:lang w:val="uk-UA"/>
        </w:rPr>
        <w:t>Кваліфікаційна робота магістра:</w:t>
      </w:r>
      <w:r w:rsidRPr="00510C7E">
        <w:rPr>
          <w:rFonts w:ascii="Times New Roman" w:hAnsi="Times New Roman" w:cs="Times New Roman"/>
          <w:sz w:val="28"/>
          <w:szCs w:val="28"/>
          <w:lang w:val="uk-UA"/>
        </w:rPr>
        <w:t xml:space="preserve"> 6</w:t>
      </w:r>
      <w:r w:rsidR="00515077" w:rsidRPr="00515077">
        <w:rPr>
          <w:rFonts w:ascii="Times New Roman" w:hAnsi="Times New Roman" w:cs="Times New Roman"/>
          <w:sz w:val="28"/>
          <w:szCs w:val="28"/>
          <w:lang w:val="uk-UA"/>
        </w:rPr>
        <w:t>0</w:t>
      </w:r>
      <w:r w:rsidRPr="00510C7E">
        <w:rPr>
          <w:rFonts w:ascii="Times New Roman" w:hAnsi="Times New Roman" w:cs="Times New Roman"/>
          <w:sz w:val="28"/>
          <w:szCs w:val="28"/>
          <w:lang w:val="uk-UA"/>
        </w:rPr>
        <w:t xml:space="preserve"> сторінок, 15 рисунків, </w:t>
      </w:r>
      <w:r w:rsidR="00515077" w:rsidRPr="00515077">
        <w:rPr>
          <w:rFonts w:ascii="Times New Roman" w:hAnsi="Times New Roman" w:cs="Times New Roman"/>
          <w:sz w:val="28"/>
          <w:szCs w:val="28"/>
          <w:lang w:val="uk-UA"/>
        </w:rPr>
        <w:t>7</w:t>
      </w:r>
      <w:r w:rsidRPr="00510C7E">
        <w:rPr>
          <w:rFonts w:ascii="Times New Roman" w:hAnsi="Times New Roman" w:cs="Times New Roman"/>
          <w:sz w:val="28"/>
          <w:szCs w:val="28"/>
          <w:lang w:val="uk-UA"/>
        </w:rPr>
        <w:t xml:space="preserve"> джерела.</w:t>
      </w:r>
    </w:p>
    <w:p w14:paraId="3AAA18BB" w14:textId="77777777" w:rsidR="00510C7E" w:rsidRPr="00510C7E" w:rsidRDefault="00510C7E" w:rsidP="00510C7E">
      <w:pPr>
        <w:spacing w:after="0" w:line="360" w:lineRule="auto"/>
        <w:ind w:firstLine="709"/>
        <w:contextualSpacing/>
        <w:jc w:val="both"/>
        <w:rPr>
          <w:rFonts w:ascii="Times New Roman" w:hAnsi="Times New Roman" w:cs="Times New Roman"/>
          <w:sz w:val="28"/>
          <w:szCs w:val="28"/>
          <w:lang w:val="uk-UA"/>
        </w:rPr>
      </w:pPr>
      <w:r w:rsidRPr="00510C7E">
        <w:rPr>
          <w:rFonts w:ascii="Times New Roman" w:hAnsi="Times New Roman" w:cs="Times New Roman"/>
          <w:b/>
          <w:bCs/>
          <w:sz w:val="28"/>
          <w:szCs w:val="28"/>
          <w:lang w:val="uk-UA"/>
        </w:rPr>
        <w:t>Об’єкт дослідження:</w:t>
      </w:r>
      <w:r w:rsidRPr="00510C7E">
        <w:rPr>
          <w:rFonts w:ascii="Times New Roman" w:hAnsi="Times New Roman" w:cs="Times New Roman"/>
          <w:sz w:val="28"/>
          <w:szCs w:val="28"/>
          <w:lang w:val="uk-UA"/>
        </w:rPr>
        <w:t xml:space="preserve"> процес розробки ігрових застосунків та програмної логіки в середовищі сучасних ігрових рушіїв на прикладі рушія </w:t>
      </w:r>
      <w:proofErr w:type="spellStart"/>
      <w:r w:rsidRPr="00510C7E">
        <w:rPr>
          <w:rFonts w:ascii="Times New Roman" w:hAnsi="Times New Roman" w:cs="Times New Roman"/>
          <w:sz w:val="28"/>
          <w:szCs w:val="28"/>
          <w:lang w:val="uk-UA"/>
        </w:rPr>
        <w:t>GameMaker</w:t>
      </w:r>
      <w:proofErr w:type="spellEnd"/>
      <w:r w:rsidRPr="00510C7E">
        <w:rPr>
          <w:rFonts w:ascii="Times New Roman" w:hAnsi="Times New Roman" w:cs="Times New Roman"/>
          <w:sz w:val="28"/>
          <w:szCs w:val="28"/>
          <w:lang w:val="uk-UA"/>
        </w:rPr>
        <w:t xml:space="preserve"> із використанням </w:t>
      </w:r>
      <w:proofErr w:type="spellStart"/>
      <w:r w:rsidRPr="00510C7E">
        <w:rPr>
          <w:rFonts w:ascii="Times New Roman" w:hAnsi="Times New Roman" w:cs="Times New Roman"/>
          <w:sz w:val="28"/>
          <w:szCs w:val="28"/>
          <w:lang w:val="uk-UA"/>
        </w:rPr>
        <w:t>подійно</w:t>
      </w:r>
      <w:proofErr w:type="spellEnd"/>
      <w:r w:rsidRPr="00510C7E">
        <w:rPr>
          <w:rFonts w:ascii="Times New Roman" w:hAnsi="Times New Roman" w:cs="Times New Roman"/>
          <w:sz w:val="28"/>
          <w:szCs w:val="28"/>
          <w:lang w:val="uk-UA"/>
        </w:rPr>
        <w:t>-орієнтованого підходу до програмування.</w:t>
      </w:r>
    </w:p>
    <w:p w14:paraId="2A8390F5" w14:textId="77777777" w:rsidR="00510C7E" w:rsidRPr="00510C7E" w:rsidRDefault="00510C7E" w:rsidP="00510C7E">
      <w:pPr>
        <w:spacing w:after="0" w:line="360" w:lineRule="auto"/>
        <w:ind w:firstLine="709"/>
        <w:contextualSpacing/>
        <w:jc w:val="both"/>
        <w:rPr>
          <w:rFonts w:ascii="Times New Roman" w:hAnsi="Times New Roman" w:cs="Times New Roman"/>
          <w:sz w:val="28"/>
          <w:szCs w:val="28"/>
          <w:lang w:val="uk-UA"/>
        </w:rPr>
      </w:pPr>
      <w:r w:rsidRPr="00510C7E">
        <w:rPr>
          <w:rFonts w:ascii="Times New Roman" w:hAnsi="Times New Roman" w:cs="Times New Roman"/>
          <w:b/>
          <w:bCs/>
          <w:sz w:val="28"/>
          <w:szCs w:val="28"/>
          <w:lang w:val="uk-UA"/>
        </w:rPr>
        <w:t>Предмет дослідження:</w:t>
      </w:r>
      <w:r w:rsidRPr="00510C7E">
        <w:rPr>
          <w:rFonts w:ascii="Times New Roman" w:hAnsi="Times New Roman" w:cs="Times New Roman"/>
          <w:sz w:val="28"/>
          <w:szCs w:val="28"/>
          <w:lang w:val="uk-UA"/>
        </w:rPr>
        <w:t xml:space="preserve"> програмно-інженерні методи, підходи та засоби інтеграції алгоритмів обробки подій у рушії </w:t>
      </w:r>
      <w:proofErr w:type="spellStart"/>
      <w:r w:rsidRPr="00510C7E">
        <w:rPr>
          <w:rFonts w:ascii="Times New Roman" w:hAnsi="Times New Roman" w:cs="Times New Roman"/>
          <w:sz w:val="28"/>
          <w:szCs w:val="28"/>
          <w:lang w:val="uk-UA"/>
        </w:rPr>
        <w:t>GameMaker</w:t>
      </w:r>
      <w:proofErr w:type="spellEnd"/>
      <w:r w:rsidRPr="00510C7E">
        <w:rPr>
          <w:rFonts w:ascii="Times New Roman" w:hAnsi="Times New Roman" w:cs="Times New Roman"/>
          <w:sz w:val="28"/>
          <w:szCs w:val="28"/>
          <w:lang w:val="uk-UA"/>
        </w:rPr>
        <w:t xml:space="preserve"> та особливості їх використання для організації взаємодії між ігровими об’єктами і керування ігровими процесами.</w:t>
      </w:r>
    </w:p>
    <w:p w14:paraId="145CC460" w14:textId="77777777" w:rsidR="00510C7E" w:rsidRPr="00510C7E" w:rsidRDefault="00510C7E" w:rsidP="00510C7E">
      <w:pPr>
        <w:spacing w:after="0" w:line="360" w:lineRule="auto"/>
        <w:ind w:firstLine="709"/>
        <w:contextualSpacing/>
        <w:jc w:val="both"/>
        <w:rPr>
          <w:rFonts w:ascii="Times New Roman" w:hAnsi="Times New Roman" w:cs="Times New Roman"/>
          <w:sz w:val="28"/>
          <w:szCs w:val="28"/>
          <w:lang w:val="uk-UA"/>
        </w:rPr>
      </w:pPr>
      <w:r w:rsidRPr="00510C7E">
        <w:rPr>
          <w:rFonts w:ascii="Times New Roman" w:hAnsi="Times New Roman" w:cs="Times New Roman"/>
          <w:b/>
          <w:bCs/>
          <w:sz w:val="28"/>
          <w:szCs w:val="28"/>
          <w:lang w:val="uk-UA"/>
        </w:rPr>
        <w:t>Мета роботи:</w:t>
      </w:r>
      <w:r w:rsidRPr="00510C7E">
        <w:rPr>
          <w:rFonts w:ascii="Times New Roman" w:hAnsi="Times New Roman" w:cs="Times New Roman"/>
          <w:sz w:val="28"/>
          <w:szCs w:val="28"/>
          <w:lang w:val="uk-UA"/>
        </w:rPr>
        <w:t xml:space="preserve"> дослідження теоретичних і практичних аспектів інтеграції алгоритмів обробки подій у ігровому рушії </w:t>
      </w:r>
      <w:proofErr w:type="spellStart"/>
      <w:r w:rsidRPr="00510C7E">
        <w:rPr>
          <w:rFonts w:ascii="Times New Roman" w:hAnsi="Times New Roman" w:cs="Times New Roman"/>
          <w:sz w:val="28"/>
          <w:szCs w:val="28"/>
          <w:lang w:val="uk-UA"/>
        </w:rPr>
        <w:t>GameMaker</w:t>
      </w:r>
      <w:proofErr w:type="spellEnd"/>
      <w:r w:rsidRPr="00510C7E">
        <w:rPr>
          <w:rFonts w:ascii="Times New Roman" w:hAnsi="Times New Roman" w:cs="Times New Roman"/>
          <w:sz w:val="28"/>
          <w:szCs w:val="28"/>
          <w:lang w:val="uk-UA"/>
        </w:rPr>
        <w:t>, аналіз сучасних програмно-інженерних рішень у сфері розробки ігор та визначення ефективних способів реалізації ігрової логіки з використанням подій з метою підвищення ефективності розробки, спрощення підтримки програмного коду та покращення якості ігрового продукту.</w:t>
      </w:r>
    </w:p>
    <w:p w14:paraId="45E64149" w14:textId="77777777" w:rsidR="00510C7E" w:rsidRPr="00510C7E" w:rsidRDefault="00510C7E" w:rsidP="00510C7E">
      <w:pPr>
        <w:spacing w:after="0" w:line="360" w:lineRule="auto"/>
        <w:ind w:firstLine="709"/>
        <w:contextualSpacing/>
        <w:jc w:val="both"/>
        <w:rPr>
          <w:rFonts w:ascii="Times New Roman" w:hAnsi="Times New Roman" w:cs="Times New Roman"/>
          <w:sz w:val="28"/>
          <w:szCs w:val="28"/>
          <w:lang w:val="uk-UA"/>
        </w:rPr>
      </w:pPr>
      <w:r w:rsidRPr="00510C7E">
        <w:rPr>
          <w:rFonts w:ascii="Times New Roman" w:hAnsi="Times New Roman" w:cs="Times New Roman"/>
          <w:b/>
          <w:bCs/>
          <w:sz w:val="28"/>
          <w:szCs w:val="28"/>
          <w:lang w:val="uk-UA"/>
        </w:rPr>
        <w:t>Методи дослідження:</w:t>
      </w:r>
      <w:r w:rsidRPr="00510C7E">
        <w:rPr>
          <w:rFonts w:ascii="Times New Roman" w:hAnsi="Times New Roman" w:cs="Times New Roman"/>
          <w:sz w:val="28"/>
          <w:szCs w:val="28"/>
          <w:lang w:val="uk-UA"/>
        </w:rPr>
        <w:t xml:space="preserve"> аналіз наукових і навчальних джерел, порівняльний аналіз підходів до реалізації алгоритмів обробки подій у </w:t>
      </w:r>
      <w:proofErr w:type="spellStart"/>
      <w:r w:rsidRPr="00510C7E">
        <w:rPr>
          <w:rFonts w:ascii="Times New Roman" w:hAnsi="Times New Roman" w:cs="Times New Roman"/>
          <w:sz w:val="28"/>
          <w:szCs w:val="28"/>
          <w:lang w:val="uk-UA"/>
        </w:rPr>
        <w:t>GameMaker</w:t>
      </w:r>
      <w:proofErr w:type="spellEnd"/>
      <w:r w:rsidRPr="00510C7E">
        <w:rPr>
          <w:rFonts w:ascii="Times New Roman" w:hAnsi="Times New Roman" w:cs="Times New Roman"/>
          <w:sz w:val="28"/>
          <w:szCs w:val="28"/>
          <w:lang w:val="uk-UA"/>
        </w:rPr>
        <w:t xml:space="preserve"> та інших ігрових рушіях, метод моделювання, практичний метод програмної реалізації із застосуванням мови GML, експериментальний метод для перевірки працездатності реалізованих алгоритмів та метод узагальнення для формування висновків і рекомендацій.</w:t>
      </w:r>
    </w:p>
    <w:p w14:paraId="2D636004" w14:textId="77777777" w:rsidR="00510C7E" w:rsidRPr="00510C7E" w:rsidRDefault="00510C7E" w:rsidP="00510C7E">
      <w:pPr>
        <w:spacing w:after="0" w:line="360" w:lineRule="auto"/>
        <w:ind w:firstLine="709"/>
        <w:contextualSpacing/>
        <w:jc w:val="both"/>
        <w:rPr>
          <w:rFonts w:ascii="Times New Roman" w:hAnsi="Times New Roman" w:cs="Times New Roman"/>
          <w:sz w:val="28"/>
          <w:szCs w:val="28"/>
          <w:lang w:val="uk-UA"/>
        </w:rPr>
      </w:pPr>
      <w:r w:rsidRPr="00510C7E">
        <w:rPr>
          <w:rFonts w:ascii="Times New Roman" w:hAnsi="Times New Roman" w:cs="Times New Roman"/>
          <w:b/>
          <w:bCs/>
          <w:sz w:val="28"/>
          <w:szCs w:val="28"/>
          <w:lang w:val="uk-UA"/>
        </w:rPr>
        <w:t>Ключові слова:</w:t>
      </w:r>
      <w:r w:rsidRPr="00510C7E">
        <w:rPr>
          <w:rFonts w:ascii="Times New Roman" w:hAnsi="Times New Roman" w:cs="Times New Roman"/>
          <w:sz w:val="28"/>
          <w:szCs w:val="28"/>
          <w:lang w:val="uk-UA"/>
        </w:rPr>
        <w:t xml:space="preserve"> ігровий рушій, </w:t>
      </w:r>
      <w:proofErr w:type="spellStart"/>
      <w:r w:rsidRPr="00510C7E">
        <w:rPr>
          <w:rFonts w:ascii="Times New Roman" w:hAnsi="Times New Roman" w:cs="Times New Roman"/>
          <w:sz w:val="28"/>
          <w:szCs w:val="28"/>
          <w:lang w:val="uk-UA"/>
        </w:rPr>
        <w:t>GameMaker</w:t>
      </w:r>
      <w:proofErr w:type="spellEnd"/>
      <w:r w:rsidRPr="00510C7E">
        <w:rPr>
          <w:rFonts w:ascii="Times New Roman" w:hAnsi="Times New Roman" w:cs="Times New Roman"/>
          <w:sz w:val="28"/>
          <w:szCs w:val="28"/>
          <w:lang w:val="uk-UA"/>
        </w:rPr>
        <w:t xml:space="preserve">, алгоритми обробки подій, </w:t>
      </w:r>
      <w:proofErr w:type="spellStart"/>
      <w:r w:rsidRPr="00510C7E">
        <w:rPr>
          <w:rFonts w:ascii="Times New Roman" w:hAnsi="Times New Roman" w:cs="Times New Roman"/>
          <w:sz w:val="28"/>
          <w:szCs w:val="28"/>
          <w:lang w:val="uk-UA"/>
        </w:rPr>
        <w:t>подійно</w:t>
      </w:r>
      <w:proofErr w:type="spellEnd"/>
      <w:r w:rsidRPr="00510C7E">
        <w:rPr>
          <w:rFonts w:ascii="Times New Roman" w:hAnsi="Times New Roman" w:cs="Times New Roman"/>
          <w:sz w:val="28"/>
          <w:szCs w:val="28"/>
          <w:lang w:val="uk-UA"/>
        </w:rPr>
        <w:t>-орієнтоване програмування, програмна інженерія, ігрова логіка, GML, розробка ігор, інтерактивні системи.</w:t>
      </w:r>
    </w:p>
    <w:p w14:paraId="5C027F37" w14:textId="77777777" w:rsidR="001D22DF" w:rsidRDefault="001D22DF" w:rsidP="00510C7E">
      <w:pPr>
        <w:spacing w:after="0"/>
        <w:rPr>
          <w:rFonts w:ascii="Times New Roman" w:hAnsi="Times New Roman" w:cs="Times New Roman"/>
          <w:b/>
          <w:sz w:val="28"/>
          <w:szCs w:val="28"/>
          <w:lang w:val="uk-UA"/>
        </w:rPr>
        <w:sectPr w:rsidR="001D22DF" w:rsidSect="00FD160E">
          <w:pgSz w:w="12240" w:h="15840"/>
          <w:pgMar w:top="1134" w:right="567" w:bottom="1134" w:left="1701" w:header="709" w:footer="709" w:gutter="0"/>
          <w:cols w:space="708"/>
          <w:titlePg/>
          <w:docGrid w:linePitch="360"/>
        </w:sectPr>
      </w:pPr>
    </w:p>
    <w:p w14:paraId="5A4C6F13" w14:textId="5DC651B3" w:rsidR="00945CB4" w:rsidRDefault="00510C7E" w:rsidP="00510C7E">
      <w:pPr>
        <w:spacing w:after="0" w:line="480" w:lineRule="auto"/>
        <w:contextualSpacing/>
        <w:jc w:val="center"/>
        <w:rPr>
          <w:rFonts w:ascii="Times New Roman" w:hAnsi="Times New Roman" w:cs="Times New Roman"/>
          <w:b/>
          <w:sz w:val="28"/>
          <w:szCs w:val="28"/>
          <w:lang w:val="uk-UA"/>
        </w:rPr>
      </w:pPr>
      <w:r w:rsidRPr="00945CB4">
        <w:rPr>
          <w:rFonts w:ascii="Times New Roman" w:hAnsi="Times New Roman" w:cs="Times New Roman"/>
          <w:b/>
          <w:sz w:val="28"/>
          <w:szCs w:val="28"/>
          <w:lang w:val="uk-UA"/>
        </w:rPr>
        <w:lastRenderedPageBreak/>
        <w:t>ABSTRACT</w:t>
      </w:r>
    </w:p>
    <w:p w14:paraId="368839B4" w14:textId="77777777" w:rsidR="00510C7E" w:rsidRPr="00945CB4" w:rsidRDefault="00510C7E" w:rsidP="00510C7E">
      <w:pPr>
        <w:spacing w:after="0" w:line="480" w:lineRule="auto"/>
        <w:contextualSpacing/>
        <w:jc w:val="center"/>
        <w:rPr>
          <w:rFonts w:ascii="Times New Roman" w:hAnsi="Times New Roman" w:cs="Times New Roman"/>
          <w:b/>
          <w:sz w:val="28"/>
          <w:szCs w:val="28"/>
          <w:lang w:val="uk-UA"/>
        </w:rPr>
      </w:pPr>
    </w:p>
    <w:p w14:paraId="32E5183B" w14:textId="6F07C84C" w:rsidR="00510C7E" w:rsidRPr="00510C7E" w:rsidRDefault="00510C7E" w:rsidP="00510C7E">
      <w:pPr>
        <w:spacing w:after="0" w:line="360" w:lineRule="auto"/>
        <w:ind w:firstLine="709"/>
        <w:contextualSpacing/>
        <w:jc w:val="both"/>
        <w:rPr>
          <w:rFonts w:ascii="Times New Roman" w:hAnsi="Times New Roman" w:cs="Times New Roman"/>
          <w:sz w:val="28"/>
          <w:szCs w:val="28"/>
          <w:lang w:val="uk-UA"/>
        </w:rPr>
      </w:pPr>
      <w:proofErr w:type="spellStart"/>
      <w:r w:rsidRPr="00510C7E">
        <w:rPr>
          <w:rFonts w:ascii="Times New Roman" w:hAnsi="Times New Roman" w:cs="Times New Roman"/>
          <w:b/>
          <w:bCs/>
          <w:sz w:val="28"/>
          <w:szCs w:val="28"/>
          <w:lang w:val="uk-UA"/>
        </w:rPr>
        <w:t>Master’s</w:t>
      </w:r>
      <w:proofErr w:type="spellEnd"/>
      <w:r w:rsidRPr="00510C7E">
        <w:rPr>
          <w:rFonts w:ascii="Times New Roman" w:hAnsi="Times New Roman" w:cs="Times New Roman"/>
          <w:b/>
          <w:bCs/>
          <w:sz w:val="28"/>
          <w:szCs w:val="28"/>
          <w:lang w:val="uk-UA"/>
        </w:rPr>
        <w:t xml:space="preserve"> </w:t>
      </w:r>
      <w:proofErr w:type="spellStart"/>
      <w:r w:rsidRPr="00510C7E">
        <w:rPr>
          <w:rFonts w:ascii="Times New Roman" w:hAnsi="Times New Roman" w:cs="Times New Roman"/>
          <w:b/>
          <w:bCs/>
          <w:sz w:val="28"/>
          <w:szCs w:val="28"/>
          <w:lang w:val="uk-UA"/>
        </w:rPr>
        <w:t>qualification</w:t>
      </w:r>
      <w:proofErr w:type="spellEnd"/>
      <w:r w:rsidRPr="00510C7E">
        <w:rPr>
          <w:rFonts w:ascii="Times New Roman" w:hAnsi="Times New Roman" w:cs="Times New Roman"/>
          <w:b/>
          <w:bCs/>
          <w:sz w:val="28"/>
          <w:szCs w:val="28"/>
          <w:lang w:val="uk-UA"/>
        </w:rPr>
        <w:t xml:space="preserve"> </w:t>
      </w:r>
      <w:proofErr w:type="spellStart"/>
      <w:r w:rsidRPr="00510C7E">
        <w:rPr>
          <w:rFonts w:ascii="Times New Roman" w:hAnsi="Times New Roman" w:cs="Times New Roman"/>
          <w:b/>
          <w:bCs/>
          <w:sz w:val="28"/>
          <w:szCs w:val="28"/>
          <w:lang w:val="uk-UA"/>
        </w:rPr>
        <w:t>thesis</w:t>
      </w:r>
      <w:proofErr w:type="spellEnd"/>
      <w:r w:rsidRPr="00510C7E">
        <w:rPr>
          <w:rFonts w:ascii="Times New Roman" w:hAnsi="Times New Roman" w:cs="Times New Roman"/>
          <w:b/>
          <w:bCs/>
          <w:sz w:val="28"/>
          <w:szCs w:val="28"/>
          <w:lang w:val="uk-UA"/>
        </w:rPr>
        <w:t>:</w:t>
      </w:r>
      <w:r w:rsidRPr="00510C7E">
        <w:rPr>
          <w:rFonts w:ascii="Times New Roman" w:hAnsi="Times New Roman" w:cs="Times New Roman"/>
          <w:sz w:val="28"/>
          <w:szCs w:val="28"/>
          <w:lang w:val="uk-UA"/>
        </w:rPr>
        <w:t xml:space="preserve"> </w:t>
      </w:r>
      <w:r w:rsidR="00515077" w:rsidRPr="00515077">
        <w:rPr>
          <w:rFonts w:ascii="Times New Roman" w:hAnsi="Times New Roman" w:cs="Times New Roman"/>
          <w:sz w:val="28"/>
          <w:szCs w:val="28"/>
          <w:lang w:val="uk-UA"/>
        </w:rPr>
        <w:t>60</w:t>
      </w:r>
      <w:r w:rsidRPr="00510C7E">
        <w:rPr>
          <w:rFonts w:ascii="Times New Roman" w:hAnsi="Times New Roman" w:cs="Times New Roman"/>
          <w:sz w:val="28"/>
          <w:szCs w:val="28"/>
          <w:lang w:val="uk-UA"/>
        </w:rPr>
        <w:t xml:space="preserve"> </w:t>
      </w:r>
      <w:r w:rsidRPr="00515077">
        <w:rPr>
          <w:rFonts w:ascii="Times New Roman" w:hAnsi="Times New Roman" w:cs="Times New Roman"/>
          <w:sz w:val="28"/>
          <w:szCs w:val="28"/>
        </w:rPr>
        <w:t>p.</w:t>
      </w:r>
      <w:r w:rsidRPr="00510C7E">
        <w:rPr>
          <w:rFonts w:ascii="Times New Roman" w:hAnsi="Times New Roman" w:cs="Times New Roman"/>
          <w:sz w:val="28"/>
          <w:szCs w:val="28"/>
          <w:lang w:val="uk-UA"/>
        </w:rPr>
        <w:t xml:space="preserve">, 15 </w:t>
      </w:r>
      <w:proofErr w:type="spellStart"/>
      <w:r w:rsidRPr="00515077">
        <w:rPr>
          <w:rFonts w:ascii="Times New Roman" w:hAnsi="Times New Roman" w:cs="Times New Roman"/>
          <w:sz w:val="28"/>
          <w:szCs w:val="28"/>
          <w:lang w:val="uk-UA"/>
        </w:rPr>
        <w:t>pictures</w:t>
      </w:r>
      <w:proofErr w:type="spellEnd"/>
      <w:r w:rsidRPr="00510C7E">
        <w:rPr>
          <w:rFonts w:ascii="Times New Roman" w:hAnsi="Times New Roman" w:cs="Times New Roman"/>
          <w:sz w:val="28"/>
          <w:szCs w:val="28"/>
          <w:lang w:val="uk-UA"/>
        </w:rPr>
        <w:t xml:space="preserve">, </w:t>
      </w:r>
      <w:r w:rsidR="00515077" w:rsidRPr="00515077">
        <w:rPr>
          <w:rFonts w:ascii="Times New Roman" w:hAnsi="Times New Roman" w:cs="Times New Roman"/>
          <w:sz w:val="28"/>
          <w:szCs w:val="28"/>
          <w:lang w:val="uk-UA"/>
        </w:rPr>
        <w:t>7</w:t>
      </w:r>
      <w:r w:rsidRPr="00510C7E">
        <w:rPr>
          <w:rFonts w:ascii="Times New Roman" w:hAnsi="Times New Roman" w:cs="Times New Roman"/>
          <w:sz w:val="28"/>
          <w:szCs w:val="28"/>
          <w:lang w:val="uk-UA"/>
        </w:rPr>
        <w:t xml:space="preserve"> </w:t>
      </w:r>
      <w:proofErr w:type="spellStart"/>
      <w:r w:rsidRPr="00515077">
        <w:rPr>
          <w:rFonts w:ascii="Times New Roman" w:hAnsi="Times New Roman" w:cs="Times New Roman"/>
          <w:sz w:val="28"/>
          <w:szCs w:val="28"/>
          <w:lang w:val="uk-UA"/>
        </w:rPr>
        <w:t>sources</w:t>
      </w:r>
      <w:proofErr w:type="spellEnd"/>
      <w:r w:rsidRPr="00510C7E">
        <w:rPr>
          <w:rFonts w:ascii="Times New Roman" w:hAnsi="Times New Roman" w:cs="Times New Roman"/>
          <w:sz w:val="28"/>
          <w:szCs w:val="28"/>
          <w:lang w:val="uk-UA"/>
        </w:rPr>
        <w:t>.</w:t>
      </w:r>
    </w:p>
    <w:p w14:paraId="19DF6D8C" w14:textId="77777777" w:rsidR="00510C7E" w:rsidRPr="00510C7E" w:rsidRDefault="00510C7E" w:rsidP="00510C7E">
      <w:pPr>
        <w:spacing w:after="0" w:line="360" w:lineRule="auto"/>
        <w:ind w:firstLine="709"/>
        <w:contextualSpacing/>
        <w:jc w:val="both"/>
        <w:rPr>
          <w:rFonts w:ascii="Times New Roman" w:hAnsi="Times New Roman" w:cs="Times New Roman"/>
          <w:sz w:val="28"/>
          <w:szCs w:val="28"/>
          <w:lang w:val="uk-UA"/>
        </w:rPr>
      </w:pPr>
      <w:proofErr w:type="spellStart"/>
      <w:r w:rsidRPr="00510C7E">
        <w:rPr>
          <w:rFonts w:ascii="Times New Roman" w:hAnsi="Times New Roman" w:cs="Times New Roman"/>
          <w:b/>
          <w:bCs/>
          <w:sz w:val="28"/>
          <w:szCs w:val="28"/>
          <w:lang w:val="uk-UA"/>
        </w:rPr>
        <w:t>Object</w:t>
      </w:r>
      <w:proofErr w:type="spellEnd"/>
      <w:r w:rsidRPr="00510C7E">
        <w:rPr>
          <w:rFonts w:ascii="Times New Roman" w:hAnsi="Times New Roman" w:cs="Times New Roman"/>
          <w:b/>
          <w:bCs/>
          <w:sz w:val="28"/>
          <w:szCs w:val="28"/>
          <w:lang w:val="uk-UA"/>
        </w:rPr>
        <w:t xml:space="preserve"> </w:t>
      </w:r>
      <w:proofErr w:type="spellStart"/>
      <w:r w:rsidRPr="00510C7E">
        <w:rPr>
          <w:rFonts w:ascii="Times New Roman" w:hAnsi="Times New Roman" w:cs="Times New Roman"/>
          <w:b/>
          <w:bCs/>
          <w:sz w:val="28"/>
          <w:szCs w:val="28"/>
          <w:lang w:val="uk-UA"/>
        </w:rPr>
        <w:t>of</w:t>
      </w:r>
      <w:proofErr w:type="spellEnd"/>
      <w:r w:rsidRPr="00510C7E">
        <w:rPr>
          <w:rFonts w:ascii="Times New Roman" w:hAnsi="Times New Roman" w:cs="Times New Roman"/>
          <w:b/>
          <w:bCs/>
          <w:sz w:val="28"/>
          <w:szCs w:val="28"/>
          <w:lang w:val="uk-UA"/>
        </w:rPr>
        <w:t xml:space="preserve"> </w:t>
      </w:r>
      <w:proofErr w:type="spellStart"/>
      <w:r w:rsidRPr="00510C7E">
        <w:rPr>
          <w:rFonts w:ascii="Times New Roman" w:hAnsi="Times New Roman" w:cs="Times New Roman"/>
          <w:b/>
          <w:bCs/>
          <w:sz w:val="28"/>
          <w:szCs w:val="28"/>
          <w:lang w:val="uk-UA"/>
        </w:rPr>
        <w:t>research</w:t>
      </w:r>
      <w:proofErr w:type="spellEnd"/>
      <w:r w:rsidRPr="00510C7E">
        <w:rPr>
          <w:rFonts w:ascii="Times New Roman" w:hAnsi="Times New Roman" w:cs="Times New Roman"/>
          <w:b/>
          <w:bCs/>
          <w:sz w:val="28"/>
          <w:szCs w:val="28"/>
          <w:lang w:val="uk-UA"/>
        </w:rPr>
        <w:t>:</w:t>
      </w:r>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the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process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of</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developing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applications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and</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program</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logic</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in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modern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engine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environments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using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the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GameMaker</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engine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example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based</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on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event-driven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programming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approach</w:t>
      </w:r>
      <w:proofErr w:type="spellEnd"/>
      <w:r w:rsidRPr="00510C7E">
        <w:rPr>
          <w:rFonts w:ascii="Times New Roman" w:hAnsi="Times New Roman" w:cs="Times New Roman"/>
          <w:sz w:val="28"/>
          <w:szCs w:val="28"/>
          <w:lang w:val="uk-UA"/>
        </w:rPr>
        <w:t>.</w:t>
      </w:r>
    </w:p>
    <w:p w14:paraId="2B7A4CBB" w14:textId="77777777" w:rsidR="00510C7E" w:rsidRPr="00510C7E" w:rsidRDefault="00510C7E" w:rsidP="00510C7E">
      <w:pPr>
        <w:spacing w:after="0" w:line="360" w:lineRule="auto"/>
        <w:ind w:firstLine="709"/>
        <w:contextualSpacing/>
        <w:jc w:val="both"/>
        <w:rPr>
          <w:rFonts w:ascii="Times New Roman" w:hAnsi="Times New Roman" w:cs="Times New Roman"/>
          <w:sz w:val="28"/>
          <w:szCs w:val="28"/>
          <w:lang w:val="uk-UA"/>
        </w:rPr>
      </w:pPr>
      <w:proofErr w:type="spellStart"/>
      <w:r w:rsidRPr="00510C7E">
        <w:rPr>
          <w:rFonts w:ascii="Times New Roman" w:hAnsi="Times New Roman" w:cs="Times New Roman"/>
          <w:b/>
          <w:bCs/>
          <w:sz w:val="28"/>
          <w:szCs w:val="28"/>
          <w:lang w:val="uk-UA"/>
        </w:rPr>
        <w:t>Subject</w:t>
      </w:r>
      <w:proofErr w:type="spellEnd"/>
      <w:r w:rsidRPr="00510C7E">
        <w:rPr>
          <w:rFonts w:ascii="Times New Roman" w:hAnsi="Times New Roman" w:cs="Times New Roman"/>
          <w:b/>
          <w:bCs/>
          <w:sz w:val="28"/>
          <w:szCs w:val="28"/>
          <w:lang w:val="uk-UA"/>
        </w:rPr>
        <w:t xml:space="preserve"> </w:t>
      </w:r>
      <w:proofErr w:type="spellStart"/>
      <w:r w:rsidRPr="00510C7E">
        <w:rPr>
          <w:rFonts w:ascii="Times New Roman" w:hAnsi="Times New Roman" w:cs="Times New Roman"/>
          <w:b/>
          <w:bCs/>
          <w:sz w:val="28"/>
          <w:szCs w:val="28"/>
          <w:lang w:val="uk-UA"/>
        </w:rPr>
        <w:t>of</w:t>
      </w:r>
      <w:proofErr w:type="spellEnd"/>
      <w:r w:rsidRPr="00510C7E">
        <w:rPr>
          <w:rFonts w:ascii="Times New Roman" w:hAnsi="Times New Roman" w:cs="Times New Roman"/>
          <w:b/>
          <w:bCs/>
          <w:sz w:val="28"/>
          <w:szCs w:val="28"/>
          <w:lang w:val="uk-UA"/>
        </w:rPr>
        <w:t xml:space="preserve"> </w:t>
      </w:r>
      <w:proofErr w:type="spellStart"/>
      <w:r w:rsidRPr="00510C7E">
        <w:rPr>
          <w:rFonts w:ascii="Times New Roman" w:hAnsi="Times New Roman" w:cs="Times New Roman"/>
          <w:b/>
          <w:bCs/>
          <w:sz w:val="28"/>
          <w:szCs w:val="28"/>
          <w:lang w:val="uk-UA"/>
        </w:rPr>
        <w:t>research</w:t>
      </w:r>
      <w:proofErr w:type="spellEnd"/>
      <w:r w:rsidRPr="00510C7E">
        <w:rPr>
          <w:rFonts w:ascii="Times New Roman" w:hAnsi="Times New Roman" w:cs="Times New Roman"/>
          <w:b/>
          <w:bCs/>
          <w:sz w:val="28"/>
          <w:szCs w:val="28"/>
          <w:lang w:val="uk-UA"/>
        </w:rPr>
        <w:t>:</w:t>
      </w:r>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software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engineering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methods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approaches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and</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tools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for</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integrating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event-handling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algorithms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in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the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GameMaker</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engine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well</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the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specifics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of</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their</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application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for</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organizing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interaction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between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objects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and</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managing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processes</w:t>
      </w:r>
      <w:proofErr w:type="spellEnd"/>
      <w:r w:rsidRPr="00510C7E">
        <w:rPr>
          <w:rFonts w:ascii="Times New Roman" w:hAnsi="Times New Roman" w:cs="Times New Roman"/>
          <w:sz w:val="28"/>
          <w:szCs w:val="28"/>
          <w:lang w:val="uk-UA"/>
        </w:rPr>
        <w:t>.</w:t>
      </w:r>
    </w:p>
    <w:p w14:paraId="0DDE769B" w14:textId="77777777" w:rsidR="00510C7E" w:rsidRPr="00510C7E" w:rsidRDefault="00510C7E" w:rsidP="00510C7E">
      <w:pPr>
        <w:spacing w:after="0" w:line="360" w:lineRule="auto"/>
        <w:ind w:firstLine="709"/>
        <w:contextualSpacing/>
        <w:jc w:val="both"/>
        <w:rPr>
          <w:rFonts w:ascii="Times New Roman" w:hAnsi="Times New Roman" w:cs="Times New Roman"/>
          <w:sz w:val="28"/>
          <w:szCs w:val="28"/>
          <w:lang w:val="uk-UA"/>
        </w:rPr>
      </w:pPr>
      <w:proofErr w:type="spellStart"/>
      <w:r w:rsidRPr="00510C7E">
        <w:rPr>
          <w:rFonts w:ascii="Times New Roman" w:hAnsi="Times New Roman" w:cs="Times New Roman"/>
          <w:b/>
          <w:bCs/>
          <w:sz w:val="28"/>
          <w:szCs w:val="28"/>
          <w:lang w:val="uk-UA"/>
        </w:rPr>
        <w:t>Purpose</w:t>
      </w:r>
      <w:proofErr w:type="spellEnd"/>
      <w:r w:rsidRPr="00510C7E">
        <w:rPr>
          <w:rFonts w:ascii="Times New Roman" w:hAnsi="Times New Roman" w:cs="Times New Roman"/>
          <w:b/>
          <w:bCs/>
          <w:sz w:val="28"/>
          <w:szCs w:val="28"/>
          <w:lang w:val="uk-UA"/>
        </w:rPr>
        <w:t xml:space="preserve"> </w:t>
      </w:r>
      <w:proofErr w:type="spellStart"/>
      <w:r w:rsidRPr="00510C7E">
        <w:rPr>
          <w:rFonts w:ascii="Times New Roman" w:hAnsi="Times New Roman" w:cs="Times New Roman"/>
          <w:b/>
          <w:bCs/>
          <w:sz w:val="28"/>
          <w:szCs w:val="28"/>
          <w:lang w:val="uk-UA"/>
        </w:rPr>
        <w:t>of</w:t>
      </w:r>
      <w:proofErr w:type="spellEnd"/>
      <w:r w:rsidRPr="00510C7E">
        <w:rPr>
          <w:rFonts w:ascii="Times New Roman" w:hAnsi="Times New Roman" w:cs="Times New Roman"/>
          <w:b/>
          <w:bCs/>
          <w:sz w:val="28"/>
          <w:szCs w:val="28"/>
          <w:lang w:val="uk-UA"/>
        </w:rPr>
        <w:t xml:space="preserve"> </w:t>
      </w:r>
      <w:proofErr w:type="spellStart"/>
      <w:r w:rsidRPr="00510C7E">
        <w:rPr>
          <w:rFonts w:ascii="Times New Roman" w:hAnsi="Times New Roman" w:cs="Times New Roman"/>
          <w:b/>
          <w:bCs/>
          <w:sz w:val="28"/>
          <w:szCs w:val="28"/>
          <w:lang w:val="uk-UA"/>
        </w:rPr>
        <w:t>the</w:t>
      </w:r>
      <w:proofErr w:type="spellEnd"/>
      <w:r w:rsidRPr="00510C7E">
        <w:rPr>
          <w:rFonts w:ascii="Times New Roman" w:hAnsi="Times New Roman" w:cs="Times New Roman"/>
          <w:b/>
          <w:bCs/>
          <w:sz w:val="28"/>
          <w:szCs w:val="28"/>
          <w:lang w:val="uk-UA"/>
        </w:rPr>
        <w:t xml:space="preserve"> </w:t>
      </w:r>
      <w:proofErr w:type="spellStart"/>
      <w:r w:rsidRPr="00510C7E">
        <w:rPr>
          <w:rFonts w:ascii="Times New Roman" w:hAnsi="Times New Roman" w:cs="Times New Roman"/>
          <w:b/>
          <w:bCs/>
          <w:sz w:val="28"/>
          <w:szCs w:val="28"/>
          <w:lang w:val="uk-UA"/>
        </w:rPr>
        <w:t>study</w:t>
      </w:r>
      <w:proofErr w:type="spellEnd"/>
      <w:r w:rsidRPr="00510C7E">
        <w:rPr>
          <w:rFonts w:ascii="Times New Roman" w:hAnsi="Times New Roman" w:cs="Times New Roman"/>
          <w:b/>
          <w:bCs/>
          <w:sz w:val="28"/>
          <w:szCs w:val="28"/>
          <w:lang w:val="uk-UA"/>
        </w:rPr>
        <w:t>:</w:t>
      </w:r>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to</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investigate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the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theoretical</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and</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practical</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aspects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of</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integrating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event-handling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algorithms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in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the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GameMaker</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engine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to</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analyze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modern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software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engineering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solutions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in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the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field</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of</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development</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and</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to</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determine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effective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approaches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to</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implementing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logic</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using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events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in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order</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to</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improve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development</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efficiency</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simplify</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code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maintenance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and</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enhance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the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quality</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of</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the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final</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product</w:t>
      </w:r>
      <w:proofErr w:type="spellEnd"/>
      <w:r w:rsidRPr="00510C7E">
        <w:rPr>
          <w:rFonts w:ascii="Times New Roman" w:hAnsi="Times New Roman" w:cs="Times New Roman"/>
          <w:sz w:val="28"/>
          <w:szCs w:val="28"/>
          <w:lang w:val="uk-UA"/>
        </w:rPr>
        <w:t>.</w:t>
      </w:r>
    </w:p>
    <w:p w14:paraId="2A78D587" w14:textId="77777777" w:rsidR="00510C7E" w:rsidRPr="00510C7E" w:rsidRDefault="00510C7E" w:rsidP="00510C7E">
      <w:pPr>
        <w:spacing w:after="0" w:line="360" w:lineRule="auto"/>
        <w:ind w:firstLine="709"/>
        <w:contextualSpacing/>
        <w:jc w:val="both"/>
        <w:rPr>
          <w:rFonts w:ascii="Times New Roman" w:hAnsi="Times New Roman" w:cs="Times New Roman"/>
          <w:sz w:val="28"/>
          <w:szCs w:val="28"/>
          <w:lang w:val="uk-UA"/>
        </w:rPr>
      </w:pPr>
      <w:proofErr w:type="spellStart"/>
      <w:r w:rsidRPr="00510C7E">
        <w:rPr>
          <w:rFonts w:ascii="Times New Roman" w:hAnsi="Times New Roman" w:cs="Times New Roman"/>
          <w:b/>
          <w:bCs/>
          <w:sz w:val="28"/>
          <w:szCs w:val="28"/>
          <w:lang w:val="uk-UA"/>
        </w:rPr>
        <w:t>Research</w:t>
      </w:r>
      <w:proofErr w:type="spellEnd"/>
      <w:r w:rsidRPr="00510C7E">
        <w:rPr>
          <w:rFonts w:ascii="Times New Roman" w:hAnsi="Times New Roman" w:cs="Times New Roman"/>
          <w:b/>
          <w:bCs/>
          <w:sz w:val="28"/>
          <w:szCs w:val="28"/>
          <w:lang w:val="uk-UA"/>
        </w:rPr>
        <w:t xml:space="preserve"> </w:t>
      </w:r>
      <w:proofErr w:type="spellStart"/>
      <w:r w:rsidRPr="00510C7E">
        <w:rPr>
          <w:rFonts w:ascii="Times New Roman" w:hAnsi="Times New Roman" w:cs="Times New Roman"/>
          <w:b/>
          <w:bCs/>
          <w:sz w:val="28"/>
          <w:szCs w:val="28"/>
          <w:lang w:val="uk-UA"/>
        </w:rPr>
        <w:t>methods</w:t>
      </w:r>
      <w:proofErr w:type="spellEnd"/>
      <w:r w:rsidRPr="00510C7E">
        <w:rPr>
          <w:rFonts w:ascii="Times New Roman" w:hAnsi="Times New Roman" w:cs="Times New Roman"/>
          <w:b/>
          <w:bCs/>
          <w:sz w:val="28"/>
          <w:szCs w:val="28"/>
          <w:lang w:val="uk-UA"/>
        </w:rPr>
        <w:t>:</w:t>
      </w:r>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analysis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of</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scientific</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and</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educational</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sources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comparative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analysis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of</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event-handling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approaches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in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GameMaker</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and</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other</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engines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modeling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methods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practical</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software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implementation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using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the</w:t>
      </w:r>
      <w:proofErr w:type="spellEnd"/>
      <w:r w:rsidRPr="00510C7E">
        <w:rPr>
          <w:rFonts w:ascii="Times New Roman" w:hAnsi="Times New Roman" w:cs="Times New Roman"/>
          <w:sz w:val="28"/>
          <w:szCs w:val="28"/>
          <w:lang w:val="uk-UA"/>
        </w:rPr>
        <w:t xml:space="preserve"> GML </w:t>
      </w:r>
      <w:proofErr w:type="spellStart"/>
      <w:r w:rsidRPr="00510C7E">
        <w:rPr>
          <w:rFonts w:ascii="Times New Roman" w:hAnsi="Times New Roman" w:cs="Times New Roman"/>
          <w:sz w:val="28"/>
          <w:szCs w:val="28"/>
          <w:lang w:val="uk-UA"/>
        </w:rPr>
        <w:t>programming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language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experimental</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testing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of</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implemented</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algorithms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and</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generalization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for</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formulating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conclusions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and</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recommendations</w:t>
      </w:r>
      <w:proofErr w:type="spellEnd"/>
      <w:r w:rsidRPr="00510C7E">
        <w:rPr>
          <w:rFonts w:ascii="Times New Roman" w:hAnsi="Times New Roman" w:cs="Times New Roman"/>
          <w:sz w:val="28"/>
          <w:szCs w:val="28"/>
          <w:lang w:val="uk-UA"/>
        </w:rPr>
        <w:t>.</w:t>
      </w:r>
    </w:p>
    <w:p w14:paraId="5C7532CD" w14:textId="73C4DF9D" w:rsidR="00510C7E" w:rsidRDefault="00510C7E" w:rsidP="00510C7E">
      <w:pPr>
        <w:spacing w:after="0" w:line="360" w:lineRule="auto"/>
        <w:ind w:firstLine="709"/>
        <w:contextualSpacing/>
        <w:jc w:val="both"/>
        <w:rPr>
          <w:rFonts w:ascii="Times New Roman" w:hAnsi="Times New Roman" w:cs="Times New Roman"/>
          <w:sz w:val="28"/>
          <w:szCs w:val="28"/>
          <w:lang w:val="uk-UA"/>
        </w:rPr>
      </w:pPr>
      <w:proofErr w:type="spellStart"/>
      <w:r w:rsidRPr="00510C7E">
        <w:rPr>
          <w:rFonts w:ascii="Times New Roman" w:hAnsi="Times New Roman" w:cs="Times New Roman"/>
          <w:b/>
          <w:bCs/>
          <w:sz w:val="28"/>
          <w:szCs w:val="28"/>
          <w:lang w:val="uk-UA"/>
        </w:rPr>
        <w:t>Keywords</w:t>
      </w:r>
      <w:proofErr w:type="spellEnd"/>
      <w:r w:rsidRPr="00510C7E">
        <w:rPr>
          <w:rFonts w:ascii="Times New Roman" w:hAnsi="Times New Roman" w:cs="Times New Roman"/>
          <w:b/>
          <w:bCs/>
          <w:sz w:val="28"/>
          <w:szCs w:val="28"/>
          <w:lang w:val="uk-UA"/>
        </w:rPr>
        <w:t>:</w:t>
      </w:r>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engine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GameMaker</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event-handling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algorithms</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event-driven</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programming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software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engineering</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game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logic</w:t>
      </w:r>
      <w:proofErr w:type="spellEnd"/>
      <w:r w:rsidRPr="00510C7E">
        <w:rPr>
          <w:rFonts w:ascii="Times New Roman" w:hAnsi="Times New Roman" w:cs="Times New Roman"/>
          <w:sz w:val="28"/>
          <w:szCs w:val="28"/>
          <w:lang w:val="uk-UA"/>
        </w:rPr>
        <w:t xml:space="preserve">, GML, </w:t>
      </w:r>
      <w:proofErr w:type="spellStart"/>
      <w:r w:rsidRPr="00510C7E">
        <w:rPr>
          <w:rFonts w:ascii="Times New Roman" w:hAnsi="Times New Roman" w:cs="Times New Roman"/>
          <w:sz w:val="28"/>
          <w:szCs w:val="28"/>
          <w:lang w:val="uk-UA"/>
        </w:rPr>
        <w:t>game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development</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interactive</w:t>
      </w:r>
      <w:proofErr w:type="spellEnd"/>
      <w:r w:rsidRPr="00510C7E">
        <w:rPr>
          <w:rFonts w:ascii="Times New Roman" w:hAnsi="Times New Roman" w:cs="Times New Roman"/>
          <w:sz w:val="28"/>
          <w:szCs w:val="28"/>
          <w:lang w:val="uk-UA"/>
        </w:rPr>
        <w:t xml:space="preserve"> </w:t>
      </w:r>
      <w:proofErr w:type="spellStart"/>
      <w:r w:rsidRPr="00510C7E">
        <w:rPr>
          <w:rFonts w:ascii="Times New Roman" w:hAnsi="Times New Roman" w:cs="Times New Roman"/>
          <w:sz w:val="28"/>
          <w:szCs w:val="28"/>
          <w:lang w:val="uk-UA"/>
        </w:rPr>
        <w:t>systems</w:t>
      </w:r>
      <w:proofErr w:type="spellEnd"/>
      <w:r w:rsidRPr="00510C7E">
        <w:rPr>
          <w:rFonts w:ascii="Times New Roman" w:hAnsi="Times New Roman" w:cs="Times New Roman"/>
          <w:sz w:val="28"/>
          <w:szCs w:val="28"/>
          <w:lang w:val="uk-UA"/>
        </w:rPr>
        <w:t>.</w:t>
      </w:r>
    </w:p>
    <w:p w14:paraId="4063D8F4" w14:textId="77777777" w:rsidR="001D22DF" w:rsidRDefault="001D22DF">
      <w:pPr>
        <w:rPr>
          <w:rFonts w:ascii="Times New Roman" w:hAnsi="Times New Roman" w:cs="Times New Roman"/>
          <w:sz w:val="28"/>
          <w:szCs w:val="28"/>
        </w:rPr>
      </w:pPr>
    </w:p>
    <w:p w14:paraId="5186E15B" w14:textId="77777777" w:rsidR="001D22DF" w:rsidRDefault="001D22DF">
      <w:pPr>
        <w:rPr>
          <w:rFonts w:ascii="Times New Roman" w:hAnsi="Times New Roman" w:cs="Times New Roman"/>
          <w:sz w:val="28"/>
          <w:szCs w:val="28"/>
          <w:lang w:val="uk-UA"/>
        </w:rPr>
        <w:sectPr w:rsidR="001D22DF" w:rsidSect="00FD160E">
          <w:pgSz w:w="12240" w:h="15840"/>
          <w:pgMar w:top="1134" w:right="567" w:bottom="1134" w:left="1701" w:header="709" w:footer="709" w:gutter="0"/>
          <w:cols w:space="708"/>
          <w:titlePg/>
          <w:docGrid w:linePitch="360"/>
        </w:sectPr>
      </w:pPr>
    </w:p>
    <w:sdt>
      <w:sdtPr>
        <w:rPr>
          <w:lang w:val="ru-RU"/>
        </w:rPr>
        <w:id w:val="-39436467"/>
        <w:docPartObj>
          <w:docPartGallery w:val="Table of Contents"/>
          <w:docPartUnique/>
        </w:docPartObj>
      </w:sdtPr>
      <w:sdtEndPr>
        <w:rPr>
          <w:rFonts w:asciiTheme="minorHAnsi" w:eastAsiaTheme="minorHAnsi" w:hAnsiTheme="minorHAnsi" w:cstheme="minorBidi"/>
          <w:color w:val="auto"/>
          <w:sz w:val="22"/>
          <w:szCs w:val="22"/>
          <w:lang w:val="en-US"/>
        </w:rPr>
      </w:sdtEndPr>
      <w:sdtContent>
        <w:p w14:paraId="6C9F0FF6" w14:textId="55901B3D" w:rsidR="00750BFA" w:rsidRPr="00750BFA" w:rsidRDefault="00750BFA" w:rsidP="00750BFA">
          <w:pPr>
            <w:pStyle w:val="aff3"/>
            <w:jc w:val="center"/>
            <w:rPr>
              <w:rFonts w:ascii="Times New Roman" w:hAnsi="Times New Roman" w:cs="Times New Roman"/>
              <w:color w:val="auto"/>
              <w:lang w:val="uk-UA"/>
            </w:rPr>
          </w:pPr>
          <w:r w:rsidRPr="00750BFA">
            <w:rPr>
              <w:rFonts w:ascii="Times New Roman" w:hAnsi="Times New Roman" w:cs="Times New Roman"/>
              <w:color w:val="auto"/>
              <w:lang w:val="uk-UA"/>
            </w:rPr>
            <w:t>ЗМІСТ</w:t>
          </w:r>
        </w:p>
        <w:p w14:paraId="1471E607" w14:textId="77777777" w:rsidR="00750BFA" w:rsidRPr="00750BFA" w:rsidRDefault="00750BFA" w:rsidP="00750BFA">
          <w:pPr>
            <w:rPr>
              <w:lang w:val="uk-UA"/>
            </w:rPr>
          </w:pPr>
        </w:p>
        <w:p w14:paraId="219A44E5" w14:textId="3677AAA8" w:rsidR="00750BFA" w:rsidRPr="00750BFA" w:rsidRDefault="00750BFA">
          <w:pPr>
            <w:pStyle w:val="15"/>
            <w:rPr>
              <w:rFonts w:eastAsiaTheme="minorEastAsia" w:cs="Times New Roman"/>
              <w:noProof/>
              <w:lang w:val="ru-RU" w:eastAsia="ru-RU"/>
            </w:rPr>
          </w:pPr>
          <w:r>
            <w:fldChar w:fldCharType="begin"/>
          </w:r>
          <w:r>
            <w:instrText xml:space="preserve"> TOC \o "1-3" \h \z \u </w:instrText>
          </w:r>
          <w:r>
            <w:fldChar w:fldCharType="separate"/>
          </w:r>
          <w:hyperlink w:anchor="_Toc219710702" w:history="1">
            <w:r w:rsidRPr="00750BFA">
              <w:rPr>
                <w:rStyle w:val="a9"/>
                <w:rFonts w:cs="Times New Roman"/>
                <w:noProof/>
              </w:rPr>
              <w:t>ПЕРЕЛІК УМОВНИХ ПОЗНАЧЕНЬ, СКОРОЧЕНЬ І ТЕРМІНІВ</w:t>
            </w:r>
            <w:r w:rsidRPr="00750BFA">
              <w:rPr>
                <w:rFonts w:cs="Times New Roman"/>
                <w:noProof/>
                <w:webHidden/>
              </w:rPr>
              <w:tab/>
            </w:r>
            <w:r w:rsidRPr="00750BFA">
              <w:rPr>
                <w:rFonts w:cs="Times New Roman"/>
                <w:noProof/>
                <w:webHidden/>
              </w:rPr>
              <w:fldChar w:fldCharType="begin"/>
            </w:r>
            <w:r w:rsidRPr="00750BFA">
              <w:rPr>
                <w:rFonts w:cs="Times New Roman"/>
                <w:noProof/>
                <w:webHidden/>
              </w:rPr>
              <w:instrText xml:space="preserve"> PAGEREF _Toc219710702 \h </w:instrText>
            </w:r>
            <w:r w:rsidRPr="00750BFA">
              <w:rPr>
                <w:rFonts w:cs="Times New Roman"/>
                <w:noProof/>
                <w:webHidden/>
              </w:rPr>
            </w:r>
            <w:r w:rsidRPr="00750BFA">
              <w:rPr>
                <w:rFonts w:cs="Times New Roman"/>
                <w:noProof/>
                <w:webHidden/>
              </w:rPr>
              <w:fldChar w:fldCharType="separate"/>
            </w:r>
            <w:r w:rsidRPr="00750BFA">
              <w:rPr>
                <w:rFonts w:cs="Times New Roman"/>
                <w:noProof/>
                <w:webHidden/>
              </w:rPr>
              <w:t>6</w:t>
            </w:r>
            <w:r w:rsidRPr="00750BFA">
              <w:rPr>
                <w:rFonts w:cs="Times New Roman"/>
                <w:noProof/>
                <w:webHidden/>
              </w:rPr>
              <w:fldChar w:fldCharType="end"/>
            </w:r>
          </w:hyperlink>
        </w:p>
        <w:p w14:paraId="3651C375" w14:textId="369F07B3" w:rsidR="00750BFA" w:rsidRPr="00750BFA" w:rsidRDefault="00750BFA">
          <w:pPr>
            <w:pStyle w:val="15"/>
            <w:rPr>
              <w:rFonts w:eastAsiaTheme="minorEastAsia" w:cs="Times New Roman"/>
              <w:noProof/>
              <w:lang w:val="ru-RU" w:eastAsia="ru-RU"/>
            </w:rPr>
          </w:pPr>
          <w:hyperlink w:anchor="_Toc219710703" w:history="1">
            <w:r w:rsidRPr="00750BFA">
              <w:rPr>
                <w:rStyle w:val="a9"/>
                <w:rFonts w:cs="Times New Roman"/>
                <w:noProof/>
              </w:rPr>
              <w:t>ВСТУП</w:t>
            </w:r>
            <w:r w:rsidRPr="00750BFA">
              <w:rPr>
                <w:rFonts w:cs="Times New Roman"/>
                <w:noProof/>
                <w:webHidden/>
              </w:rPr>
              <w:tab/>
            </w:r>
            <w:r w:rsidRPr="00750BFA">
              <w:rPr>
                <w:rFonts w:cs="Times New Roman"/>
                <w:noProof/>
                <w:webHidden/>
              </w:rPr>
              <w:fldChar w:fldCharType="begin"/>
            </w:r>
            <w:r w:rsidRPr="00750BFA">
              <w:rPr>
                <w:rFonts w:cs="Times New Roman"/>
                <w:noProof/>
                <w:webHidden/>
              </w:rPr>
              <w:instrText xml:space="preserve"> PAGEREF _Toc219710703 \h </w:instrText>
            </w:r>
            <w:r w:rsidRPr="00750BFA">
              <w:rPr>
                <w:rFonts w:cs="Times New Roman"/>
                <w:noProof/>
                <w:webHidden/>
              </w:rPr>
            </w:r>
            <w:r w:rsidRPr="00750BFA">
              <w:rPr>
                <w:rFonts w:cs="Times New Roman"/>
                <w:noProof/>
                <w:webHidden/>
              </w:rPr>
              <w:fldChar w:fldCharType="separate"/>
            </w:r>
            <w:r w:rsidRPr="00750BFA">
              <w:rPr>
                <w:rFonts w:cs="Times New Roman"/>
                <w:noProof/>
                <w:webHidden/>
              </w:rPr>
              <w:t>7</w:t>
            </w:r>
            <w:r w:rsidRPr="00750BFA">
              <w:rPr>
                <w:rFonts w:cs="Times New Roman"/>
                <w:noProof/>
                <w:webHidden/>
              </w:rPr>
              <w:fldChar w:fldCharType="end"/>
            </w:r>
          </w:hyperlink>
        </w:p>
        <w:p w14:paraId="79C4372B" w14:textId="6A8C7AC2" w:rsidR="00750BFA" w:rsidRPr="00750BFA" w:rsidRDefault="00750BFA">
          <w:pPr>
            <w:pStyle w:val="15"/>
            <w:rPr>
              <w:rFonts w:eastAsiaTheme="minorEastAsia" w:cs="Times New Roman"/>
              <w:noProof/>
              <w:lang w:val="ru-RU" w:eastAsia="ru-RU"/>
            </w:rPr>
          </w:pPr>
          <w:hyperlink w:anchor="_Toc219710704" w:history="1">
            <w:r w:rsidRPr="00750BFA">
              <w:rPr>
                <w:rStyle w:val="a9"/>
                <w:rFonts w:cs="Times New Roman"/>
                <w:noProof/>
              </w:rPr>
              <w:t>Р</w:t>
            </w:r>
            <w:r w:rsidRPr="00750BFA">
              <w:rPr>
                <w:rStyle w:val="a9"/>
                <w:rFonts w:cs="Times New Roman"/>
                <w:noProof/>
              </w:rPr>
              <w:t>ОЗДІЛ</w:t>
            </w:r>
            <w:r w:rsidRPr="00750BFA">
              <w:rPr>
                <w:rStyle w:val="a9"/>
                <w:rFonts w:cs="Times New Roman"/>
                <w:noProof/>
              </w:rPr>
              <w:t xml:space="preserve"> 1.  Теоретичні та методологічні засади інтеграції алгоритмів обробки подій у рушії </w:t>
            </w:r>
            <w:r w:rsidRPr="00750BFA">
              <w:rPr>
                <w:rStyle w:val="a9"/>
                <w:rFonts w:cs="Times New Roman"/>
                <w:noProof/>
                <w:lang w:val="ru-RU"/>
              </w:rPr>
              <w:t>GameMaker</w:t>
            </w:r>
            <w:r w:rsidRPr="00750BFA">
              <w:rPr>
                <w:rStyle w:val="a9"/>
                <w:rFonts w:cs="Times New Roman"/>
                <w:noProof/>
              </w:rPr>
              <w:t xml:space="preserve"> з точки зору розробки програмного забезпечення</w:t>
            </w:r>
            <w:r w:rsidRPr="00750BFA">
              <w:rPr>
                <w:rFonts w:cs="Times New Roman"/>
                <w:noProof/>
                <w:webHidden/>
              </w:rPr>
              <w:tab/>
            </w:r>
            <w:r w:rsidRPr="00750BFA">
              <w:rPr>
                <w:rFonts w:cs="Times New Roman"/>
                <w:noProof/>
                <w:webHidden/>
              </w:rPr>
              <w:fldChar w:fldCharType="begin"/>
            </w:r>
            <w:r w:rsidRPr="00750BFA">
              <w:rPr>
                <w:rFonts w:cs="Times New Roman"/>
                <w:noProof/>
                <w:webHidden/>
              </w:rPr>
              <w:instrText xml:space="preserve"> PAGEREF _Toc219710704 \h </w:instrText>
            </w:r>
            <w:r w:rsidRPr="00750BFA">
              <w:rPr>
                <w:rFonts w:cs="Times New Roman"/>
                <w:noProof/>
                <w:webHidden/>
              </w:rPr>
            </w:r>
            <w:r w:rsidRPr="00750BFA">
              <w:rPr>
                <w:rFonts w:cs="Times New Roman"/>
                <w:noProof/>
                <w:webHidden/>
              </w:rPr>
              <w:fldChar w:fldCharType="separate"/>
            </w:r>
            <w:r w:rsidRPr="00750BFA">
              <w:rPr>
                <w:rFonts w:cs="Times New Roman"/>
                <w:noProof/>
                <w:webHidden/>
              </w:rPr>
              <w:t>10</w:t>
            </w:r>
            <w:r w:rsidRPr="00750BFA">
              <w:rPr>
                <w:rFonts w:cs="Times New Roman"/>
                <w:noProof/>
                <w:webHidden/>
              </w:rPr>
              <w:fldChar w:fldCharType="end"/>
            </w:r>
          </w:hyperlink>
        </w:p>
        <w:p w14:paraId="77855A63" w14:textId="30363CDA" w:rsidR="00750BFA" w:rsidRPr="00750BFA" w:rsidRDefault="00750BFA">
          <w:pPr>
            <w:pStyle w:val="2c"/>
            <w:tabs>
              <w:tab w:val="right" w:leader="dot" w:pos="9962"/>
            </w:tabs>
            <w:rPr>
              <w:rFonts w:ascii="Times New Roman" w:eastAsiaTheme="minorEastAsia" w:hAnsi="Times New Roman" w:cs="Times New Roman"/>
              <w:noProof/>
              <w:sz w:val="28"/>
              <w:szCs w:val="28"/>
              <w:lang w:val="ru-RU" w:eastAsia="ru-RU"/>
            </w:rPr>
          </w:pPr>
          <w:hyperlink w:anchor="_Toc219710705" w:history="1">
            <w:r w:rsidRPr="00750BFA">
              <w:rPr>
                <w:rStyle w:val="a9"/>
                <w:rFonts w:ascii="Times New Roman" w:hAnsi="Times New Roman" w:cs="Times New Roman"/>
                <w:noProof/>
                <w:sz w:val="28"/>
                <w:szCs w:val="28"/>
              </w:rPr>
              <w:t>1.2 Ігровий рушій та особливості GameMaker у контексті орієнтованого на події підходу</w:t>
            </w:r>
            <w:r w:rsidRPr="00750BFA">
              <w:rPr>
                <w:rFonts w:ascii="Times New Roman" w:hAnsi="Times New Roman" w:cs="Times New Roman"/>
                <w:noProof/>
                <w:webHidden/>
                <w:sz w:val="28"/>
                <w:szCs w:val="28"/>
              </w:rPr>
              <w:tab/>
            </w:r>
            <w:r w:rsidRPr="00750BFA">
              <w:rPr>
                <w:rFonts w:ascii="Times New Roman" w:hAnsi="Times New Roman" w:cs="Times New Roman"/>
                <w:noProof/>
                <w:webHidden/>
                <w:sz w:val="28"/>
                <w:szCs w:val="28"/>
              </w:rPr>
              <w:fldChar w:fldCharType="begin"/>
            </w:r>
            <w:r w:rsidRPr="00750BFA">
              <w:rPr>
                <w:rFonts w:ascii="Times New Roman" w:hAnsi="Times New Roman" w:cs="Times New Roman"/>
                <w:noProof/>
                <w:webHidden/>
                <w:sz w:val="28"/>
                <w:szCs w:val="28"/>
              </w:rPr>
              <w:instrText xml:space="preserve"> PAGEREF _Toc219710705 \h </w:instrText>
            </w:r>
            <w:r w:rsidRPr="00750BFA">
              <w:rPr>
                <w:rFonts w:ascii="Times New Roman" w:hAnsi="Times New Roman" w:cs="Times New Roman"/>
                <w:noProof/>
                <w:webHidden/>
                <w:sz w:val="28"/>
                <w:szCs w:val="28"/>
              </w:rPr>
            </w:r>
            <w:r w:rsidRPr="00750BFA">
              <w:rPr>
                <w:rFonts w:ascii="Times New Roman" w:hAnsi="Times New Roman" w:cs="Times New Roman"/>
                <w:noProof/>
                <w:webHidden/>
                <w:sz w:val="28"/>
                <w:szCs w:val="28"/>
              </w:rPr>
              <w:fldChar w:fldCharType="separate"/>
            </w:r>
            <w:r w:rsidRPr="00750BFA">
              <w:rPr>
                <w:rFonts w:ascii="Times New Roman" w:hAnsi="Times New Roman" w:cs="Times New Roman"/>
                <w:noProof/>
                <w:webHidden/>
                <w:sz w:val="28"/>
                <w:szCs w:val="28"/>
              </w:rPr>
              <w:t>12</w:t>
            </w:r>
            <w:r w:rsidRPr="00750BFA">
              <w:rPr>
                <w:rFonts w:ascii="Times New Roman" w:hAnsi="Times New Roman" w:cs="Times New Roman"/>
                <w:noProof/>
                <w:webHidden/>
                <w:sz w:val="28"/>
                <w:szCs w:val="28"/>
              </w:rPr>
              <w:fldChar w:fldCharType="end"/>
            </w:r>
          </w:hyperlink>
        </w:p>
        <w:p w14:paraId="51E98C36" w14:textId="1891A85F" w:rsidR="00750BFA" w:rsidRPr="00750BFA" w:rsidRDefault="00750BFA">
          <w:pPr>
            <w:pStyle w:val="2c"/>
            <w:tabs>
              <w:tab w:val="right" w:leader="dot" w:pos="9962"/>
            </w:tabs>
            <w:rPr>
              <w:rFonts w:ascii="Times New Roman" w:eastAsiaTheme="minorEastAsia" w:hAnsi="Times New Roman" w:cs="Times New Roman"/>
              <w:noProof/>
              <w:sz w:val="28"/>
              <w:szCs w:val="28"/>
              <w:lang w:val="ru-RU" w:eastAsia="ru-RU"/>
            </w:rPr>
          </w:pPr>
          <w:hyperlink w:anchor="_Toc219710706" w:history="1">
            <w:r w:rsidRPr="00750BFA">
              <w:rPr>
                <w:rStyle w:val="a9"/>
                <w:rFonts w:ascii="Times New Roman" w:hAnsi="Times New Roman" w:cs="Times New Roman"/>
                <w:noProof/>
                <w:sz w:val="28"/>
                <w:szCs w:val="28"/>
              </w:rPr>
              <w:t>1.3. Алгоритми та їх важливість в ігровій системі</w:t>
            </w:r>
            <w:r w:rsidRPr="00750BFA">
              <w:rPr>
                <w:rFonts w:ascii="Times New Roman" w:hAnsi="Times New Roman" w:cs="Times New Roman"/>
                <w:noProof/>
                <w:webHidden/>
                <w:sz w:val="28"/>
                <w:szCs w:val="28"/>
              </w:rPr>
              <w:tab/>
            </w:r>
            <w:r w:rsidRPr="00750BFA">
              <w:rPr>
                <w:rFonts w:ascii="Times New Roman" w:hAnsi="Times New Roman" w:cs="Times New Roman"/>
                <w:noProof/>
                <w:webHidden/>
                <w:sz w:val="28"/>
                <w:szCs w:val="28"/>
              </w:rPr>
              <w:fldChar w:fldCharType="begin"/>
            </w:r>
            <w:r w:rsidRPr="00750BFA">
              <w:rPr>
                <w:rFonts w:ascii="Times New Roman" w:hAnsi="Times New Roman" w:cs="Times New Roman"/>
                <w:noProof/>
                <w:webHidden/>
                <w:sz w:val="28"/>
                <w:szCs w:val="28"/>
              </w:rPr>
              <w:instrText xml:space="preserve"> PAGEREF _Toc219710706 \h </w:instrText>
            </w:r>
            <w:r w:rsidRPr="00750BFA">
              <w:rPr>
                <w:rFonts w:ascii="Times New Roman" w:hAnsi="Times New Roman" w:cs="Times New Roman"/>
                <w:noProof/>
                <w:webHidden/>
                <w:sz w:val="28"/>
                <w:szCs w:val="28"/>
              </w:rPr>
            </w:r>
            <w:r w:rsidRPr="00750BFA">
              <w:rPr>
                <w:rFonts w:ascii="Times New Roman" w:hAnsi="Times New Roman" w:cs="Times New Roman"/>
                <w:noProof/>
                <w:webHidden/>
                <w:sz w:val="28"/>
                <w:szCs w:val="28"/>
              </w:rPr>
              <w:fldChar w:fldCharType="separate"/>
            </w:r>
            <w:r w:rsidRPr="00750BFA">
              <w:rPr>
                <w:rFonts w:ascii="Times New Roman" w:hAnsi="Times New Roman" w:cs="Times New Roman"/>
                <w:noProof/>
                <w:webHidden/>
                <w:sz w:val="28"/>
                <w:szCs w:val="28"/>
              </w:rPr>
              <w:t>14</w:t>
            </w:r>
            <w:r w:rsidRPr="00750BFA">
              <w:rPr>
                <w:rFonts w:ascii="Times New Roman" w:hAnsi="Times New Roman" w:cs="Times New Roman"/>
                <w:noProof/>
                <w:webHidden/>
                <w:sz w:val="28"/>
                <w:szCs w:val="28"/>
              </w:rPr>
              <w:fldChar w:fldCharType="end"/>
            </w:r>
          </w:hyperlink>
        </w:p>
        <w:p w14:paraId="07B4E463" w14:textId="1D656E5A" w:rsidR="00750BFA" w:rsidRPr="00750BFA" w:rsidRDefault="00750BFA">
          <w:pPr>
            <w:pStyle w:val="2c"/>
            <w:tabs>
              <w:tab w:val="right" w:leader="dot" w:pos="9962"/>
            </w:tabs>
            <w:rPr>
              <w:rFonts w:ascii="Times New Roman" w:eastAsiaTheme="minorEastAsia" w:hAnsi="Times New Roman" w:cs="Times New Roman"/>
              <w:noProof/>
              <w:sz w:val="28"/>
              <w:szCs w:val="28"/>
              <w:lang w:val="ru-RU" w:eastAsia="ru-RU"/>
            </w:rPr>
          </w:pPr>
          <w:hyperlink w:anchor="_Toc219710707" w:history="1">
            <w:r w:rsidRPr="00750BFA">
              <w:rPr>
                <w:rStyle w:val="a9"/>
                <w:rFonts w:ascii="Times New Roman" w:hAnsi="Times New Roman" w:cs="Times New Roman"/>
                <w:noProof/>
                <w:sz w:val="28"/>
                <w:szCs w:val="28"/>
              </w:rPr>
              <w:t>1.4. Програмна інженерія та інтеграція алгоритмів обробки подій</w:t>
            </w:r>
            <w:r w:rsidRPr="00750BFA">
              <w:rPr>
                <w:rFonts w:ascii="Times New Roman" w:hAnsi="Times New Roman" w:cs="Times New Roman"/>
                <w:noProof/>
                <w:webHidden/>
                <w:sz w:val="28"/>
                <w:szCs w:val="28"/>
              </w:rPr>
              <w:tab/>
            </w:r>
            <w:r w:rsidRPr="00750BFA">
              <w:rPr>
                <w:rFonts w:ascii="Times New Roman" w:hAnsi="Times New Roman" w:cs="Times New Roman"/>
                <w:noProof/>
                <w:webHidden/>
                <w:sz w:val="28"/>
                <w:szCs w:val="28"/>
              </w:rPr>
              <w:fldChar w:fldCharType="begin"/>
            </w:r>
            <w:r w:rsidRPr="00750BFA">
              <w:rPr>
                <w:rFonts w:ascii="Times New Roman" w:hAnsi="Times New Roman" w:cs="Times New Roman"/>
                <w:noProof/>
                <w:webHidden/>
                <w:sz w:val="28"/>
                <w:szCs w:val="28"/>
              </w:rPr>
              <w:instrText xml:space="preserve"> PAGEREF _Toc219710707 \h </w:instrText>
            </w:r>
            <w:r w:rsidRPr="00750BFA">
              <w:rPr>
                <w:rFonts w:ascii="Times New Roman" w:hAnsi="Times New Roman" w:cs="Times New Roman"/>
                <w:noProof/>
                <w:webHidden/>
                <w:sz w:val="28"/>
                <w:szCs w:val="28"/>
              </w:rPr>
            </w:r>
            <w:r w:rsidRPr="00750BFA">
              <w:rPr>
                <w:rFonts w:ascii="Times New Roman" w:hAnsi="Times New Roman" w:cs="Times New Roman"/>
                <w:noProof/>
                <w:webHidden/>
                <w:sz w:val="28"/>
                <w:szCs w:val="28"/>
              </w:rPr>
              <w:fldChar w:fldCharType="separate"/>
            </w:r>
            <w:r w:rsidRPr="00750BFA">
              <w:rPr>
                <w:rFonts w:ascii="Times New Roman" w:hAnsi="Times New Roman" w:cs="Times New Roman"/>
                <w:noProof/>
                <w:webHidden/>
                <w:sz w:val="28"/>
                <w:szCs w:val="28"/>
              </w:rPr>
              <w:t>15</w:t>
            </w:r>
            <w:r w:rsidRPr="00750BFA">
              <w:rPr>
                <w:rFonts w:ascii="Times New Roman" w:hAnsi="Times New Roman" w:cs="Times New Roman"/>
                <w:noProof/>
                <w:webHidden/>
                <w:sz w:val="28"/>
                <w:szCs w:val="28"/>
              </w:rPr>
              <w:fldChar w:fldCharType="end"/>
            </w:r>
          </w:hyperlink>
        </w:p>
        <w:p w14:paraId="41AA6B9A" w14:textId="265D9B0A" w:rsidR="00750BFA" w:rsidRPr="00750BFA" w:rsidRDefault="00750BFA">
          <w:pPr>
            <w:pStyle w:val="15"/>
            <w:rPr>
              <w:rFonts w:eastAsiaTheme="minorEastAsia" w:cs="Times New Roman"/>
              <w:noProof/>
              <w:lang w:val="ru-RU" w:eastAsia="ru-RU"/>
            </w:rPr>
          </w:pPr>
          <w:hyperlink w:anchor="_Toc219710708" w:history="1">
            <w:r w:rsidRPr="00750BFA">
              <w:rPr>
                <w:rStyle w:val="a9"/>
                <w:rFonts w:cs="Times New Roman"/>
                <w:noProof/>
                <w:lang w:val="ru-RU"/>
              </w:rPr>
              <w:t>РОЗДІЛ 2 ТЕОРЕТИЧНІ ОСНОВИ ТА МЕТОДИ ОБРОБКИ ПОДІЙ</w:t>
            </w:r>
            <w:r w:rsidRPr="00750BFA">
              <w:rPr>
                <w:rFonts w:cs="Times New Roman"/>
                <w:noProof/>
                <w:webHidden/>
              </w:rPr>
              <w:tab/>
            </w:r>
            <w:r w:rsidRPr="00750BFA">
              <w:rPr>
                <w:rFonts w:cs="Times New Roman"/>
                <w:noProof/>
                <w:webHidden/>
              </w:rPr>
              <w:fldChar w:fldCharType="begin"/>
            </w:r>
            <w:r w:rsidRPr="00750BFA">
              <w:rPr>
                <w:rFonts w:cs="Times New Roman"/>
                <w:noProof/>
                <w:webHidden/>
              </w:rPr>
              <w:instrText xml:space="preserve"> PAGEREF _Toc219710708 \h </w:instrText>
            </w:r>
            <w:r w:rsidRPr="00750BFA">
              <w:rPr>
                <w:rFonts w:cs="Times New Roman"/>
                <w:noProof/>
                <w:webHidden/>
              </w:rPr>
            </w:r>
            <w:r w:rsidRPr="00750BFA">
              <w:rPr>
                <w:rFonts w:cs="Times New Roman"/>
                <w:noProof/>
                <w:webHidden/>
              </w:rPr>
              <w:fldChar w:fldCharType="separate"/>
            </w:r>
            <w:r w:rsidRPr="00750BFA">
              <w:rPr>
                <w:rFonts w:cs="Times New Roman"/>
                <w:noProof/>
                <w:webHidden/>
              </w:rPr>
              <w:t>17</w:t>
            </w:r>
            <w:r w:rsidRPr="00750BFA">
              <w:rPr>
                <w:rFonts w:cs="Times New Roman"/>
                <w:noProof/>
                <w:webHidden/>
              </w:rPr>
              <w:fldChar w:fldCharType="end"/>
            </w:r>
          </w:hyperlink>
        </w:p>
        <w:p w14:paraId="41EED148" w14:textId="352668C2" w:rsidR="00750BFA" w:rsidRPr="00750BFA" w:rsidRDefault="00750BFA">
          <w:pPr>
            <w:pStyle w:val="2c"/>
            <w:tabs>
              <w:tab w:val="right" w:leader="dot" w:pos="9962"/>
            </w:tabs>
            <w:rPr>
              <w:rFonts w:ascii="Times New Roman" w:eastAsiaTheme="minorEastAsia" w:hAnsi="Times New Roman" w:cs="Times New Roman"/>
              <w:noProof/>
              <w:sz w:val="28"/>
              <w:szCs w:val="28"/>
              <w:lang w:val="ru-RU" w:eastAsia="ru-RU"/>
            </w:rPr>
          </w:pPr>
          <w:hyperlink w:anchor="_Toc219710709" w:history="1">
            <w:r w:rsidRPr="00750BFA">
              <w:rPr>
                <w:rStyle w:val="a9"/>
                <w:rFonts w:ascii="Times New Roman" w:hAnsi="Times New Roman" w:cs="Times New Roman"/>
                <w:noProof/>
                <w:sz w:val="28"/>
                <w:szCs w:val="28"/>
              </w:rPr>
              <w:t>2.1. Що таке алгоритм в ігровій індустрії?</w:t>
            </w:r>
            <w:r w:rsidRPr="00750BFA">
              <w:rPr>
                <w:rFonts w:ascii="Times New Roman" w:hAnsi="Times New Roman" w:cs="Times New Roman"/>
                <w:noProof/>
                <w:webHidden/>
                <w:sz w:val="28"/>
                <w:szCs w:val="28"/>
              </w:rPr>
              <w:tab/>
            </w:r>
            <w:r w:rsidRPr="00750BFA">
              <w:rPr>
                <w:rFonts w:ascii="Times New Roman" w:hAnsi="Times New Roman" w:cs="Times New Roman"/>
                <w:noProof/>
                <w:webHidden/>
                <w:sz w:val="28"/>
                <w:szCs w:val="28"/>
              </w:rPr>
              <w:fldChar w:fldCharType="begin"/>
            </w:r>
            <w:r w:rsidRPr="00750BFA">
              <w:rPr>
                <w:rFonts w:ascii="Times New Roman" w:hAnsi="Times New Roman" w:cs="Times New Roman"/>
                <w:noProof/>
                <w:webHidden/>
                <w:sz w:val="28"/>
                <w:szCs w:val="28"/>
              </w:rPr>
              <w:instrText xml:space="preserve"> PAGEREF _Toc219710709 \h </w:instrText>
            </w:r>
            <w:r w:rsidRPr="00750BFA">
              <w:rPr>
                <w:rFonts w:ascii="Times New Roman" w:hAnsi="Times New Roman" w:cs="Times New Roman"/>
                <w:noProof/>
                <w:webHidden/>
                <w:sz w:val="28"/>
                <w:szCs w:val="28"/>
              </w:rPr>
            </w:r>
            <w:r w:rsidRPr="00750BFA">
              <w:rPr>
                <w:rFonts w:ascii="Times New Roman" w:hAnsi="Times New Roman" w:cs="Times New Roman"/>
                <w:noProof/>
                <w:webHidden/>
                <w:sz w:val="28"/>
                <w:szCs w:val="28"/>
              </w:rPr>
              <w:fldChar w:fldCharType="separate"/>
            </w:r>
            <w:r w:rsidRPr="00750BFA">
              <w:rPr>
                <w:rFonts w:ascii="Times New Roman" w:hAnsi="Times New Roman" w:cs="Times New Roman"/>
                <w:noProof/>
                <w:webHidden/>
                <w:sz w:val="28"/>
                <w:szCs w:val="28"/>
              </w:rPr>
              <w:t>17</w:t>
            </w:r>
            <w:r w:rsidRPr="00750BFA">
              <w:rPr>
                <w:rFonts w:ascii="Times New Roman" w:hAnsi="Times New Roman" w:cs="Times New Roman"/>
                <w:noProof/>
                <w:webHidden/>
                <w:sz w:val="28"/>
                <w:szCs w:val="28"/>
              </w:rPr>
              <w:fldChar w:fldCharType="end"/>
            </w:r>
          </w:hyperlink>
        </w:p>
        <w:p w14:paraId="01DF84F0" w14:textId="2FC09040" w:rsidR="00750BFA" w:rsidRPr="00750BFA" w:rsidRDefault="00750BFA">
          <w:pPr>
            <w:pStyle w:val="2c"/>
            <w:tabs>
              <w:tab w:val="right" w:leader="dot" w:pos="9962"/>
            </w:tabs>
            <w:rPr>
              <w:rFonts w:ascii="Times New Roman" w:eastAsiaTheme="minorEastAsia" w:hAnsi="Times New Roman" w:cs="Times New Roman"/>
              <w:noProof/>
              <w:sz w:val="28"/>
              <w:szCs w:val="28"/>
              <w:lang w:val="ru-RU" w:eastAsia="ru-RU"/>
            </w:rPr>
          </w:pPr>
          <w:hyperlink w:anchor="_Toc219710710" w:history="1">
            <w:r w:rsidRPr="00750BFA">
              <w:rPr>
                <w:rStyle w:val="a9"/>
                <w:rFonts w:ascii="Times New Roman" w:hAnsi="Times New Roman" w:cs="Times New Roman"/>
                <w:noProof/>
                <w:sz w:val="28"/>
                <w:szCs w:val="28"/>
              </w:rPr>
              <w:t>2.2. Подієво-орієнтоване програмування в GameMaker</w:t>
            </w:r>
            <w:r w:rsidRPr="00750BFA">
              <w:rPr>
                <w:rFonts w:ascii="Times New Roman" w:hAnsi="Times New Roman" w:cs="Times New Roman"/>
                <w:noProof/>
                <w:webHidden/>
                <w:sz w:val="28"/>
                <w:szCs w:val="28"/>
              </w:rPr>
              <w:tab/>
            </w:r>
            <w:r w:rsidRPr="00750BFA">
              <w:rPr>
                <w:rFonts w:ascii="Times New Roman" w:hAnsi="Times New Roman" w:cs="Times New Roman"/>
                <w:noProof/>
                <w:webHidden/>
                <w:sz w:val="28"/>
                <w:szCs w:val="28"/>
              </w:rPr>
              <w:fldChar w:fldCharType="begin"/>
            </w:r>
            <w:r w:rsidRPr="00750BFA">
              <w:rPr>
                <w:rFonts w:ascii="Times New Roman" w:hAnsi="Times New Roman" w:cs="Times New Roman"/>
                <w:noProof/>
                <w:webHidden/>
                <w:sz w:val="28"/>
                <w:szCs w:val="28"/>
              </w:rPr>
              <w:instrText xml:space="preserve"> PAGEREF _Toc219710710 \h </w:instrText>
            </w:r>
            <w:r w:rsidRPr="00750BFA">
              <w:rPr>
                <w:rFonts w:ascii="Times New Roman" w:hAnsi="Times New Roman" w:cs="Times New Roman"/>
                <w:noProof/>
                <w:webHidden/>
                <w:sz w:val="28"/>
                <w:szCs w:val="28"/>
              </w:rPr>
            </w:r>
            <w:r w:rsidRPr="00750BFA">
              <w:rPr>
                <w:rFonts w:ascii="Times New Roman" w:hAnsi="Times New Roman" w:cs="Times New Roman"/>
                <w:noProof/>
                <w:webHidden/>
                <w:sz w:val="28"/>
                <w:szCs w:val="28"/>
              </w:rPr>
              <w:fldChar w:fldCharType="separate"/>
            </w:r>
            <w:r w:rsidRPr="00750BFA">
              <w:rPr>
                <w:rFonts w:ascii="Times New Roman" w:hAnsi="Times New Roman" w:cs="Times New Roman"/>
                <w:noProof/>
                <w:webHidden/>
                <w:sz w:val="28"/>
                <w:szCs w:val="28"/>
              </w:rPr>
              <w:t>19</w:t>
            </w:r>
            <w:r w:rsidRPr="00750BFA">
              <w:rPr>
                <w:rFonts w:ascii="Times New Roman" w:hAnsi="Times New Roman" w:cs="Times New Roman"/>
                <w:noProof/>
                <w:webHidden/>
                <w:sz w:val="28"/>
                <w:szCs w:val="28"/>
              </w:rPr>
              <w:fldChar w:fldCharType="end"/>
            </w:r>
          </w:hyperlink>
        </w:p>
        <w:p w14:paraId="76FB8D21" w14:textId="0FCB5435" w:rsidR="00750BFA" w:rsidRPr="00750BFA" w:rsidRDefault="00750BFA">
          <w:pPr>
            <w:pStyle w:val="2c"/>
            <w:tabs>
              <w:tab w:val="right" w:leader="dot" w:pos="9962"/>
            </w:tabs>
            <w:rPr>
              <w:rFonts w:ascii="Times New Roman" w:eastAsiaTheme="minorEastAsia" w:hAnsi="Times New Roman" w:cs="Times New Roman"/>
              <w:noProof/>
              <w:sz w:val="28"/>
              <w:szCs w:val="28"/>
              <w:lang w:val="ru-RU" w:eastAsia="ru-RU"/>
            </w:rPr>
          </w:pPr>
          <w:hyperlink w:anchor="_Toc219710711" w:history="1">
            <w:r w:rsidRPr="00750BFA">
              <w:rPr>
                <w:rStyle w:val="a9"/>
                <w:rFonts w:ascii="Times New Roman" w:hAnsi="Times New Roman" w:cs="Times New Roman"/>
                <w:noProof/>
                <w:sz w:val="28"/>
                <w:szCs w:val="28"/>
              </w:rPr>
              <w:t>2.3. Про алгоритми штучного інтелекту (ШІ) в іграх</w:t>
            </w:r>
            <w:r w:rsidRPr="00750BFA">
              <w:rPr>
                <w:rFonts w:ascii="Times New Roman" w:hAnsi="Times New Roman" w:cs="Times New Roman"/>
                <w:noProof/>
                <w:webHidden/>
                <w:sz w:val="28"/>
                <w:szCs w:val="28"/>
              </w:rPr>
              <w:tab/>
            </w:r>
            <w:r w:rsidRPr="00750BFA">
              <w:rPr>
                <w:rFonts w:ascii="Times New Roman" w:hAnsi="Times New Roman" w:cs="Times New Roman"/>
                <w:noProof/>
                <w:webHidden/>
                <w:sz w:val="28"/>
                <w:szCs w:val="28"/>
              </w:rPr>
              <w:fldChar w:fldCharType="begin"/>
            </w:r>
            <w:r w:rsidRPr="00750BFA">
              <w:rPr>
                <w:rFonts w:ascii="Times New Roman" w:hAnsi="Times New Roman" w:cs="Times New Roman"/>
                <w:noProof/>
                <w:webHidden/>
                <w:sz w:val="28"/>
                <w:szCs w:val="28"/>
              </w:rPr>
              <w:instrText xml:space="preserve"> PAGEREF _Toc219710711 \h </w:instrText>
            </w:r>
            <w:r w:rsidRPr="00750BFA">
              <w:rPr>
                <w:rFonts w:ascii="Times New Roman" w:hAnsi="Times New Roman" w:cs="Times New Roman"/>
                <w:noProof/>
                <w:webHidden/>
                <w:sz w:val="28"/>
                <w:szCs w:val="28"/>
              </w:rPr>
            </w:r>
            <w:r w:rsidRPr="00750BFA">
              <w:rPr>
                <w:rFonts w:ascii="Times New Roman" w:hAnsi="Times New Roman" w:cs="Times New Roman"/>
                <w:noProof/>
                <w:webHidden/>
                <w:sz w:val="28"/>
                <w:szCs w:val="28"/>
              </w:rPr>
              <w:fldChar w:fldCharType="separate"/>
            </w:r>
            <w:r w:rsidRPr="00750BFA">
              <w:rPr>
                <w:rFonts w:ascii="Times New Roman" w:hAnsi="Times New Roman" w:cs="Times New Roman"/>
                <w:noProof/>
                <w:webHidden/>
                <w:sz w:val="28"/>
                <w:szCs w:val="28"/>
              </w:rPr>
              <w:t>20</w:t>
            </w:r>
            <w:r w:rsidRPr="00750BFA">
              <w:rPr>
                <w:rFonts w:ascii="Times New Roman" w:hAnsi="Times New Roman" w:cs="Times New Roman"/>
                <w:noProof/>
                <w:webHidden/>
                <w:sz w:val="28"/>
                <w:szCs w:val="28"/>
              </w:rPr>
              <w:fldChar w:fldCharType="end"/>
            </w:r>
          </w:hyperlink>
        </w:p>
        <w:p w14:paraId="2B620FB2" w14:textId="5D4C1567" w:rsidR="00750BFA" w:rsidRPr="00750BFA" w:rsidRDefault="00750BFA">
          <w:pPr>
            <w:pStyle w:val="2c"/>
            <w:tabs>
              <w:tab w:val="right" w:leader="dot" w:pos="9962"/>
            </w:tabs>
            <w:rPr>
              <w:rFonts w:ascii="Times New Roman" w:eastAsiaTheme="minorEastAsia" w:hAnsi="Times New Roman" w:cs="Times New Roman"/>
              <w:noProof/>
              <w:sz w:val="28"/>
              <w:szCs w:val="28"/>
              <w:lang w:val="ru-RU" w:eastAsia="ru-RU"/>
            </w:rPr>
          </w:pPr>
          <w:hyperlink w:anchor="_Toc219710712" w:history="1">
            <w:r w:rsidRPr="00750BFA">
              <w:rPr>
                <w:rStyle w:val="a9"/>
                <w:rFonts w:ascii="Times New Roman" w:hAnsi="Times New Roman" w:cs="Times New Roman"/>
                <w:noProof/>
                <w:sz w:val="28"/>
                <w:szCs w:val="28"/>
              </w:rPr>
              <w:t>2.4. Як оптимізувати код в іграх</w:t>
            </w:r>
            <w:r w:rsidRPr="00750BFA">
              <w:rPr>
                <w:rFonts w:ascii="Times New Roman" w:hAnsi="Times New Roman" w:cs="Times New Roman"/>
                <w:noProof/>
                <w:webHidden/>
                <w:sz w:val="28"/>
                <w:szCs w:val="28"/>
              </w:rPr>
              <w:tab/>
            </w:r>
            <w:r w:rsidRPr="00750BFA">
              <w:rPr>
                <w:rFonts w:ascii="Times New Roman" w:hAnsi="Times New Roman" w:cs="Times New Roman"/>
                <w:noProof/>
                <w:webHidden/>
                <w:sz w:val="28"/>
                <w:szCs w:val="28"/>
              </w:rPr>
              <w:fldChar w:fldCharType="begin"/>
            </w:r>
            <w:r w:rsidRPr="00750BFA">
              <w:rPr>
                <w:rFonts w:ascii="Times New Roman" w:hAnsi="Times New Roman" w:cs="Times New Roman"/>
                <w:noProof/>
                <w:webHidden/>
                <w:sz w:val="28"/>
                <w:szCs w:val="28"/>
              </w:rPr>
              <w:instrText xml:space="preserve"> PAGEREF _Toc219710712 \h </w:instrText>
            </w:r>
            <w:r w:rsidRPr="00750BFA">
              <w:rPr>
                <w:rFonts w:ascii="Times New Roman" w:hAnsi="Times New Roman" w:cs="Times New Roman"/>
                <w:noProof/>
                <w:webHidden/>
                <w:sz w:val="28"/>
                <w:szCs w:val="28"/>
              </w:rPr>
            </w:r>
            <w:r w:rsidRPr="00750BFA">
              <w:rPr>
                <w:rFonts w:ascii="Times New Roman" w:hAnsi="Times New Roman" w:cs="Times New Roman"/>
                <w:noProof/>
                <w:webHidden/>
                <w:sz w:val="28"/>
                <w:szCs w:val="28"/>
              </w:rPr>
              <w:fldChar w:fldCharType="separate"/>
            </w:r>
            <w:r w:rsidRPr="00750BFA">
              <w:rPr>
                <w:rFonts w:ascii="Times New Roman" w:hAnsi="Times New Roman" w:cs="Times New Roman"/>
                <w:noProof/>
                <w:webHidden/>
                <w:sz w:val="28"/>
                <w:szCs w:val="28"/>
              </w:rPr>
              <w:t>22</w:t>
            </w:r>
            <w:r w:rsidRPr="00750BFA">
              <w:rPr>
                <w:rFonts w:ascii="Times New Roman" w:hAnsi="Times New Roman" w:cs="Times New Roman"/>
                <w:noProof/>
                <w:webHidden/>
                <w:sz w:val="28"/>
                <w:szCs w:val="28"/>
              </w:rPr>
              <w:fldChar w:fldCharType="end"/>
            </w:r>
          </w:hyperlink>
        </w:p>
        <w:p w14:paraId="6C00EF03" w14:textId="7F3DAF25" w:rsidR="00750BFA" w:rsidRPr="00750BFA" w:rsidRDefault="00750BFA">
          <w:pPr>
            <w:pStyle w:val="2c"/>
            <w:tabs>
              <w:tab w:val="right" w:leader="dot" w:pos="9962"/>
            </w:tabs>
            <w:rPr>
              <w:rFonts w:ascii="Times New Roman" w:eastAsiaTheme="minorEastAsia" w:hAnsi="Times New Roman" w:cs="Times New Roman"/>
              <w:noProof/>
              <w:sz w:val="28"/>
              <w:szCs w:val="28"/>
              <w:lang w:val="ru-RU" w:eastAsia="ru-RU"/>
            </w:rPr>
          </w:pPr>
          <w:hyperlink w:anchor="_Toc219710713" w:history="1">
            <w:r w:rsidRPr="00750BFA">
              <w:rPr>
                <w:rStyle w:val="a9"/>
                <w:rFonts w:ascii="Times New Roman" w:hAnsi="Times New Roman" w:cs="Times New Roman"/>
                <w:noProof/>
                <w:sz w:val="28"/>
                <w:szCs w:val="28"/>
              </w:rPr>
              <w:t>2.5. Як інтегрувати фізичні алгоритми в ігри</w:t>
            </w:r>
            <w:r w:rsidRPr="00750BFA">
              <w:rPr>
                <w:rFonts w:ascii="Times New Roman" w:hAnsi="Times New Roman" w:cs="Times New Roman"/>
                <w:noProof/>
                <w:webHidden/>
                <w:sz w:val="28"/>
                <w:szCs w:val="28"/>
              </w:rPr>
              <w:tab/>
            </w:r>
            <w:r w:rsidRPr="00750BFA">
              <w:rPr>
                <w:rFonts w:ascii="Times New Roman" w:hAnsi="Times New Roman" w:cs="Times New Roman"/>
                <w:noProof/>
                <w:webHidden/>
                <w:sz w:val="28"/>
                <w:szCs w:val="28"/>
              </w:rPr>
              <w:fldChar w:fldCharType="begin"/>
            </w:r>
            <w:r w:rsidRPr="00750BFA">
              <w:rPr>
                <w:rFonts w:ascii="Times New Roman" w:hAnsi="Times New Roman" w:cs="Times New Roman"/>
                <w:noProof/>
                <w:webHidden/>
                <w:sz w:val="28"/>
                <w:szCs w:val="28"/>
              </w:rPr>
              <w:instrText xml:space="preserve"> PAGEREF _Toc219710713 \h </w:instrText>
            </w:r>
            <w:r w:rsidRPr="00750BFA">
              <w:rPr>
                <w:rFonts w:ascii="Times New Roman" w:hAnsi="Times New Roman" w:cs="Times New Roman"/>
                <w:noProof/>
                <w:webHidden/>
                <w:sz w:val="28"/>
                <w:szCs w:val="28"/>
              </w:rPr>
            </w:r>
            <w:r w:rsidRPr="00750BFA">
              <w:rPr>
                <w:rFonts w:ascii="Times New Roman" w:hAnsi="Times New Roman" w:cs="Times New Roman"/>
                <w:noProof/>
                <w:webHidden/>
                <w:sz w:val="28"/>
                <w:szCs w:val="28"/>
              </w:rPr>
              <w:fldChar w:fldCharType="separate"/>
            </w:r>
            <w:r w:rsidRPr="00750BFA">
              <w:rPr>
                <w:rFonts w:ascii="Times New Roman" w:hAnsi="Times New Roman" w:cs="Times New Roman"/>
                <w:noProof/>
                <w:webHidden/>
                <w:sz w:val="28"/>
                <w:szCs w:val="28"/>
              </w:rPr>
              <w:t>24</w:t>
            </w:r>
            <w:r w:rsidRPr="00750BFA">
              <w:rPr>
                <w:rFonts w:ascii="Times New Roman" w:hAnsi="Times New Roman" w:cs="Times New Roman"/>
                <w:noProof/>
                <w:webHidden/>
                <w:sz w:val="28"/>
                <w:szCs w:val="28"/>
              </w:rPr>
              <w:fldChar w:fldCharType="end"/>
            </w:r>
          </w:hyperlink>
        </w:p>
        <w:p w14:paraId="7ADE2DA3" w14:textId="1857687A" w:rsidR="00750BFA" w:rsidRPr="00750BFA" w:rsidRDefault="00750BFA">
          <w:pPr>
            <w:pStyle w:val="15"/>
            <w:rPr>
              <w:rFonts w:eastAsiaTheme="minorEastAsia" w:cs="Times New Roman"/>
              <w:noProof/>
              <w:lang w:val="ru-RU" w:eastAsia="ru-RU"/>
            </w:rPr>
          </w:pPr>
          <w:hyperlink w:anchor="_Toc219710714" w:history="1">
            <w:r w:rsidRPr="00750BFA">
              <w:rPr>
                <w:rStyle w:val="a9"/>
                <w:rFonts w:cs="Times New Roman"/>
                <w:noProof/>
              </w:rPr>
              <w:t>Р</w:t>
            </w:r>
            <w:r w:rsidRPr="00750BFA">
              <w:rPr>
                <w:rStyle w:val="a9"/>
                <w:rFonts w:cs="Times New Roman"/>
                <w:noProof/>
              </w:rPr>
              <w:t>ОЗДІЛ</w:t>
            </w:r>
            <w:r w:rsidRPr="00750BFA">
              <w:rPr>
                <w:rStyle w:val="a9"/>
                <w:rFonts w:cs="Times New Roman"/>
                <w:noProof/>
              </w:rPr>
              <w:t xml:space="preserve"> </w:t>
            </w:r>
            <w:r w:rsidRPr="00750BFA">
              <w:rPr>
                <w:rStyle w:val="a9"/>
                <w:rFonts w:cs="Times New Roman"/>
                <w:noProof/>
                <w:lang w:val="ru-RU"/>
              </w:rPr>
              <w:t xml:space="preserve">3  </w:t>
            </w:r>
            <w:r w:rsidRPr="00750BFA">
              <w:rPr>
                <w:rStyle w:val="a9"/>
                <w:rFonts w:cs="Times New Roman"/>
                <w:noProof/>
              </w:rPr>
              <w:t>розробка гри на базі алгоритмів</w:t>
            </w:r>
            <w:r w:rsidRPr="00750BFA">
              <w:rPr>
                <w:rStyle w:val="a9"/>
                <w:rFonts w:cs="Times New Roman"/>
                <w:noProof/>
                <w:lang w:val="ru-RU"/>
              </w:rPr>
              <w:t xml:space="preserve"> </w:t>
            </w:r>
            <w:r w:rsidRPr="00750BFA">
              <w:rPr>
                <w:rStyle w:val="a9"/>
                <w:rFonts w:cs="Times New Roman"/>
                <w:noProof/>
              </w:rPr>
              <w:t>GameMaker</w:t>
            </w:r>
            <w:r w:rsidRPr="00750BFA">
              <w:rPr>
                <w:rFonts w:cs="Times New Roman"/>
                <w:noProof/>
                <w:webHidden/>
              </w:rPr>
              <w:tab/>
            </w:r>
            <w:r w:rsidRPr="00750BFA">
              <w:rPr>
                <w:rFonts w:cs="Times New Roman"/>
                <w:noProof/>
                <w:webHidden/>
              </w:rPr>
              <w:fldChar w:fldCharType="begin"/>
            </w:r>
            <w:r w:rsidRPr="00750BFA">
              <w:rPr>
                <w:rFonts w:cs="Times New Roman"/>
                <w:noProof/>
                <w:webHidden/>
              </w:rPr>
              <w:instrText xml:space="preserve"> PAGEREF _Toc219710714 \h </w:instrText>
            </w:r>
            <w:r w:rsidRPr="00750BFA">
              <w:rPr>
                <w:rFonts w:cs="Times New Roman"/>
                <w:noProof/>
                <w:webHidden/>
              </w:rPr>
            </w:r>
            <w:r w:rsidRPr="00750BFA">
              <w:rPr>
                <w:rFonts w:cs="Times New Roman"/>
                <w:noProof/>
                <w:webHidden/>
              </w:rPr>
              <w:fldChar w:fldCharType="separate"/>
            </w:r>
            <w:r w:rsidRPr="00750BFA">
              <w:rPr>
                <w:rFonts w:cs="Times New Roman"/>
                <w:noProof/>
                <w:webHidden/>
              </w:rPr>
              <w:t>28</w:t>
            </w:r>
            <w:r w:rsidRPr="00750BFA">
              <w:rPr>
                <w:rFonts w:cs="Times New Roman"/>
                <w:noProof/>
                <w:webHidden/>
              </w:rPr>
              <w:fldChar w:fldCharType="end"/>
            </w:r>
          </w:hyperlink>
        </w:p>
        <w:p w14:paraId="3889C79E" w14:textId="218827AE" w:rsidR="00750BFA" w:rsidRPr="00750BFA" w:rsidRDefault="00750BFA">
          <w:pPr>
            <w:pStyle w:val="2c"/>
            <w:tabs>
              <w:tab w:val="right" w:leader="dot" w:pos="9962"/>
            </w:tabs>
            <w:rPr>
              <w:rFonts w:ascii="Times New Roman" w:eastAsiaTheme="minorEastAsia" w:hAnsi="Times New Roman" w:cs="Times New Roman"/>
              <w:noProof/>
              <w:sz w:val="28"/>
              <w:szCs w:val="28"/>
              <w:lang w:val="ru-RU" w:eastAsia="ru-RU"/>
            </w:rPr>
          </w:pPr>
          <w:hyperlink w:anchor="_Toc219710715" w:history="1">
            <w:r w:rsidRPr="00750BFA">
              <w:rPr>
                <w:rStyle w:val="a9"/>
                <w:rFonts w:ascii="Times New Roman" w:hAnsi="Times New Roman" w:cs="Times New Roman"/>
                <w:noProof/>
                <w:sz w:val="28"/>
                <w:szCs w:val="28"/>
                <w:lang w:val="uk-UA"/>
              </w:rPr>
              <w:t xml:space="preserve">3.1 </w:t>
            </w:r>
            <w:r w:rsidRPr="00750BFA">
              <w:rPr>
                <w:rStyle w:val="a9"/>
                <w:rFonts w:ascii="Times New Roman" w:hAnsi="Times New Roman" w:cs="Times New Roman"/>
                <w:noProof/>
                <w:sz w:val="28"/>
                <w:szCs w:val="28"/>
              </w:rPr>
              <w:t>Постановка задачі та вимоги до гри</w:t>
            </w:r>
            <w:r w:rsidRPr="00750BFA">
              <w:rPr>
                <w:rFonts w:ascii="Times New Roman" w:hAnsi="Times New Roman" w:cs="Times New Roman"/>
                <w:noProof/>
                <w:webHidden/>
                <w:sz w:val="28"/>
                <w:szCs w:val="28"/>
              </w:rPr>
              <w:tab/>
            </w:r>
            <w:r w:rsidRPr="00750BFA">
              <w:rPr>
                <w:rFonts w:ascii="Times New Roman" w:hAnsi="Times New Roman" w:cs="Times New Roman"/>
                <w:noProof/>
                <w:webHidden/>
                <w:sz w:val="28"/>
                <w:szCs w:val="28"/>
              </w:rPr>
              <w:fldChar w:fldCharType="begin"/>
            </w:r>
            <w:r w:rsidRPr="00750BFA">
              <w:rPr>
                <w:rFonts w:ascii="Times New Roman" w:hAnsi="Times New Roman" w:cs="Times New Roman"/>
                <w:noProof/>
                <w:webHidden/>
                <w:sz w:val="28"/>
                <w:szCs w:val="28"/>
              </w:rPr>
              <w:instrText xml:space="preserve"> PAGEREF _Toc219710715 \h </w:instrText>
            </w:r>
            <w:r w:rsidRPr="00750BFA">
              <w:rPr>
                <w:rFonts w:ascii="Times New Roman" w:hAnsi="Times New Roman" w:cs="Times New Roman"/>
                <w:noProof/>
                <w:webHidden/>
                <w:sz w:val="28"/>
                <w:szCs w:val="28"/>
              </w:rPr>
            </w:r>
            <w:r w:rsidRPr="00750BFA">
              <w:rPr>
                <w:rFonts w:ascii="Times New Roman" w:hAnsi="Times New Roman" w:cs="Times New Roman"/>
                <w:noProof/>
                <w:webHidden/>
                <w:sz w:val="28"/>
                <w:szCs w:val="28"/>
              </w:rPr>
              <w:fldChar w:fldCharType="separate"/>
            </w:r>
            <w:r w:rsidRPr="00750BFA">
              <w:rPr>
                <w:rFonts w:ascii="Times New Roman" w:hAnsi="Times New Roman" w:cs="Times New Roman"/>
                <w:noProof/>
                <w:webHidden/>
                <w:sz w:val="28"/>
                <w:szCs w:val="28"/>
              </w:rPr>
              <w:t>28</w:t>
            </w:r>
            <w:r w:rsidRPr="00750BFA">
              <w:rPr>
                <w:rFonts w:ascii="Times New Roman" w:hAnsi="Times New Roman" w:cs="Times New Roman"/>
                <w:noProof/>
                <w:webHidden/>
                <w:sz w:val="28"/>
                <w:szCs w:val="28"/>
              </w:rPr>
              <w:fldChar w:fldCharType="end"/>
            </w:r>
          </w:hyperlink>
        </w:p>
        <w:p w14:paraId="18BBC68D" w14:textId="590B9A25" w:rsidR="00750BFA" w:rsidRPr="00750BFA" w:rsidRDefault="00750BFA">
          <w:pPr>
            <w:pStyle w:val="2c"/>
            <w:tabs>
              <w:tab w:val="right" w:leader="dot" w:pos="9962"/>
            </w:tabs>
            <w:rPr>
              <w:rFonts w:ascii="Times New Roman" w:eastAsiaTheme="minorEastAsia" w:hAnsi="Times New Roman" w:cs="Times New Roman"/>
              <w:noProof/>
              <w:sz w:val="28"/>
              <w:szCs w:val="28"/>
              <w:lang w:val="ru-RU" w:eastAsia="ru-RU"/>
            </w:rPr>
          </w:pPr>
          <w:hyperlink w:anchor="_Toc219710716" w:history="1">
            <w:r w:rsidRPr="00750BFA">
              <w:rPr>
                <w:rStyle w:val="a9"/>
                <w:rFonts w:ascii="Times New Roman" w:hAnsi="Times New Roman" w:cs="Times New Roman"/>
                <w:noProof/>
                <w:sz w:val="28"/>
                <w:szCs w:val="28"/>
              </w:rPr>
              <w:t xml:space="preserve">3.2  </w:t>
            </w:r>
            <w:r w:rsidRPr="00750BFA">
              <w:rPr>
                <w:rStyle w:val="a9"/>
                <w:rFonts w:ascii="Times New Roman" w:hAnsi="Times New Roman" w:cs="Times New Roman"/>
                <w:noProof/>
                <w:sz w:val="28"/>
                <w:szCs w:val="28"/>
                <w:lang w:val="uk-UA"/>
              </w:rPr>
              <w:t>П</w:t>
            </w:r>
            <w:r w:rsidRPr="00750BFA">
              <w:rPr>
                <w:rStyle w:val="a9"/>
                <w:rFonts w:ascii="Times New Roman" w:hAnsi="Times New Roman" w:cs="Times New Roman"/>
                <w:noProof/>
                <w:sz w:val="28"/>
                <w:szCs w:val="28"/>
              </w:rPr>
              <w:t>ідготовка візуальної частини до початку проектвання гри</w:t>
            </w:r>
            <w:r w:rsidRPr="00750BFA">
              <w:rPr>
                <w:rFonts w:ascii="Times New Roman" w:hAnsi="Times New Roman" w:cs="Times New Roman"/>
                <w:noProof/>
                <w:webHidden/>
                <w:sz w:val="28"/>
                <w:szCs w:val="28"/>
              </w:rPr>
              <w:tab/>
            </w:r>
            <w:r w:rsidRPr="00750BFA">
              <w:rPr>
                <w:rFonts w:ascii="Times New Roman" w:hAnsi="Times New Roman" w:cs="Times New Roman"/>
                <w:noProof/>
                <w:webHidden/>
                <w:sz w:val="28"/>
                <w:szCs w:val="28"/>
              </w:rPr>
              <w:fldChar w:fldCharType="begin"/>
            </w:r>
            <w:r w:rsidRPr="00750BFA">
              <w:rPr>
                <w:rFonts w:ascii="Times New Roman" w:hAnsi="Times New Roman" w:cs="Times New Roman"/>
                <w:noProof/>
                <w:webHidden/>
                <w:sz w:val="28"/>
                <w:szCs w:val="28"/>
              </w:rPr>
              <w:instrText xml:space="preserve"> PAGEREF _Toc219710716 \h </w:instrText>
            </w:r>
            <w:r w:rsidRPr="00750BFA">
              <w:rPr>
                <w:rFonts w:ascii="Times New Roman" w:hAnsi="Times New Roman" w:cs="Times New Roman"/>
                <w:noProof/>
                <w:webHidden/>
                <w:sz w:val="28"/>
                <w:szCs w:val="28"/>
              </w:rPr>
            </w:r>
            <w:r w:rsidRPr="00750BFA">
              <w:rPr>
                <w:rFonts w:ascii="Times New Roman" w:hAnsi="Times New Roman" w:cs="Times New Roman"/>
                <w:noProof/>
                <w:webHidden/>
                <w:sz w:val="28"/>
                <w:szCs w:val="28"/>
              </w:rPr>
              <w:fldChar w:fldCharType="separate"/>
            </w:r>
            <w:r w:rsidRPr="00750BFA">
              <w:rPr>
                <w:rFonts w:ascii="Times New Roman" w:hAnsi="Times New Roman" w:cs="Times New Roman"/>
                <w:noProof/>
                <w:webHidden/>
                <w:sz w:val="28"/>
                <w:szCs w:val="28"/>
              </w:rPr>
              <w:t>30</w:t>
            </w:r>
            <w:r w:rsidRPr="00750BFA">
              <w:rPr>
                <w:rFonts w:ascii="Times New Roman" w:hAnsi="Times New Roman" w:cs="Times New Roman"/>
                <w:noProof/>
                <w:webHidden/>
                <w:sz w:val="28"/>
                <w:szCs w:val="28"/>
              </w:rPr>
              <w:fldChar w:fldCharType="end"/>
            </w:r>
          </w:hyperlink>
        </w:p>
        <w:p w14:paraId="76BCD401" w14:textId="442DA922" w:rsidR="00750BFA" w:rsidRPr="00750BFA" w:rsidRDefault="00750BFA">
          <w:pPr>
            <w:pStyle w:val="2c"/>
            <w:tabs>
              <w:tab w:val="right" w:leader="dot" w:pos="9962"/>
            </w:tabs>
            <w:rPr>
              <w:rFonts w:ascii="Times New Roman" w:eastAsiaTheme="minorEastAsia" w:hAnsi="Times New Roman" w:cs="Times New Roman"/>
              <w:noProof/>
              <w:sz w:val="28"/>
              <w:szCs w:val="28"/>
              <w:lang w:val="ru-RU" w:eastAsia="ru-RU"/>
            </w:rPr>
          </w:pPr>
          <w:hyperlink w:anchor="_Toc219710717" w:history="1">
            <w:r w:rsidRPr="00750BFA">
              <w:rPr>
                <w:rStyle w:val="a9"/>
                <w:rFonts w:ascii="Times New Roman" w:hAnsi="Times New Roman" w:cs="Times New Roman"/>
                <w:noProof/>
                <w:sz w:val="28"/>
                <w:szCs w:val="28"/>
              </w:rPr>
              <w:t>3.3 Написання коду для гри та налаштування основних механік</w:t>
            </w:r>
            <w:r w:rsidRPr="00750BFA">
              <w:rPr>
                <w:rFonts w:ascii="Times New Roman" w:hAnsi="Times New Roman" w:cs="Times New Roman"/>
                <w:noProof/>
                <w:webHidden/>
                <w:sz w:val="28"/>
                <w:szCs w:val="28"/>
              </w:rPr>
              <w:tab/>
            </w:r>
            <w:r w:rsidRPr="00750BFA">
              <w:rPr>
                <w:rFonts w:ascii="Times New Roman" w:hAnsi="Times New Roman" w:cs="Times New Roman"/>
                <w:noProof/>
                <w:webHidden/>
                <w:sz w:val="28"/>
                <w:szCs w:val="28"/>
              </w:rPr>
              <w:fldChar w:fldCharType="begin"/>
            </w:r>
            <w:r w:rsidRPr="00750BFA">
              <w:rPr>
                <w:rFonts w:ascii="Times New Roman" w:hAnsi="Times New Roman" w:cs="Times New Roman"/>
                <w:noProof/>
                <w:webHidden/>
                <w:sz w:val="28"/>
                <w:szCs w:val="28"/>
              </w:rPr>
              <w:instrText xml:space="preserve"> PAGEREF _Toc219710717 \h </w:instrText>
            </w:r>
            <w:r w:rsidRPr="00750BFA">
              <w:rPr>
                <w:rFonts w:ascii="Times New Roman" w:hAnsi="Times New Roman" w:cs="Times New Roman"/>
                <w:noProof/>
                <w:webHidden/>
                <w:sz w:val="28"/>
                <w:szCs w:val="28"/>
              </w:rPr>
            </w:r>
            <w:r w:rsidRPr="00750BFA">
              <w:rPr>
                <w:rFonts w:ascii="Times New Roman" w:hAnsi="Times New Roman" w:cs="Times New Roman"/>
                <w:noProof/>
                <w:webHidden/>
                <w:sz w:val="28"/>
                <w:szCs w:val="28"/>
              </w:rPr>
              <w:fldChar w:fldCharType="separate"/>
            </w:r>
            <w:r w:rsidRPr="00750BFA">
              <w:rPr>
                <w:rFonts w:ascii="Times New Roman" w:hAnsi="Times New Roman" w:cs="Times New Roman"/>
                <w:noProof/>
                <w:webHidden/>
                <w:sz w:val="28"/>
                <w:szCs w:val="28"/>
              </w:rPr>
              <w:t>39</w:t>
            </w:r>
            <w:r w:rsidRPr="00750BFA">
              <w:rPr>
                <w:rFonts w:ascii="Times New Roman" w:hAnsi="Times New Roman" w:cs="Times New Roman"/>
                <w:noProof/>
                <w:webHidden/>
                <w:sz w:val="28"/>
                <w:szCs w:val="28"/>
              </w:rPr>
              <w:fldChar w:fldCharType="end"/>
            </w:r>
          </w:hyperlink>
        </w:p>
        <w:p w14:paraId="451E20D3" w14:textId="51E78DFA" w:rsidR="00750BFA" w:rsidRPr="00750BFA" w:rsidRDefault="00750BFA">
          <w:pPr>
            <w:pStyle w:val="15"/>
            <w:rPr>
              <w:rFonts w:eastAsiaTheme="minorEastAsia" w:cs="Times New Roman"/>
              <w:noProof/>
              <w:lang w:val="ru-RU" w:eastAsia="ru-RU"/>
            </w:rPr>
          </w:pPr>
          <w:hyperlink w:anchor="_Toc219710718" w:history="1">
            <w:r w:rsidRPr="00750BFA">
              <w:rPr>
                <w:rStyle w:val="a9"/>
                <w:rFonts w:cs="Times New Roman"/>
                <w:noProof/>
              </w:rPr>
              <w:t>ВИСНОВКИ</w:t>
            </w:r>
            <w:r w:rsidRPr="00750BFA">
              <w:rPr>
                <w:rFonts w:cs="Times New Roman"/>
                <w:noProof/>
                <w:webHidden/>
              </w:rPr>
              <w:tab/>
            </w:r>
            <w:r w:rsidRPr="00750BFA">
              <w:rPr>
                <w:rFonts w:cs="Times New Roman"/>
                <w:noProof/>
                <w:webHidden/>
              </w:rPr>
              <w:fldChar w:fldCharType="begin"/>
            </w:r>
            <w:r w:rsidRPr="00750BFA">
              <w:rPr>
                <w:rFonts w:cs="Times New Roman"/>
                <w:noProof/>
                <w:webHidden/>
              </w:rPr>
              <w:instrText xml:space="preserve"> PAGEREF _Toc219710718 \h </w:instrText>
            </w:r>
            <w:r w:rsidRPr="00750BFA">
              <w:rPr>
                <w:rFonts w:cs="Times New Roman"/>
                <w:noProof/>
                <w:webHidden/>
              </w:rPr>
            </w:r>
            <w:r w:rsidRPr="00750BFA">
              <w:rPr>
                <w:rFonts w:cs="Times New Roman"/>
                <w:noProof/>
                <w:webHidden/>
              </w:rPr>
              <w:fldChar w:fldCharType="separate"/>
            </w:r>
            <w:r w:rsidRPr="00750BFA">
              <w:rPr>
                <w:rFonts w:cs="Times New Roman"/>
                <w:noProof/>
                <w:webHidden/>
              </w:rPr>
              <w:t>59</w:t>
            </w:r>
            <w:r w:rsidRPr="00750BFA">
              <w:rPr>
                <w:rFonts w:cs="Times New Roman"/>
                <w:noProof/>
                <w:webHidden/>
              </w:rPr>
              <w:fldChar w:fldCharType="end"/>
            </w:r>
          </w:hyperlink>
        </w:p>
        <w:p w14:paraId="2FDE1F3C" w14:textId="005E823C" w:rsidR="00750BFA" w:rsidRDefault="00750BFA">
          <w:pPr>
            <w:pStyle w:val="15"/>
            <w:rPr>
              <w:rFonts w:asciiTheme="minorHAnsi" w:eastAsiaTheme="minorEastAsia" w:hAnsiTheme="minorHAnsi"/>
              <w:noProof/>
              <w:sz w:val="22"/>
              <w:szCs w:val="22"/>
              <w:lang w:val="ru-RU" w:eastAsia="ru-RU"/>
            </w:rPr>
          </w:pPr>
          <w:hyperlink w:anchor="_Toc219710719" w:history="1">
            <w:r w:rsidRPr="00750BFA">
              <w:rPr>
                <w:rStyle w:val="a9"/>
                <w:rFonts w:cs="Times New Roman"/>
                <w:noProof/>
              </w:rPr>
              <w:t>СПИСОК ВИКОРИСТАНИХ ДЖЕРЕЛ</w:t>
            </w:r>
            <w:r w:rsidRPr="00750BFA">
              <w:rPr>
                <w:rFonts w:cs="Times New Roman"/>
                <w:noProof/>
                <w:webHidden/>
              </w:rPr>
              <w:tab/>
            </w:r>
            <w:r w:rsidRPr="00750BFA">
              <w:rPr>
                <w:rFonts w:cs="Times New Roman"/>
                <w:noProof/>
                <w:webHidden/>
              </w:rPr>
              <w:fldChar w:fldCharType="begin"/>
            </w:r>
            <w:r w:rsidRPr="00750BFA">
              <w:rPr>
                <w:rFonts w:cs="Times New Roman"/>
                <w:noProof/>
                <w:webHidden/>
              </w:rPr>
              <w:instrText xml:space="preserve"> PAGEREF _Toc219710719 \h </w:instrText>
            </w:r>
            <w:r w:rsidRPr="00750BFA">
              <w:rPr>
                <w:rFonts w:cs="Times New Roman"/>
                <w:noProof/>
                <w:webHidden/>
              </w:rPr>
            </w:r>
            <w:r w:rsidRPr="00750BFA">
              <w:rPr>
                <w:rFonts w:cs="Times New Roman"/>
                <w:noProof/>
                <w:webHidden/>
              </w:rPr>
              <w:fldChar w:fldCharType="separate"/>
            </w:r>
            <w:r w:rsidRPr="00750BFA">
              <w:rPr>
                <w:rFonts w:cs="Times New Roman"/>
                <w:noProof/>
                <w:webHidden/>
              </w:rPr>
              <w:t>61</w:t>
            </w:r>
            <w:r w:rsidRPr="00750BFA">
              <w:rPr>
                <w:rFonts w:cs="Times New Roman"/>
                <w:noProof/>
                <w:webHidden/>
              </w:rPr>
              <w:fldChar w:fldCharType="end"/>
            </w:r>
          </w:hyperlink>
        </w:p>
        <w:p w14:paraId="2D3449C1" w14:textId="248E8520" w:rsidR="00750BFA" w:rsidRDefault="00750BFA">
          <w:r>
            <w:rPr>
              <w:b/>
              <w:bCs/>
            </w:rPr>
            <w:fldChar w:fldCharType="end"/>
          </w:r>
        </w:p>
      </w:sdtContent>
    </w:sdt>
    <w:p w14:paraId="5D50EC1F" w14:textId="77777777" w:rsidR="00750BFA" w:rsidRDefault="00750BFA">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7BB0C66" w14:textId="67E4140E" w:rsidR="00750BFA" w:rsidRPr="00750BFA" w:rsidRDefault="00750BFA" w:rsidP="00750BFA">
      <w:pPr>
        <w:pStyle w:val="1"/>
        <w:rPr>
          <w:lang w:val="uk-UA"/>
        </w:rPr>
      </w:pPr>
      <w:bookmarkStart w:id="1" w:name="_Toc219710702"/>
      <w:r w:rsidRPr="00750BFA">
        <w:rPr>
          <w:lang w:val="uk-UA"/>
        </w:rPr>
        <w:lastRenderedPageBreak/>
        <w:t>ПЕРЕЛІК УМОВНИХ ПОЗНАЧЕНЬ, СКОРОЧЕНЬ І ТЕРМІНІВ</w:t>
      </w:r>
      <w:bookmarkEnd w:id="1"/>
    </w:p>
    <w:p w14:paraId="1C230841" w14:textId="77777777" w:rsidR="00750BFA" w:rsidRDefault="00750BFA">
      <w:pPr>
        <w:rPr>
          <w:rFonts w:ascii="Times New Roman" w:hAnsi="Times New Roman" w:cs="Times New Roman"/>
          <w:sz w:val="28"/>
          <w:szCs w:val="28"/>
          <w:lang w:val="uk-UA"/>
        </w:rPr>
      </w:pPr>
    </w:p>
    <w:p w14:paraId="34F906EC" w14:textId="77777777" w:rsidR="00750BFA" w:rsidRDefault="00750BFA">
      <w:pPr>
        <w:rPr>
          <w:rFonts w:ascii="Times New Roman" w:hAnsi="Times New Roman" w:cs="Times New Roman"/>
          <w:sz w:val="28"/>
          <w:szCs w:val="28"/>
          <w:lang w:val="uk-UA"/>
        </w:rPr>
      </w:pPr>
    </w:p>
    <w:p w14:paraId="60EB33AD" w14:textId="07006395" w:rsidR="00510C7E" w:rsidRDefault="00510C7E">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BC81F06" w14:textId="77777777" w:rsidR="00945CB4" w:rsidRPr="001639F1" w:rsidRDefault="00945CB4" w:rsidP="00510C7E">
      <w:pPr>
        <w:pStyle w:val="1"/>
        <w:rPr>
          <w:lang w:val="uk-UA"/>
        </w:rPr>
      </w:pPr>
      <w:bookmarkStart w:id="2" w:name="_Toc219710703"/>
      <w:r w:rsidRPr="001639F1">
        <w:rPr>
          <w:lang w:val="uk-UA"/>
        </w:rPr>
        <w:lastRenderedPageBreak/>
        <w:t>Вступ</w:t>
      </w:r>
      <w:bookmarkEnd w:id="2"/>
    </w:p>
    <w:p w14:paraId="700B1AB4" w14:textId="77777777" w:rsidR="00510C7E" w:rsidRPr="001639F1" w:rsidRDefault="00510C7E" w:rsidP="00510C7E">
      <w:pPr>
        <w:spacing w:after="0" w:line="360" w:lineRule="auto"/>
        <w:ind w:firstLine="709"/>
        <w:contextualSpacing/>
        <w:jc w:val="both"/>
        <w:rPr>
          <w:rFonts w:ascii="Times New Roman" w:hAnsi="Times New Roman" w:cs="Times New Roman"/>
          <w:sz w:val="28"/>
          <w:szCs w:val="28"/>
          <w:lang w:val="uk-UA"/>
        </w:rPr>
      </w:pPr>
    </w:p>
    <w:p w14:paraId="51D52136" w14:textId="77777777" w:rsidR="00510C7E" w:rsidRPr="00510C7E" w:rsidRDefault="00510C7E" w:rsidP="00510C7E">
      <w:pPr>
        <w:spacing w:after="0" w:line="360" w:lineRule="auto"/>
        <w:ind w:firstLine="709"/>
        <w:jc w:val="both"/>
        <w:rPr>
          <w:rFonts w:ascii="Times New Roman" w:hAnsi="Times New Roman" w:cs="Times New Roman"/>
          <w:sz w:val="28"/>
          <w:szCs w:val="28"/>
          <w:lang w:val="uk-UA"/>
        </w:rPr>
      </w:pPr>
      <w:r w:rsidRPr="00510C7E">
        <w:rPr>
          <w:rFonts w:ascii="Times New Roman" w:hAnsi="Times New Roman" w:cs="Times New Roman"/>
          <w:sz w:val="28"/>
          <w:szCs w:val="28"/>
          <w:lang w:val="uk-UA"/>
        </w:rPr>
        <w:t>Сучасний етап розвитку інформаційних технологій характеризується стрімким зростанням ролі комп’ютерних ігор не лише як засобу розваг, але й як інструменту навчання, моделювання, візуалізації процесів та створення інтерактивних програмних систем. Ігрова індустрія демонструє стабільну динаміку зростання, що, у свою чергу, зумовлює підвищення вимог до якості програмної реалізації ігрових застосунків, їх продуктивності, стабільності та зручності супроводу програмного коду.</w:t>
      </w:r>
    </w:p>
    <w:p w14:paraId="78680202" w14:textId="77777777" w:rsidR="00510C7E" w:rsidRPr="00510C7E" w:rsidRDefault="00510C7E" w:rsidP="00510C7E">
      <w:pPr>
        <w:spacing w:after="0" w:line="360" w:lineRule="auto"/>
        <w:ind w:firstLine="709"/>
        <w:jc w:val="both"/>
        <w:rPr>
          <w:rFonts w:ascii="Times New Roman" w:hAnsi="Times New Roman" w:cs="Times New Roman"/>
          <w:sz w:val="28"/>
          <w:szCs w:val="28"/>
          <w:lang w:val="uk-UA"/>
        </w:rPr>
      </w:pPr>
      <w:r w:rsidRPr="00510C7E">
        <w:rPr>
          <w:rFonts w:ascii="Times New Roman" w:hAnsi="Times New Roman" w:cs="Times New Roman"/>
          <w:sz w:val="28"/>
          <w:szCs w:val="28"/>
          <w:lang w:val="uk-UA"/>
        </w:rPr>
        <w:t xml:space="preserve">Важливу роль у процесі створення ігрових продуктів відіграють ігрові рушії, які забезпечують розробникам готову інфраструктуру для реалізації графіки, фізики, логіки взаємодії та обробки подій. Використання ігрових рушіїв дозволяє зосередитися на </w:t>
      </w:r>
      <w:proofErr w:type="spellStart"/>
      <w:r w:rsidRPr="00510C7E">
        <w:rPr>
          <w:rFonts w:ascii="Times New Roman" w:hAnsi="Times New Roman" w:cs="Times New Roman"/>
          <w:sz w:val="28"/>
          <w:szCs w:val="28"/>
          <w:lang w:val="uk-UA"/>
        </w:rPr>
        <w:t>проєктуванні</w:t>
      </w:r>
      <w:proofErr w:type="spellEnd"/>
      <w:r w:rsidRPr="00510C7E">
        <w:rPr>
          <w:rFonts w:ascii="Times New Roman" w:hAnsi="Times New Roman" w:cs="Times New Roman"/>
          <w:sz w:val="28"/>
          <w:szCs w:val="28"/>
          <w:lang w:val="uk-UA"/>
        </w:rPr>
        <w:t xml:space="preserve"> ігрових механік і програмної логіки, мінімізуючи необхідність реалізації </w:t>
      </w:r>
      <w:proofErr w:type="spellStart"/>
      <w:r w:rsidRPr="00510C7E">
        <w:rPr>
          <w:rFonts w:ascii="Times New Roman" w:hAnsi="Times New Roman" w:cs="Times New Roman"/>
          <w:sz w:val="28"/>
          <w:szCs w:val="28"/>
          <w:lang w:val="uk-UA"/>
        </w:rPr>
        <w:t>низькорівневих</w:t>
      </w:r>
      <w:proofErr w:type="spellEnd"/>
      <w:r w:rsidRPr="00510C7E">
        <w:rPr>
          <w:rFonts w:ascii="Times New Roman" w:hAnsi="Times New Roman" w:cs="Times New Roman"/>
          <w:sz w:val="28"/>
          <w:szCs w:val="28"/>
          <w:lang w:val="uk-UA"/>
        </w:rPr>
        <w:t xml:space="preserve"> технічних компонентів.</w:t>
      </w:r>
    </w:p>
    <w:p w14:paraId="49220E6C" w14:textId="77777777" w:rsidR="00510C7E" w:rsidRPr="00510C7E" w:rsidRDefault="00510C7E" w:rsidP="00510C7E">
      <w:pPr>
        <w:spacing w:after="0" w:line="360" w:lineRule="auto"/>
        <w:ind w:firstLine="709"/>
        <w:jc w:val="both"/>
        <w:rPr>
          <w:rFonts w:ascii="Times New Roman" w:hAnsi="Times New Roman" w:cs="Times New Roman"/>
          <w:sz w:val="28"/>
          <w:szCs w:val="28"/>
          <w:lang w:val="uk-UA"/>
        </w:rPr>
      </w:pPr>
      <w:r w:rsidRPr="00510C7E">
        <w:rPr>
          <w:rFonts w:ascii="Times New Roman" w:hAnsi="Times New Roman" w:cs="Times New Roman"/>
          <w:sz w:val="28"/>
          <w:szCs w:val="28"/>
          <w:lang w:val="uk-UA"/>
        </w:rPr>
        <w:t xml:space="preserve">Одним із поширених інструментів для створення двовимірних ігор є ігровий рушій </w:t>
      </w:r>
      <w:proofErr w:type="spellStart"/>
      <w:r w:rsidRPr="00510C7E">
        <w:rPr>
          <w:rFonts w:ascii="Times New Roman" w:hAnsi="Times New Roman" w:cs="Times New Roman"/>
          <w:sz w:val="28"/>
          <w:szCs w:val="28"/>
          <w:lang w:val="uk-UA"/>
        </w:rPr>
        <w:t>GameMaker</w:t>
      </w:r>
      <w:proofErr w:type="spellEnd"/>
      <w:r w:rsidRPr="00510C7E">
        <w:rPr>
          <w:rFonts w:ascii="Times New Roman" w:hAnsi="Times New Roman" w:cs="Times New Roman"/>
          <w:sz w:val="28"/>
          <w:szCs w:val="28"/>
          <w:lang w:val="uk-UA"/>
        </w:rPr>
        <w:t xml:space="preserve">, який базується на </w:t>
      </w:r>
      <w:proofErr w:type="spellStart"/>
      <w:r w:rsidRPr="00510C7E">
        <w:rPr>
          <w:rFonts w:ascii="Times New Roman" w:hAnsi="Times New Roman" w:cs="Times New Roman"/>
          <w:sz w:val="28"/>
          <w:szCs w:val="28"/>
          <w:lang w:val="uk-UA"/>
        </w:rPr>
        <w:t>подійно</w:t>
      </w:r>
      <w:proofErr w:type="spellEnd"/>
      <w:r w:rsidRPr="00510C7E">
        <w:rPr>
          <w:rFonts w:ascii="Times New Roman" w:hAnsi="Times New Roman" w:cs="Times New Roman"/>
          <w:sz w:val="28"/>
          <w:szCs w:val="28"/>
          <w:lang w:val="uk-UA"/>
        </w:rPr>
        <w:t xml:space="preserve">-орієнтованому підході до програмування. У межах цього підходу виконання програмного коду </w:t>
      </w:r>
      <w:proofErr w:type="spellStart"/>
      <w:r w:rsidRPr="00510C7E">
        <w:rPr>
          <w:rFonts w:ascii="Times New Roman" w:hAnsi="Times New Roman" w:cs="Times New Roman"/>
          <w:sz w:val="28"/>
          <w:szCs w:val="28"/>
          <w:lang w:val="uk-UA"/>
        </w:rPr>
        <w:t>ініціюється</w:t>
      </w:r>
      <w:proofErr w:type="spellEnd"/>
      <w:r w:rsidRPr="00510C7E">
        <w:rPr>
          <w:rFonts w:ascii="Times New Roman" w:hAnsi="Times New Roman" w:cs="Times New Roman"/>
          <w:sz w:val="28"/>
          <w:szCs w:val="28"/>
          <w:lang w:val="uk-UA"/>
        </w:rPr>
        <w:t xml:space="preserve"> виникненням певних подій, таких як дії користувача, зіткнення ігрових об’єктів або зміна стану ігрового середовища. Алгоритми обробки подій становлять основу ігрової логіки, визначаючи поведінку об’єктів та динаміку ігрового процесу.</w:t>
      </w:r>
    </w:p>
    <w:p w14:paraId="3A901D47" w14:textId="77777777" w:rsidR="00510C7E" w:rsidRPr="00510C7E" w:rsidRDefault="00510C7E" w:rsidP="00510C7E">
      <w:pPr>
        <w:spacing w:after="0" w:line="360" w:lineRule="auto"/>
        <w:ind w:firstLine="709"/>
        <w:jc w:val="both"/>
        <w:rPr>
          <w:rFonts w:ascii="Times New Roman" w:hAnsi="Times New Roman" w:cs="Times New Roman"/>
          <w:sz w:val="28"/>
          <w:szCs w:val="28"/>
          <w:lang w:val="uk-UA"/>
        </w:rPr>
      </w:pPr>
      <w:r w:rsidRPr="00510C7E">
        <w:rPr>
          <w:rFonts w:ascii="Times New Roman" w:hAnsi="Times New Roman" w:cs="Times New Roman"/>
          <w:sz w:val="28"/>
          <w:szCs w:val="28"/>
          <w:lang w:val="uk-UA"/>
        </w:rPr>
        <w:t xml:space="preserve">Розробка ігрових застосунків є багатоступеневим процесом, що включає </w:t>
      </w:r>
      <w:proofErr w:type="spellStart"/>
      <w:r w:rsidRPr="00510C7E">
        <w:rPr>
          <w:rFonts w:ascii="Times New Roman" w:hAnsi="Times New Roman" w:cs="Times New Roman"/>
          <w:sz w:val="28"/>
          <w:szCs w:val="28"/>
          <w:lang w:val="uk-UA"/>
        </w:rPr>
        <w:t>проєктування</w:t>
      </w:r>
      <w:proofErr w:type="spellEnd"/>
      <w:r w:rsidRPr="00510C7E">
        <w:rPr>
          <w:rFonts w:ascii="Times New Roman" w:hAnsi="Times New Roman" w:cs="Times New Roman"/>
          <w:sz w:val="28"/>
          <w:szCs w:val="28"/>
          <w:lang w:val="uk-UA"/>
        </w:rPr>
        <w:t xml:space="preserve"> архітектури програмного забезпечення, реалізацію алгоритмів, організацію взаємодії між об’єктами, тестування та оптимізацію продуктивності. У цьому контексті особливого значення набувають програмно-інженерні методи інтеграції алгоритмів обробки подій, які дозволяють забезпечити структурованість коду, його модульність та зручність подальшого супроводу.</w:t>
      </w:r>
    </w:p>
    <w:p w14:paraId="45BFF0AE" w14:textId="77777777" w:rsidR="00510C7E" w:rsidRPr="00510C7E" w:rsidRDefault="00510C7E" w:rsidP="00510C7E">
      <w:pPr>
        <w:spacing w:after="0" w:line="360" w:lineRule="auto"/>
        <w:ind w:firstLine="709"/>
        <w:jc w:val="both"/>
        <w:rPr>
          <w:rFonts w:ascii="Times New Roman" w:hAnsi="Times New Roman" w:cs="Times New Roman"/>
          <w:sz w:val="28"/>
          <w:szCs w:val="28"/>
          <w:lang w:val="uk-UA"/>
        </w:rPr>
      </w:pPr>
      <w:r w:rsidRPr="00510C7E">
        <w:rPr>
          <w:rFonts w:ascii="Times New Roman" w:hAnsi="Times New Roman" w:cs="Times New Roman"/>
          <w:sz w:val="28"/>
          <w:szCs w:val="28"/>
          <w:lang w:val="uk-UA"/>
        </w:rPr>
        <w:t xml:space="preserve">Актуальність даного дослідження зумовлена необхідністю застосування ефективних підходів до </w:t>
      </w:r>
      <w:proofErr w:type="spellStart"/>
      <w:r w:rsidRPr="00510C7E">
        <w:rPr>
          <w:rFonts w:ascii="Times New Roman" w:hAnsi="Times New Roman" w:cs="Times New Roman"/>
          <w:sz w:val="28"/>
          <w:szCs w:val="28"/>
          <w:lang w:val="uk-UA"/>
        </w:rPr>
        <w:t>подійно</w:t>
      </w:r>
      <w:proofErr w:type="spellEnd"/>
      <w:r w:rsidRPr="00510C7E">
        <w:rPr>
          <w:rFonts w:ascii="Times New Roman" w:hAnsi="Times New Roman" w:cs="Times New Roman"/>
          <w:sz w:val="28"/>
          <w:szCs w:val="28"/>
          <w:lang w:val="uk-UA"/>
        </w:rPr>
        <w:t xml:space="preserve">-орієнтованого програмування в середовищі </w:t>
      </w:r>
      <w:proofErr w:type="spellStart"/>
      <w:r w:rsidRPr="00510C7E">
        <w:rPr>
          <w:rFonts w:ascii="Times New Roman" w:hAnsi="Times New Roman" w:cs="Times New Roman"/>
          <w:sz w:val="28"/>
          <w:szCs w:val="28"/>
          <w:lang w:val="uk-UA"/>
        </w:rPr>
        <w:lastRenderedPageBreak/>
        <w:t>GameMaker</w:t>
      </w:r>
      <w:proofErr w:type="spellEnd"/>
      <w:r w:rsidRPr="00510C7E">
        <w:rPr>
          <w:rFonts w:ascii="Times New Roman" w:hAnsi="Times New Roman" w:cs="Times New Roman"/>
          <w:sz w:val="28"/>
          <w:szCs w:val="28"/>
          <w:lang w:val="uk-UA"/>
        </w:rPr>
        <w:t>, оскільки некоректна організація обробки подій може призводити до ускладнення програмної логіки, зниження продуктивності та виникнення помилок у роботі гри. Особливо важливим це є для початківців у сфері розробки ігор, які потребують чітких рекомендацій щодо побудови ігрової логіки.</w:t>
      </w:r>
    </w:p>
    <w:p w14:paraId="6F810C6A" w14:textId="77777777" w:rsidR="00510C7E" w:rsidRPr="00510C7E" w:rsidRDefault="00510C7E" w:rsidP="00510C7E">
      <w:pPr>
        <w:spacing w:after="0" w:line="360" w:lineRule="auto"/>
        <w:ind w:firstLine="709"/>
        <w:jc w:val="both"/>
        <w:rPr>
          <w:rFonts w:ascii="Times New Roman" w:hAnsi="Times New Roman" w:cs="Times New Roman"/>
          <w:sz w:val="28"/>
          <w:szCs w:val="28"/>
          <w:lang w:val="uk-UA"/>
        </w:rPr>
      </w:pPr>
      <w:r w:rsidRPr="00510C7E">
        <w:rPr>
          <w:rFonts w:ascii="Times New Roman" w:hAnsi="Times New Roman" w:cs="Times New Roman"/>
          <w:sz w:val="28"/>
          <w:szCs w:val="28"/>
          <w:lang w:val="uk-UA"/>
        </w:rPr>
        <w:t xml:space="preserve">Метою роботи є дослідження теоретичних та практичних аспектів інтеграції алгоритмів обробки подій в ігровому рушії </w:t>
      </w:r>
      <w:proofErr w:type="spellStart"/>
      <w:r w:rsidRPr="00510C7E">
        <w:rPr>
          <w:rFonts w:ascii="Times New Roman" w:hAnsi="Times New Roman" w:cs="Times New Roman"/>
          <w:sz w:val="28"/>
          <w:szCs w:val="28"/>
          <w:lang w:val="uk-UA"/>
        </w:rPr>
        <w:t>GameMaker</w:t>
      </w:r>
      <w:proofErr w:type="spellEnd"/>
      <w:r w:rsidRPr="00510C7E">
        <w:rPr>
          <w:rFonts w:ascii="Times New Roman" w:hAnsi="Times New Roman" w:cs="Times New Roman"/>
          <w:sz w:val="28"/>
          <w:szCs w:val="28"/>
          <w:lang w:val="uk-UA"/>
        </w:rPr>
        <w:t xml:space="preserve"> та визначення найбільш ефективних підходів до організації ігрової логіки з використанням подій.</w:t>
      </w:r>
    </w:p>
    <w:p w14:paraId="44C62A1B" w14:textId="77777777" w:rsidR="00510C7E" w:rsidRPr="00510C7E" w:rsidRDefault="00510C7E" w:rsidP="00510C7E">
      <w:pPr>
        <w:spacing w:after="0" w:line="360" w:lineRule="auto"/>
        <w:ind w:firstLine="709"/>
        <w:jc w:val="both"/>
        <w:rPr>
          <w:rFonts w:ascii="Times New Roman" w:hAnsi="Times New Roman" w:cs="Times New Roman"/>
          <w:sz w:val="28"/>
          <w:szCs w:val="28"/>
          <w:lang w:val="uk-UA"/>
        </w:rPr>
      </w:pPr>
      <w:r w:rsidRPr="00510C7E">
        <w:rPr>
          <w:rFonts w:ascii="Times New Roman" w:hAnsi="Times New Roman" w:cs="Times New Roman"/>
          <w:sz w:val="28"/>
          <w:szCs w:val="28"/>
          <w:lang w:val="uk-UA"/>
        </w:rPr>
        <w:t>Для досягнення поставленої мети у роботі необхідно вирішити такі завдання:</w:t>
      </w:r>
    </w:p>
    <w:p w14:paraId="014A215C" w14:textId="77777777" w:rsidR="00510C7E" w:rsidRPr="00510C7E" w:rsidRDefault="00510C7E" w:rsidP="00510C7E">
      <w:pPr>
        <w:pStyle w:val="aa"/>
        <w:numPr>
          <w:ilvl w:val="0"/>
          <w:numId w:val="3"/>
        </w:numPr>
        <w:tabs>
          <w:tab w:val="clear" w:pos="420"/>
          <w:tab w:val="left" w:pos="0"/>
          <w:tab w:val="left" w:pos="840"/>
        </w:tabs>
        <w:spacing w:line="357" w:lineRule="auto"/>
        <w:ind w:left="0" w:right="264" w:firstLine="560"/>
        <w:jc w:val="both"/>
        <w:rPr>
          <w:spacing w:val="1"/>
          <w:lang w:val="uk-UA"/>
        </w:rPr>
      </w:pPr>
      <w:r w:rsidRPr="00510C7E">
        <w:rPr>
          <w:spacing w:val="1"/>
          <w:lang w:val="uk-UA"/>
        </w:rPr>
        <w:t>проаналізувати сучасний стан індустрії комп’ютерних ігор та роль ігрових рушіїв у процесі розробки програмного забезпечення;</w:t>
      </w:r>
    </w:p>
    <w:p w14:paraId="13EE67D8" w14:textId="77777777" w:rsidR="00510C7E" w:rsidRPr="00510C7E" w:rsidRDefault="00510C7E" w:rsidP="00510C7E">
      <w:pPr>
        <w:pStyle w:val="aa"/>
        <w:numPr>
          <w:ilvl w:val="0"/>
          <w:numId w:val="3"/>
        </w:numPr>
        <w:tabs>
          <w:tab w:val="clear" w:pos="420"/>
          <w:tab w:val="left" w:pos="0"/>
          <w:tab w:val="left" w:pos="840"/>
        </w:tabs>
        <w:spacing w:line="357" w:lineRule="auto"/>
        <w:ind w:left="0" w:right="264" w:firstLine="560"/>
        <w:jc w:val="both"/>
        <w:rPr>
          <w:spacing w:val="1"/>
          <w:lang w:val="uk-UA"/>
        </w:rPr>
      </w:pPr>
      <w:r w:rsidRPr="00510C7E">
        <w:rPr>
          <w:spacing w:val="1"/>
          <w:lang w:val="uk-UA"/>
        </w:rPr>
        <w:t xml:space="preserve">дослідити принципи </w:t>
      </w:r>
      <w:proofErr w:type="spellStart"/>
      <w:r w:rsidRPr="00510C7E">
        <w:rPr>
          <w:spacing w:val="1"/>
          <w:lang w:val="uk-UA"/>
        </w:rPr>
        <w:t>подійно</w:t>
      </w:r>
      <w:proofErr w:type="spellEnd"/>
      <w:r w:rsidRPr="00510C7E">
        <w:rPr>
          <w:spacing w:val="1"/>
          <w:lang w:val="uk-UA"/>
        </w:rPr>
        <w:t>-орієнтованого програмування та особливості їх реалізації в ігрових рушіях;</w:t>
      </w:r>
    </w:p>
    <w:p w14:paraId="3C127D65" w14:textId="77777777" w:rsidR="00510C7E" w:rsidRPr="00510C7E" w:rsidRDefault="00510C7E" w:rsidP="00510C7E">
      <w:pPr>
        <w:pStyle w:val="aa"/>
        <w:numPr>
          <w:ilvl w:val="0"/>
          <w:numId w:val="3"/>
        </w:numPr>
        <w:tabs>
          <w:tab w:val="clear" w:pos="420"/>
          <w:tab w:val="left" w:pos="0"/>
          <w:tab w:val="left" w:pos="840"/>
        </w:tabs>
        <w:spacing w:line="357" w:lineRule="auto"/>
        <w:ind w:left="0" w:right="264" w:firstLine="560"/>
        <w:jc w:val="both"/>
        <w:rPr>
          <w:spacing w:val="1"/>
          <w:lang w:val="uk-UA"/>
        </w:rPr>
      </w:pPr>
      <w:r w:rsidRPr="00510C7E">
        <w:rPr>
          <w:spacing w:val="1"/>
          <w:lang w:val="uk-UA"/>
        </w:rPr>
        <w:t xml:space="preserve">розглянути архітектуру та функціональні можливості ігрового рушія </w:t>
      </w:r>
      <w:proofErr w:type="spellStart"/>
      <w:r w:rsidRPr="00510C7E">
        <w:rPr>
          <w:spacing w:val="1"/>
          <w:lang w:val="uk-UA"/>
        </w:rPr>
        <w:t>GameMaker</w:t>
      </w:r>
      <w:proofErr w:type="spellEnd"/>
      <w:r w:rsidRPr="00510C7E">
        <w:rPr>
          <w:spacing w:val="1"/>
          <w:lang w:val="uk-UA"/>
        </w:rPr>
        <w:t>;</w:t>
      </w:r>
    </w:p>
    <w:p w14:paraId="2C616C50" w14:textId="77777777" w:rsidR="00510C7E" w:rsidRPr="00510C7E" w:rsidRDefault="00510C7E" w:rsidP="00510C7E">
      <w:pPr>
        <w:pStyle w:val="aa"/>
        <w:numPr>
          <w:ilvl w:val="0"/>
          <w:numId w:val="3"/>
        </w:numPr>
        <w:tabs>
          <w:tab w:val="clear" w:pos="420"/>
          <w:tab w:val="left" w:pos="0"/>
          <w:tab w:val="left" w:pos="840"/>
        </w:tabs>
        <w:spacing w:line="357" w:lineRule="auto"/>
        <w:ind w:left="0" w:right="264" w:firstLine="560"/>
        <w:jc w:val="both"/>
        <w:rPr>
          <w:spacing w:val="1"/>
          <w:lang w:val="uk-UA"/>
        </w:rPr>
      </w:pPr>
      <w:r w:rsidRPr="00510C7E">
        <w:rPr>
          <w:spacing w:val="1"/>
          <w:lang w:val="uk-UA"/>
        </w:rPr>
        <w:t xml:space="preserve">проаналізувати методи інтеграції алгоритмів обробки подій у програмній </w:t>
      </w:r>
      <w:proofErr w:type="spellStart"/>
      <w:r w:rsidRPr="00510C7E">
        <w:rPr>
          <w:spacing w:val="1"/>
          <w:lang w:val="uk-UA"/>
        </w:rPr>
        <w:t>логіці</w:t>
      </w:r>
      <w:proofErr w:type="spellEnd"/>
      <w:r w:rsidRPr="00510C7E">
        <w:rPr>
          <w:spacing w:val="1"/>
          <w:lang w:val="uk-UA"/>
        </w:rPr>
        <w:t xml:space="preserve"> ігор;</w:t>
      </w:r>
    </w:p>
    <w:p w14:paraId="30850857" w14:textId="77777777" w:rsidR="00510C7E" w:rsidRPr="00510C7E" w:rsidRDefault="00510C7E" w:rsidP="00510C7E">
      <w:pPr>
        <w:pStyle w:val="aa"/>
        <w:numPr>
          <w:ilvl w:val="0"/>
          <w:numId w:val="3"/>
        </w:numPr>
        <w:tabs>
          <w:tab w:val="clear" w:pos="420"/>
          <w:tab w:val="left" w:pos="0"/>
          <w:tab w:val="left" w:pos="840"/>
        </w:tabs>
        <w:spacing w:line="357" w:lineRule="auto"/>
        <w:ind w:left="0" w:right="264" w:firstLine="560"/>
        <w:jc w:val="both"/>
        <w:rPr>
          <w:spacing w:val="1"/>
          <w:lang w:val="uk-UA"/>
        </w:rPr>
      </w:pPr>
      <w:r w:rsidRPr="00510C7E">
        <w:rPr>
          <w:spacing w:val="1"/>
          <w:lang w:val="uk-UA"/>
        </w:rPr>
        <w:t>реалізувати приклади ігрової логіки з використанням мови програмування GML;</w:t>
      </w:r>
    </w:p>
    <w:p w14:paraId="7A9DABD2" w14:textId="77777777" w:rsidR="00510C7E" w:rsidRPr="00510C7E" w:rsidRDefault="00510C7E" w:rsidP="00510C7E">
      <w:pPr>
        <w:pStyle w:val="aa"/>
        <w:numPr>
          <w:ilvl w:val="0"/>
          <w:numId w:val="3"/>
        </w:numPr>
        <w:tabs>
          <w:tab w:val="clear" w:pos="420"/>
          <w:tab w:val="left" w:pos="0"/>
          <w:tab w:val="left" w:pos="840"/>
        </w:tabs>
        <w:spacing w:line="357" w:lineRule="auto"/>
        <w:ind w:left="0" w:right="264" w:firstLine="560"/>
        <w:jc w:val="both"/>
        <w:rPr>
          <w:spacing w:val="1"/>
          <w:lang w:val="uk-UA"/>
        </w:rPr>
      </w:pPr>
      <w:r w:rsidRPr="00510C7E">
        <w:rPr>
          <w:spacing w:val="1"/>
          <w:lang w:val="uk-UA"/>
        </w:rPr>
        <w:t>оцінити вплив обраних підходів на стабільність і продуктивність ігрового процесу.</w:t>
      </w:r>
    </w:p>
    <w:p w14:paraId="0DD59CAA" w14:textId="357DAAC5" w:rsidR="00510C7E" w:rsidRPr="00510C7E" w:rsidRDefault="00510C7E" w:rsidP="00510C7E">
      <w:pPr>
        <w:spacing w:after="0" w:line="360" w:lineRule="auto"/>
        <w:ind w:firstLine="709"/>
        <w:jc w:val="both"/>
        <w:rPr>
          <w:rFonts w:ascii="Times New Roman" w:hAnsi="Times New Roman" w:cs="Times New Roman"/>
          <w:sz w:val="28"/>
          <w:szCs w:val="28"/>
          <w:lang w:val="uk-UA"/>
        </w:rPr>
      </w:pPr>
      <w:r w:rsidRPr="00510C7E">
        <w:rPr>
          <w:rFonts w:ascii="Times New Roman" w:hAnsi="Times New Roman" w:cs="Times New Roman"/>
          <w:sz w:val="28"/>
          <w:szCs w:val="28"/>
          <w:lang w:val="uk-UA"/>
        </w:rPr>
        <w:t>Об’єктом дослідження є процес розробки ігрових застосунків та програмної логіки в середовищі сучасних ігрових рушіїв.</w:t>
      </w:r>
    </w:p>
    <w:p w14:paraId="56E7E585" w14:textId="77777777" w:rsidR="00510C7E" w:rsidRPr="00510C7E" w:rsidRDefault="00510C7E" w:rsidP="00510C7E">
      <w:pPr>
        <w:spacing w:after="0" w:line="360" w:lineRule="auto"/>
        <w:ind w:firstLine="709"/>
        <w:jc w:val="both"/>
        <w:rPr>
          <w:rFonts w:ascii="Times New Roman" w:hAnsi="Times New Roman" w:cs="Times New Roman"/>
          <w:sz w:val="28"/>
          <w:szCs w:val="28"/>
          <w:lang w:val="uk-UA"/>
        </w:rPr>
      </w:pPr>
      <w:r w:rsidRPr="00510C7E">
        <w:rPr>
          <w:rFonts w:ascii="Times New Roman" w:hAnsi="Times New Roman" w:cs="Times New Roman"/>
          <w:sz w:val="28"/>
          <w:szCs w:val="28"/>
          <w:lang w:val="uk-UA"/>
        </w:rPr>
        <w:t xml:space="preserve">Предметом дослідження є програмно-інженерні методи, підходи та засоби інтеграції алгоритмів обробки подій у ігровому рушії </w:t>
      </w:r>
      <w:proofErr w:type="spellStart"/>
      <w:r w:rsidRPr="00510C7E">
        <w:rPr>
          <w:rFonts w:ascii="Times New Roman" w:hAnsi="Times New Roman" w:cs="Times New Roman"/>
          <w:sz w:val="28"/>
          <w:szCs w:val="28"/>
          <w:lang w:val="uk-UA"/>
        </w:rPr>
        <w:t>GameMaker</w:t>
      </w:r>
      <w:proofErr w:type="spellEnd"/>
      <w:r w:rsidRPr="00510C7E">
        <w:rPr>
          <w:rFonts w:ascii="Times New Roman" w:hAnsi="Times New Roman" w:cs="Times New Roman"/>
          <w:sz w:val="28"/>
          <w:szCs w:val="28"/>
          <w:lang w:val="uk-UA"/>
        </w:rPr>
        <w:t>.</w:t>
      </w:r>
    </w:p>
    <w:p w14:paraId="195D0F43" w14:textId="77777777" w:rsidR="00510C7E" w:rsidRPr="00510C7E" w:rsidRDefault="00510C7E" w:rsidP="00510C7E">
      <w:pPr>
        <w:spacing w:after="0" w:line="360" w:lineRule="auto"/>
        <w:ind w:firstLine="709"/>
        <w:jc w:val="both"/>
        <w:rPr>
          <w:rFonts w:ascii="Times New Roman" w:hAnsi="Times New Roman" w:cs="Times New Roman"/>
          <w:sz w:val="28"/>
          <w:szCs w:val="28"/>
          <w:lang w:val="uk-UA"/>
        </w:rPr>
      </w:pPr>
      <w:r w:rsidRPr="00510C7E">
        <w:rPr>
          <w:rFonts w:ascii="Times New Roman" w:hAnsi="Times New Roman" w:cs="Times New Roman"/>
          <w:sz w:val="28"/>
          <w:szCs w:val="28"/>
          <w:lang w:val="uk-UA"/>
        </w:rPr>
        <w:t xml:space="preserve">У роботі використано методи аналізу наукових і навчальних джерел, порівняльного аналізу, моделювання, програмної реалізації та </w:t>
      </w:r>
      <w:r w:rsidRPr="00510C7E">
        <w:rPr>
          <w:rFonts w:ascii="Times New Roman" w:hAnsi="Times New Roman" w:cs="Times New Roman"/>
          <w:sz w:val="28"/>
          <w:szCs w:val="28"/>
          <w:lang w:val="uk-UA"/>
        </w:rPr>
        <w:lastRenderedPageBreak/>
        <w:t>експериментального дослідження. Реалізація ігрових алгоритмів здійснювалася з використанням мови програмування GML.</w:t>
      </w:r>
    </w:p>
    <w:p w14:paraId="221F3F0E" w14:textId="77777777" w:rsidR="00510C7E" w:rsidRPr="00510C7E" w:rsidRDefault="00510C7E" w:rsidP="00510C7E">
      <w:pPr>
        <w:spacing w:after="0" w:line="360" w:lineRule="auto"/>
        <w:ind w:firstLine="709"/>
        <w:jc w:val="both"/>
        <w:rPr>
          <w:rFonts w:ascii="Times New Roman" w:hAnsi="Times New Roman" w:cs="Times New Roman"/>
          <w:sz w:val="28"/>
          <w:szCs w:val="28"/>
          <w:lang w:val="uk-UA"/>
        </w:rPr>
      </w:pPr>
      <w:r w:rsidRPr="00510C7E">
        <w:rPr>
          <w:rFonts w:ascii="Times New Roman" w:hAnsi="Times New Roman" w:cs="Times New Roman"/>
          <w:sz w:val="28"/>
          <w:szCs w:val="28"/>
          <w:lang w:val="uk-UA"/>
        </w:rPr>
        <w:t xml:space="preserve">Практична значимість роботи полягає у можливості використання отриманих результатів та рекомендацій під час розробки двовимірних ігор у середовищі </w:t>
      </w:r>
      <w:proofErr w:type="spellStart"/>
      <w:r w:rsidRPr="00510C7E">
        <w:rPr>
          <w:rFonts w:ascii="Times New Roman" w:hAnsi="Times New Roman" w:cs="Times New Roman"/>
          <w:sz w:val="28"/>
          <w:szCs w:val="28"/>
          <w:lang w:val="uk-UA"/>
        </w:rPr>
        <w:t>GameMaker</w:t>
      </w:r>
      <w:proofErr w:type="spellEnd"/>
      <w:r w:rsidRPr="00510C7E">
        <w:rPr>
          <w:rFonts w:ascii="Times New Roman" w:hAnsi="Times New Roman" w:cs="Times New Roman"/>
          <w:sz w:val="28"/>
          <w:szCs w:val="28"/>
          <w:lang w:val="uk-UA"/>
        </w:rPr>
        <w:t xml:space="preserve">, а також у навчальному процесі при вивченні основ </w:t>
      </w:r>
      <w:proofErr w:type="spellStart"/>
      <w:r w:rsidRPr="00510C7E">
        <w:rPr>
          <w:rFonts w:ascii="Times New Roman" w:hAnsi="Times New Roman" w:cs="Times New Roman"/>
          <w:sz w:val="28"/>
          <w:szCs w:val="28"/>
          <w:lang w:val="uk-UA"/>
        </w:rPr>
        <w:t>подійно</w:t>
      </w:r>
      <w:proofErr w:type="spellEnd"/>
      <w:r w:rsidRPr="00510C7E">
        <w:rPr>
          <w:rFonts w:ascii="Times New Roman" w:hAnsi="Times New Roman" w:cs="Times New Roman"/>
          <w:sz w:val="28"/>
          <w:szCs w:val="28"/>
          <w:lang w:val="uk-UA"/>
        </w:rPr>
        <w:t>-орієнтованого програмування та ігрової розробки.</w:t>
      </w:r>
    </w:p>
    <w:p w14:paraId="539394DF" w14:textId="77777777" w:rsidR="00510C7E" w:rsidRPr="001639F1" w:rsidRDefault="00510C7E">
      <w:pPr>
        <w:rPr>
          <w:rFonts w:ascii="Times New Roman" w:hAnsi="Times New Roman" w:cs="Times New Roman"/>
          <w:sz w:val="28"/>
          <w:szCs w:val="28"/>
          <w:lang w:val="uk-UA"/>
        </w:rPr>
      </w:pPr>
      <w:r w:rsidRPr="001639F1">
        <w:rPr>
          <w:rFonts w:ascii="Times New Roman" w:hAnsi="Times New Roman" w:cs="Times New Roman"/>
          <w:sz w:val="28"/>
          <w:szCs w:val="28"/>
          <w:lang w:val="uk-UA"/>
        </w:rPr>
        <w:br w:type="page"/>
      </w:r>
    </w:p>
    <w:p w14:paraId="5C4F123C" w14:textId="02C001BB" w:rsidR="00945CB4" w:rsidRPr="001639F1" w:rsidRDefault="00945CB4" w:rsidP="00510C7E">
      <w:pPr>
        <w:pStyle w:val="1"/>
        <w:rPr>
          <w:lang w:val="uk-UA"/>
        </w:rPr>
      </w:pPr>
      <w:bookmarkStart w:id="3" w:name="_Toc219710704"/>
      <w:r w:rsidRPr="001639F1">
        <w:rPr>
          <w:lang w:val="uk-UA"/>
        </w:rPr>
        <w:lastRenderedPageBreak/>
        <w:t xml:space="preserve">Розділ 1. </w:t>
      </w:r>
      <w:r w:rsidR="00510C7E" w:rsidRPr="001639F1">
        <w:rPr>
          <w:lang w:val="uk-UA"/>
        </w:rPr>
        <w:br/>
      </w:r>
      <w:r w:rsidRPr="001639F1">
        <w:rPr>
          <w:lang w:val="uk-UA"/>
        </w:rPr>
        <w:t xml:space="preserve">Теоретичні та методологічні засади інтеграції алгоритмів обробки подій у рушії </w:t>
      </w:r>
      <w:r w:rsidRPr="00945CB4">
        <w:rPr>
          <w:lang w:val="ru-RU"/>
        </w:rPr>
        <w:t>GameMaker</w:t>
      </w:r>
      <w:r w:rsidRPr="001639F1">
        <w:rPr>
          <w:lang w:val="uk-UA"/>
        </w:rPr>
        <w:t xml:space="preserve"> з точки зору розробки програмного забезпечення</w:t>
      </w:r>
      <w:bookmarkEnd w:id="3"/>
    </w:p>
    <w:p w14:paraId="19CC04D1" w14:textId="77777777" w:rsidR="00510C7E" w:rsidRPr="001639F1" w:rsidRDefault="00510C7E" w:rsidP="00510C7E">
      <w:pPr>
        <w:spacing w:after="0" w:line="480" w:lineRule="auto"/>
        <w:contextualSpacing/>
        <w:jc w:val="both"/>
        <w:rPr>
          <w:rFonts w:ascii="Times New Roman" w:hAnsi="Times New Roman" w:cs="Times New Roman"/>
          <w:sz w:val="28"/>
          <w:szCs w:val="28"/>
          <w:lang w:val="uk-UA"/>
        </w:rPr>
      </w:pPr>
    </w:p>
    <w:p w14:paraId="78381D91" w14:textId="3660B5B8" w:rsidR="00945CB4" w:rsidRPr="001639F1" w:rsidRDefault="00945CB4" w:rsidP="00510C7E">
      <w:pPr>
        <w:spacing w:after="0" w:line="480" w:lineRule="auto"/>
        <w:contextualSpacing/>
        <w:jc w:val="center"/>
        <w:rPr>
          <w:rFonts w:ascii="Times New Roman" w:hAnsi="Times New Roman" w:cs="Times New Roman"/>
          <w:b/>
          <w:sz w:val="28"/>
          <w:szCs w:val="28"/>
          <w:lang w:val="uk-UA"/>
        </w:rPr>
      </w:pPr>
      <w:r w:rsidRPr="001639F1">
        <w:rPr>
          <w:rFonts w:ascii="Times New Roman" w:hAnsi="Times New Roman" w:cs="Times New Roman"/>
          <w:b/>
          <w:sz w:val="28"/>
          <w:szCs w:val="28"/>
          <w:lang w:val="uk-UA"/>
        </w:rPr>
        <w:t>1.1 Сучасна індустрія комп'ютерних ігор і роль ігрових рушіїв: загальний огляд</w:t>
      </w:r>
    </w:p>
    <w:p w14:paraId="1BD32C47" w14:textId="77777777" w:rsidR="00945CB4" w:rsidRPr="001639F1" w:rsidRDefault="00945CB4" w:rsidP="00510C7E">
      <w:pPr>
        <w:spacing w:after="0" w:line="480" w:lineRule="auto"/>
        <w:contextualSpacing/>
        <w:jc w:val="both"/>
        <w:rPr>
          <w:rFonts w:ascii="Times New Roman" w:hAnsi="Times New Roman" w:cs="Times New Roman"/>
          <w:sz w:val="28"/>
          <w:szCs w:val="28"/>
          <w:lang w:val="uk-UA"/>
        </w:rPr>
      </w:pPr>
    </w:p>
    <w:p w14:paraId="0AD7359D" w14:textId="77777777" w:rsidR="00DC6652" w:rsidRPr="00DC6652" w:rsidRDefault="00DC6652" w:rsidP="00DC6652">
      <w:pPr>
        <w:spacing w:after="0" w:line="360" w:lineRule="auto"/>
        <w:ind w:firstLine="709"/>
        <w:contextualSpacing/>
        <w:jc w:val="both"/>
        <w:rPr>
          <w:rFonts w:ascii="Times New Roman" w:hAnsi="Times New Roman" w:cs="Times New Roman"/>
          <w:sz w:val="28"/>
          <w:szCs w:val="28"/>
          <w:lang w:val="uk-UA"/>
        </w:rPr>
      </w:pPr>
      <w:r w:rsidRPr="00DC6652">
        <w:rPr>
          <w:rFonts w:ascii="Times New Roman" w:hAnsi="Times New Roman" w:cs="Times New Roman"/>
          <w:sz w:val="28"/>
          <w:szCs w:val="28"/>
          <w:lang w:val="uk-UA"/>
        </w:rPr>
        <w:t xml:space="preserve">Комп'ютерні ігри зараз – це не просто спосіб розважитись, а важлива частина цифрового світу. Вони стали потужним інструментом для навчання, симуляцій, розвитку мислення та тестування нових програмних рішень. Стрімкий прогрес у розвитку комп'ютерного заліза та програмного забезпечення перетворив ігрову індустрію на </w:t>
      </w:r>
      <w:proofErr w:type="spellStart"/>
      <w:r w:rsidRPr="00DC6652">
        <w:rPr>
          <w:rFonts w:ascii="Times New Roman" w:hAnsi="Times New Roman" w:cs="Times New Roman"/>
          <w:sz w:val="28"/>
          <w:szCs w:val="28"/>
          <w:lang w:val="uk-UA"/>
        </w:rPr>
        <w:t>надприбутковий</w:t>
      </w:r>
      <w:proofErr w:type="spellEnd"/>
      <w:r w:rsidRPr="00DC6652">
        <w:rPr>
          <w:rFonts w:ascii="Times New Roman" w:hAnsi="Times New Roman" w:cs="Times New Roman"/>
          <w:sz w:val="28"/>
          <w:szCs w:val="28"/>
          <w:lang w:val="uk-UA"/>
        </w:rPr>
        <w:t xml:space="preserve"> сектор економіки, який за рівнем популярності та залученості аудиторії перевищує кіно- та музичну індустрії разом узяті.</w:t>
      </w:r>
    </w:p>
    <w:p w14:paraId="7D307164" w14:textId="77777777" w:rsidR="00DC6652" w:rsidRPr="00DC6652" w:rsidRDefault="00DC6652" w:rsidP="00DC6652">
      <w:pPr>
        <w:spacing w:after="0" w:line="360" w:lineRule="auto"/>
        <w:ind w:firstLine="709"/>
        <w:contextualSpacing/>
        <w:jc w:val="both"/>
        <w:rPr>
          <w:rFonts w:ascii="Times New Roman" w:hAnsi="Times New Roman" w:cs="Times New Roman"/>
          <w:sz w:val="28"/>
          <w:szCs w:val="28"/>
          <w:lang w:val="uk-UA"/>
        </w:rPr>
      </w:pPr>
      <w:r w:rsidRPr="00DC6652">
        <w:rPr>
          <w:rFonts w:ascii="Times New Roman" w:hAnsi="Times New Roman" w:cs="Times New Roman"/>
          <w:sz w:val="28"/>
          <w:szCs w:val="28"/>
          <w:lang w:val="uk-UA"/>
        </w:rPr>
        <w:t xml:space="preserve">Україна не залишається осторонь світових тенденцій розвитку індустрії відеоігор. У вересні 2020 року </w:t>
      </w:r>
      <w:proofErr w:type="spellStart"/>
      <w:r w:rsidRPr="00DC6652">
        <w:rPr>
          <w:rFonts w:ascii="Times New Roman" w:hAnsi="Times New Roman" w:cs="Times New Roman"/>
          <w:sz w:val="28"/>
          <w:szCs w:val="28"/>
          <w:lang w:val="uk-UA"/>
        </w:rPr>
        <w:t>кіберспорт</w:t>
      </w:r>
      <w:proofErr w:type="spellEnd"/>
      <w:r w:rsidRPr="00DC6652">
        <w:rPr>
          <w:rFonts w:ascii="Times New Roman" w:hAnsi="Times New Roman" w:cs="Times New Roman"/>
          <w:sz w:val="28"/>
          <w:szCs w:val="28"/>
          <w:lang w:val="uk-UA"/>
        </w:rPr>
        <w:t xml:space="preserve"> було офіційно визнано видом спорту в Україні, що стало важливим кроком у формуванні національної ігрової екосистеми. Водночас інтерес українських користувачів до ігрової сфери не обмежується лише участю в </w:t>
      </w:r>
      <w:proofErr w:type="spellStart"/>
      <w:r w:rsidRPr="00DC6652">
        <w:rPr>
          <w:rFonts w:ascii="Times New Roman" w:hAnsi="Times New Roman" w:cs="Times New Roman"/>
          <w:sz w:val="28"/>
          <w:szCs w:val="28"/>
          <w:lang w:val="uk-UA"/>
        </w:rPr>
        <w:t>кіберспортивних</w:t>
      </w:r>
      <w:proofErr w:type="spellEnd"/>
      <w:r w:rsidRPr="00DC6652">
        <w:rPr>
          <w:rFonts w:ascii="Times New Roman" w:hAnsi="Times New Roman" w:cs="Times New Roman"/>
          <w:sz w:val="28"/>
          <w:szCs w:val="28"/>
          <w:lang w:val="uk-UA"/>
        </w:rPr>
        <w:t xml:space="preserve"> змаганнях, а охоплює також розробку власних ігрових продуктів та програмних рішень.</w:t>
      </w:r>
    </w:p>
    <w:p w14:paraId="467B13B8" w14:textId="77777777" w:rsidR="00DC6652" w:rsidRPr="00DC6652" w:rsidRDefault="00DC6652" w:rsidP="00DC6652">
      <w:pPr>
        <w:spacing w:after="0" w:line="360" w:lineRule="auto"/>
        <w:ind w:firstLine="709"/>
        <w:contextualSpacing/>
        <w:jc w:val="both"/>
        <w:rPr>
          <w:rFonts w:ascii="Times New Roman" w:hAnsi="Times New Roman" w:cs="Times New Roman"/>
          <w:sz w:val="28"/>
          <w:szCs w:val="28"/>
          <w:lang w:val="uk-UA"/>
        </w:rPr>
      </w:pPr>
      <w:r w:rsidRPr="00DC6652">
        <w:rPr>
          <w:rFonts w:ascii="Times New Roman" w:hAnsi="Times New Roman" w:cs="Times New Roman"/>
          <w:sz w:val="28"/>
          <w:szCs w:val="28"/>
          <w:lang w:val="uk-UA"/>
        </w:rPr>
        <w:t xml:space="preserve">Яскравим підтвердженням цього є успіхи українських студій, які створили відомі на міжнародному рівні ігрові </w:t>
      </w:r>
      <w:proofErr w:type="spellStart"/>
      <w:r w:rsidRPr="00DC6652">
        <w:rPr>
          <w:rFonts w:ascii="Times New Roman" w:hAnsi="Times New Roman" w:cs="Times New Roman"/>
          <w:sz w:val="28"/>
          <w:szCs w:val="28"/>
          <w:lang w:val="uk-UA"/>
        </w:rPr>
        <w:t>проєкти</w:t>
      </w:r>
      <w:proofErr w:type="spellEnd"/>
      <w:r w:rsidRPr="00DC6652">
        <w:rPr>
          <w:rFonts w:ascii="Times New Roman" w:hAnsi="Times New Roman" w:cs="Times New Roman"/>
          <w:sz w:val="28"/>
          <w:szCs w:val="28"/>
          <w:lang w:val="uk-UA"/>
        </w:rPr>
        <w:t xml:space="preserve">, зокрема </w:t>
      </w:r>
      <w:proofErr w:type="spellStart"/>
      <w:r w:rsidRPr="00DC6652">
        <w:rPr>
          <w:rFonts w:ascii="Times New Roman" w:hAnsi="Times New Roman" w:cs="Times New Roman"/>
          <w:sz w:val="28"/>
          <w:szCs w:val="28"/>
          <w:lang w:val="uk-UA"/>
        </w:rPr>
        <w:t>The</w:t>
      </w:r>
      <w:proofErr w:type="spellEnd"/>
      <w:r w:rsidRPr="00DC6652">
        <w:rPr>
          <w:rFonts w:ascii="Times New Roman" w:hAnsi="Times New Roman" w:cs="Times New Roman"/>
          <w:sz w:val="28"/>
          <w:szCs w:val="28"/>
          <w:lang w:val="uk-UA"/>
        </w:rPr>
        <w:t xml:space="preserve"> </w:t>
      </w:r>
      <w:proofErr w:type="spellStart"/>
      <w:r w:rsidRPr="00DC6652">
        <w:rPr>
          <w:rFonts w:ascii="Times New Roman" w:hAnsi="Times New Roman" w:cs="Times New Roman"/>
          <w:sz w:val="28"/>
          <w:szCs w:val="28"/>
          <w:lang w:val="uk-UA"/>
        </w:rPr>
        <w:t>Adventures</w:t>
      </w:r>
      <w:proofErr w:type="spellEnd"/>
      <w:r w:rsidRPr="00DC6652">
        <w:rPr>
          <w:rFonts w:ascii="Times New Roman" w:hAnsi="Times New Roman" w:cs="Times New Roman"/>
          <w:sz w:val="28"/>
          <w:szCs w:val="28"/>
          <w:lang w:val="uk-UA"/>
        </w:rPr>
        <w:t xml:space="preserve"> </w:t>
      </w:r>
      <w:proofErr w:type="spellStart"/>
      <w:r w:rsidRPr="00DC6652">
        <w:rPr>
          <w:rFonts w:ascii="Times New Roman" w:hAnsi="Times New Roman" w:cs="Times New Roman"/>
          <w:sz w:val="28"/>
          <w:szCs w:val="28"/>
          <w:lang w:val="uk-UA"/>
        </w:rPr>
        <w:t>of</w:t>
      </w:r>
      <w:proofErr w:type="spellEnd"/>
      <w:r w:rsidRPr="00DC6652">
        <w:rPr>
          <w:rFonts w:ascii="Times New Roman" w:hAnsi="Times New Roman" w:cs="Times New Roman"/>
          <w:sz w:val="28"/>
          <w:szCs w:val="28"/>
          <w:lang w:val="uk-UA"/>
        </w:rPr>
        <w:t xml:space="preserve"> </w:t>
      </w:r>
      <w:proofErr w:type="spellStart"/>
      <w:r w:rsidRPr="00DC6652">
        <w:rPr>
          <w:rFonts w:ascii="Times New Roman" w:hAnsi="Times New Roman" w:cs="Times New Roman"/>
          <w:sz w:val="28"/>
          <w:szCs w:val="28"/>
          <w:lang w:val="uk-UA"/>
        </w:rPr>
        <w:t>Sherlock</w:t>
      </w:r>
      <w:proofErr w:type="spellEnd"/>
      <w:r w:rsidRPr="00DC6652">
        <w:rPr>
          <w:rFonts w:ascii="Times New Roman" w:hAnsi="Times New Roman" w:cs="Times New Roman"/>
          <w:sz w:val="28"/>
          <w:szCs w:val="28"/>
          <w:lang w:val="uk-UA"/>
        </w:rPr>
        <w:t xml:space="preserve"> </w:t>
      </w:r>
      <w:proofErr w:type="spellStart"/>
      <w:r w:rsidRPr="00DC6652">
        <w:rPr>
          <w:rFonts w:ascii="Times New Roman" w:hAnsi="Times New Roman" w:cs="Times New Roman"/>
          <w:sz w:val="28"/>
          <w:szCs w:val="28"/>
          <w:lang w:val="uk-UA"/>
        </w:rPr>
        <w:t>Holmes</w:t>
      </w:r>
      <w:proofErr w:type="spellEnd"/>
      <w:r w:rsidRPr="00DC6652">
        <w:rPr>
          <w:rFonts w:ascii="Times New Roman" w:hAnsi="Times New Roman" w:cs="Times New Roman"/>
          <w:sz w:val="28"/>
          <w:szCs w:val="28"/>
          <w:lang w:val="uk-UA"/>
        </w:rPr>
        <w:t xml:space="preserve">, S.T.A.L.K.E.R., Козаки та інші. </w:t>
      </w:r>
      <w:proofErr w:type="spellStart"/>
      <w:r w:rsidRPr="00DC6652">
        <w:rPr>
          <w:rFonts w:ascii="Times New Roman" w:hAnsi="Times New Roman" w:cs="Times New Roman"/>
          <w:sz w:val="28"/>
          <w:szCs w:val="28"/>
          <w:lang w:val="uk-UA"/>
        </w:rPr>
        <w:t>Кіберспорт</w:t>
      </w:r>
      <w:proofErr w:type="spellEnd"/>
      <w:r w:rsidRPr="00DC6652">
        <w:rPr>
          <w:rFonts w:ascii="Times New Roman" w:hAnsi="Times New Roman" w:cs="Times New Roman"/>
          <w:sz w:val="28"/>
          <w:szCs w:val="28"/>
          <w:lang w:val="uk-UA"/>
        </w:rPr>
        <w:t xml:space="preserve"> в Україні почав формуватися на початку 2000-х років, коли перші змагання проводилися в комп’ютерних клубах. У 2009 році була заснована </w:t>
      </w:r>
      <w:proofErr w:type="spellStart"/>
      <w:r w:rsidRPr="00DC6652">
        <w:rPr>
          <w:rFonts w:ascii="Times New Roman" w:hAnsi="Times New Roman" w:cs="Times New Roman"/>
          <w:sz w:val="28"/>
          <w:szCs w:val="28"/>
          <w:lang w:val="uk-UA"/>
        </w:rPr>
        <w:t>кіберспортивна</w:t>
      </w:r>
      <w:proofErr w:type="spellEnd"/>
      <w:r w:rsidRPr="00DC6652">
        <w:rPr>
          <w:rFonts w:ascii="Times New Roman" w:hAnsi="Times New Roman" w:cs="Times New Roman"/>
          <w:sz w:val="28"/>
          <w:szCs w:val="28"/>
          <w:lang w:val="uk-UA"/>
        </w:rPr>
        <w:t xml:space="preserve"> організація </w:t>
      </w:r>
      <w:proofErr w:type="spellStart"/>
      <w:r w:rsidRPr="00DC6652">
        <w:rPr>
          <w:rFonts w:ascii="Times New Roman" w:hAnsi="Times New Roman" w:cs="Times New Roman"/>
          <w:sz w:val="28"/>
          <w:szCs w:val="28"/>
          <w:lang w:val="uk-UA"/>
        </w:rPr>
        <w:t>Natus</w:t>
      </w:r>
      <w:proofErr w:type="spellEnd"/>
      <w:r w:rsidRPr="00DC6652">
        <w:rPr>
          <w:rFonts w:ascii="Times New Roman" w:hAnsi="Times New Roman" w:cs="Times New Roman"/>
          <w:sz w:val="28"/>
          <w:szCs w:val="28"/>
          <w:lang w:val="uk-UA"/>
        </w:rPr>
        <w:t xml:space="preserve"> </w:t>
      </w:r>
      <w:proofErr w:type="spellStart"/>
      <w:r w:rsidRPr="00DC6652">
        <w:rPr>
          <w:rFonts w:ascii="Times New Roman" w:hAnsi="Times New Roman" w:cs="Times New Roman"/>
          <w:sz w:val="28"/>
          <w:szCs w:val="28"/>
          <w:lang w:val="uk-UA"/>
        </w:rPr>
        <w:t>Vincere</w:t>
      </w:r>
      <w:proofErr w:type="spellEnd"/>
      <w:r w:rsidRPr="00DC6652">
        <w:rPr>
          <w:rFonts w:ascii="Times New Roman" w:hAnsi="Times New Roman" w:cs="Times New Roman"/>
          <w:sz w:val="28"/>
          <w:szCs w:val="28"/>
          <w:lang w:val="uk-UA"/>
        </w:rPr>
        <w:t xml:space="preserve">, яка згодом здобула світове визнання завдяки численним перемогам у дисциплінах </w:t>
      </w:r>
      <w:proofErr w:type="spellStart"/>
      <w:r w:rsidRPr="00DC6652">
        <w:rPr>
          <w:rFonts w:ascii="Times New Roman" w:hAnsi="Times New Roman" w:cs="Times New Roman"/>
          <w:sz w:val="28"/>
          <w:szCs w:val="28"/>
          <w:lang w:val="uk-UA"/>
        </w:rPr>
        <w:lastRenderedPageBreak/>
        <w:t>Counter-Strike</w:t>
      </w:r>
      <w:proofErr w:type="spellEnd"/>
      <w:r w:rsidRPr="00DC6652">
        <w:rPr>
          <w:rFonts w:ascii="Times New Roman" w:hAnsi="Times New Roman" w:cs="Times New Roman"/>
          <w:sz w:val="28"/>
          <w:szCs w:val="28"/>
          <w:lang w:val="uk-UA"/>
        </w:rPr>
        <w:t xml:space="preserve"> та </w:t>
      </w:r>
      <w:proofErr w:type="spellStart"/>
      <w:r w:rsidRPr="00DC6652">
        <w:rPr>
          <w:rFonts w:ascii="Times New Roman" w:hAnsi="Times New Roman" w:cs="Times New Roman"/>
          <w:sz w:val="28"/>
          <w:szCs w:val="28"/>
          <w:lang w:val="uk-UA"/>
        </w:rPr>
        <w:t>Dota</w:t>
      </w:r>
      <w:proofErr w:type="spellEnd"/>
      <w:r w:rsidRPr="00DC6652">
        <w:rPr>
          <w:rFonts w:ascii="Times New Roman" w:hAnsi="Times New Roman" w:cs="Times New Roman"/>
          <w:sz w:val="28"/>
          <w:szCs w:val="28"/>
          <w:lang w:val="uk-UA"/>
        </w:rPr>
        <w:t xml:space="preserve"> 2. Значна частина української аудиторії також представлена геймерами-аматорами, які сприймають ігри як серйозне хобі та форму інтелектуального дозвілля [2].</w:t>
      </w:r>
    </w:p>
    <w:p w14:paraId="7AB06690" w14:textId="77777777" w:rsidR="00DC6652" w:rsidRPr="00DC6652" w:rsidRDefault="00DC6652" w:rsidP="00DC6652">
      <w:pPr>
        <w:spacing w:after="0" w:line="360" w:lineRule="auto"/>
        <w:ind w:firstLine="709"/>
        <w:contextualSpacing/>
        <w:jc w:val="both"/>
        <w:rPr>
          <w:rFonts w:ascii="Times New Roman" w:hAnsi="Times New Roman" w:cs="Times New Roman"/>
          <w:sz w:val="28"/>
          <w:szCs w:val="28"/>
          <w:lang w:val="uk-UA"/>
        </w:rPr>
      </w:pPr>
      <w:r w:rsidRPr="00DC6652">
        <w:rPr>
          <w:rFonts w:ascii="Times New Roman" w:hAnsi="Times New Roman" w:cs="Times New Roman"/>
          <w:sz w:val="28"/>
          <w:szCs w:val="28"/>
          <w:lang w:val="uk-UA"/>
        </w:rPr>
        <w:t xml:space="preserve">Створення комп’ютерної гри є складним багатокомпонентним процесом, що потребує залучення фахівців різних напрямів: програмістів, дизайнерів, художників, сценаристів і </w:t>
      </w:r>
      <w:proofErr w:type="spellStart"/>
      <w:r w:rsidRPr="00DC6652">
        <w:rPr>
          <w:rFonts w:ascii="Times New Roman" w:hAnsi="Times New Roman" w:cs="Times New Roman"/>
          <w:sz w:val="28"/>
          <w:szCs w:val="28"/>
          <w:lang w:val="uk-UA"/>
        </w:rPr>
        <w:t>тестувальників</w:t>
      </w:r>
      <w:proofErr w:type="spellEnd"/>
      <w:r w:rsidRPr="00DC6652">
        <w:rPr>
          <w:rFonts w:ascii="Times New Roman" w:hAnsi="Times New Roman" w:cs="Times New Roman"/>
          <w:sz w:val="28"/>
          <w:szCs w:val="28"/>
          <w:lang w:val="uk-UA"/>
        </w:rPr>
        <w:t>. Кожен з етапів розробки має свої особливості та вимагає чіткої координації між членами команди. Проте ключовим елементом будь-якого ігрового продукту залишається програмний код, який визначає логіку роботи гри та характер взаємодії користувача з віртуальним середовищем.</w:t>
      </w:r>
    </w:p>
    <w:p w14:paraId="5C5B91A8" w14:textId="77777777" w:rsidR="00DC6652" w:rsidRPr="00DC6652" w:rsidRDefault="00DC6652" w:rsidP="00DC6652">
      <w:pPr>
        <w:spacing w:after="0" w:line="360" w:lineRule="auto"/>
        <w:ind w:firstLine="709"/>
        <w:contextualSpacing/>
        <w:jc w:val="both"/>
        <w:rPr>
          <w:rFonts w:ascii="Times New Roman" w:hAnsi="Times New Roman" w:cs="Times New Roman"/>
          <w:sz w:val="28"/>
          <w:szCs w:val="28"/>
          <w:lang w:val="uk-UA"/>
        </w:rPr>
      </w:pPr>
      <w:r w:rsidRPr="00DC6652">
        <w:rPr>
          <w:rFonts w:ascii="Times New Roman" w:hAnsi="Times New Roman" w:cs="Times New Roman"/>
          <w:sz w:val="28"/>
          <w:szCs w:val="28"/>
          <w:lang w:val="uk-UA"/>
        </w:rPr>
        <w:t xml:space="preserve">Реалізацію цієї програмної логіки забезпечують ігрові рушії, які виступають технологічною основою для створення ігрових застосунків. Ігровий рушій, по суті, є комплексом програмних інструментів і бібліотек, що надають розробнику засоби для роботи з графікою, звуком, фізикою, обробкою подій та керуванням ігровими об’єктами. Використання рушіїв значно скорочує час розробки та дозволяє зосередитися на </w:t>
      </w:r>
      <w:proofErr w:type="spellStart"/>
      <w:r w:rsidRPr="00DC6652">
        <w:rPr>
          <w:rFonts w:ascii="Times New Roman" w:hAnsi="Times New Roman" w:cs="Times New Roman"/>
          <w:sz w:val="28"/>
          <w:szCs w:val="28"/>
          <w:lang w:val="uk-UA"/>
        </w:rPr>
        <w:t>проєктуванні</w:t>
      </w:r>
      <w:proofErr w:type="spellEnd"/>
      <w:r w:rsidRPr="00DC6652">
        <w:rPr>
          <w:rFonts w:ascii="Times New Roman" w:hAnsi="Times New Roman" w:cs="Times New Roman"/>
          <w:sz w:val="28"/>
          <w:szCs w:val="28"/>
          <w:lang w:val="uk-UA"/>
        </w:rPr>
        <w:t xml:space="preserve"> ігрових механік, а не на реалізації </w:t>
      </w:r>
      <w:proofErr w:type="spellStart"/>
      <w:r w:rsidRPr="00DC6652">
        <w:rPr>
          <w:rFonts w:ascii="Times New Roman" w:hAnsi="Times New Roman" w:cs="Times New Roman"/>
          <w:sz w:val="28"/>
          <w:szCs w:val="28"/>
          <w:lang w:val="uk-UA"/>
        </w:rPr>
        <w:t>низькорівневих</w:t>
      </w:r>
      <w:proofErr w:type="spellEnd"/>
      <w:r w:rsidRPr="00DC6652">
        <w:rPr>
          <w:rFonts w:ascii="Times New Roman" w:hAnsi="Times New Roman" w:cs="Times New Roman"/>
          <w:sz w:val="28"/>
          <w:szCs w:val="28"/>
          <w:lang w:val="uk-UA"/>
        </w:rPr>
        <w:t xml:space="preserve"> технічних рішень.</w:t>
      </w:r>
    </w:p>
    <w:p w14:paraId="3FEFB0E0" w14:textId="77777777" w:rsidR="00DC6652" w:rsidRPr="00DC6652" w:rsidRDefault="00DC6652" w:rsidP="00DC6652">
      <w:pPr>
        <w:spacing w:after="0" w:line="360" w:lineRule="auto"/>
        <w:ind w:firstLine="709"/>
        <w:contextualSpacing/>
        <w:jc w:val="both"/>
        <w:rPr>
          <w:rFonts w:ascii="Times New Roman" w:hAnsi="Times New Roman" w:cs="Times New Roman"/>
          <w:sz w:val="28"/>
          <w:szCs w:val="28"/>
          <w:lang w:val="uk-UA"/>
        </w:rPr>
      </w:pPr>
      <w:r w:rsidRPr="00DC6652">
        <w:rPr>
          <w:rFonts w:ascii="Times New Roman" w:hAnsi="Times New Roman" w:cs="Times New Roman"/>
          <w:sz w:val="28"/>
          <w:szCs w:val="28"/>
          <w:lang w:val="uk-UA"/>
        </w:rPr>
        <w:t xml:space="preserve">Серед різноманіття сучасних ігрових рушіїв </w:t>
      </w:r>
      <w:proofErr w:type="spellStart"/>
      <w:r w:rsidRPr="00DC6652">
        <w:rPr>
          <w:rFonts w:ascii="Times New Roman" w:hAnsi="Times New Roman" w:cs="Times New Roman"/>
          <w:sz w:val="28"/>
          <w:szCs w:val="28"/>
          <w:lang w:val="uk-UA"/>
        </w:rPr>
        <w:t>GameMaker</w:t>
      </w:r>
      <w:proofErr w:type="spellEnd"/>
      <w:r w:rsidRPr="00DC6652">
        <w:rPr>
          <w:rFonts w:ascii="Times New Roman" w:hAnsi="Times New Roman" w:cs="Times New Roman"/>
          <w:sz w:val="28"/>
          <w:szCs w:val="28"/>
          <w:lang w:val="uk-UA"/>
        </w:rPr>
        <w:t xml:space="preserve"> займає особливе місце завдяки орієнтації на створення двовимірних ігор. Він поєднує відносну простоту освоєння з достатнім функціональним потенціалом, що дозволяє реалізовувати як навчальні </w:t>
      </w:r>
      <w:proofErr w:type="spellStart"/>
      <w:r w:rsidRPr="00DC6652">
        <w:rPr>
          <w:rFonts w:ascii="Times New Roman" w:hAnsi="Times New Roman" w:cs="Times New Roman"/>
          <w:sz w:val="28"/>
          <w:szCs w:val="28"/>
          <w:lang w:val="uk-UA"/>
        </w:rPr>
        <w:t>проєкти</w:t>
      </w:r>
      <w:proofErr w:type="spellEnd"/>
      <w:r w:rsidRPr="00DC6652">
        <w:rPr>
          <w:rFonts w:ascii="Times New Roman" w:hAnsi="Times New Roman" w:cs="Times New Roman"/>
          <w:sz w:val="28"/>
          <w:szCs w:val="28"/>
          <w:lang w:val="uk-UA"/>
        </w:rPr>
        <w:t xml:space="preserve">, так і повноцінні комерційні ігри. Саме ці особливості роблять </w:t>
      </w:r>
      <w:proofErr w:type="spellStart"/>
      <w:r w:rsidRPr="00DC6652">
        <w:rPr>
          <w:rFonts w:ascii="Times New Roman" w:hAnsi="Times New Roman" w:cs="Times New Roman"/>
          <w:sz w:val="28"/>
          <w:szCs w:val="28"/>
          <w:lang w:val="uk-UA"/>
        </w:rPr>
        <w:t>GameMaker</w:t>
      </w:r>
      <w:proofErr w:type="spellEnd"/>
      <w:r w:rsidRPr="00DC6652">
        <w:rPr>
          <w:rFonts w:ascii="Times New Roman" w:hAnsi="Times New Roman" w:cs="Times New Roman"/>
          <w:sz w:val="28"/>
          <w:szCs w:val="28"/>
          <w:lang w:val="uk-UA"/>
        </w:rPr>
        <w:t xml:space="preserve"> доцільним об’єктом дослідження у контексті аналізу підходів до розробки ігрової логіки та інтеграції алгоритмів обробки подій.</w:t>
      </w:r>
    </w:p>
    <w:p w14:paraId="20F2EA39" w14:textId="44B6D757" w:rsidR="00DC6652" w:rsidRDefault="00DC6652" w:rsidP="00510C7E">
      <w:pPr>
        <w:spacing w:after="0" w:line="480" w:lineRule="auto"/>
        <w:contextualSpacing/>
        <w:jc w:val="both"/>
        <w:rPr>
          <w:rFonts w:ascii="Times New Roman" w:hAnsi="Times New Roman" w:cs="Times New Roman"/>
          <w:sz w:val="28"/>
          <w:szCs w:val="28"/>
          <w:lang w:val="uk-UA"/>
        </w:rPr>
      </w:pPr>
    </w:p>
    <w:p w14:paraId="35701081" w14:textId="77777777" w:rsidR="00750BFA" w:rsidRPr="001639F1" w:rsidRDefault="00750BFA" w:rsidP="00510C7E">
      <w:pPr>
        <w:spacing w:after="0" w:line="480" w:lineRule="auto"/>
        <w:contextualSpacing/>
        <w:jc w:val="both"/>
        <w:rPr>
          <w:rFonts w:ascii="Times New Roman" w:hAnsi="Times New Roman" w:cs="Times New Roman"/>
          <w:sz w:val="28"/>
          <w:szCs w:val="28"/>
          <w:lang w:val="uk-UA"/>
        </w:rPr>
      </w:pPr>
    </w:p>
    <w:p w14:paraId="65F19921" w14:textId="47C96A68" w:rsidR="00945CB4" w:rsidRPr="001D22DF" w:rsidRDefault="00945CB4" w:rsidP="00DC6652">
      <w:pPr>
        <w:pStyle w:val="21"/>
        <w:spacing w:before="0" w:beforeAutospacing="0" w:after="0" w:afterAutospacing="0"/>
      </w:pPr>
      <w:bookmarkStart w:id="4" w:name="_Toc219710705"/>
      <w:r w:rsidRPr="001D22DF">
        <w:lastRenderedPageBreak/>
        <w:t xml:space="preserve">1.2 </w:t>
      </w:r>
      <w:proofErr w:type="spellStart"/>
      <w:r w:rsidRPr="001D22DF">
        <w:t>Ігровий</w:t>
      </w:r>
      <w:proofErr w:type="spellEnd"/>
      <w:r w:rsidRPr="001D22DF">
        <w:t xml:space="preserve"> </w:t>
      </w:r>
      <w:proofErr w:type="spellStart"/>
      <w:r w:rsidRPr="001D22DF">
        <w:t>рушій</w:t>
      </w:r>
      <w:proofErr w:type="spellEnd"/>
      <w:r w:rsidRPr="001D22DF">
        <w:t xml:space="preserve"> та </w:t>
      </w:r>
      <w:proofErr w:type="spellStart"/>
      <w:r w:rsidRPr="001D22DF">
        <w:t>особливості</w:t>
      </w:r>
      <w:proofErr w:type="spellEnd"/>
      <w:r w:rsidRPr="001D22DF">
        <w:t xml:space="preserve"> </w:t>
      </w:r>
      <w:proofErr w:type="spellStart"/>
      <w:r w:rsidRPr="001D22DF">
        <w:t>GameMaker</w:t>
      </w:r>
      <w:proofErr w:type="spellEnd"/>
      <w:r w:rsidRPr="001D22DF">
        <w:t xml:space="preserve"> у </w:t>
      </w:r>
      <w:proofErr w:type="spellStart"/>
      <w:r w:rsidRPr="001D22DF">
        <w:t>контексті</w:t>
      </w:r>
      <w:proofErr w:type="spellEnd"/>
      <w:r w:rsidRPr="001D22DF">
        <w:t xml:space="preserve"> </w:t>
      </w:r>
      <w:proofErr w:type="spellStart"/>
      <w:r w:rsidRPr="001D22DF">
        <w:t>орієнтованого</w:t>
      </w:r>
      <w:proofErr w:type="spellEnd"/>
      <w:r w:rsidRPr="001D22DF">
        <w:t xml:space="preserve"> на </w:t>
      </w:r>
      <w:proofErr w:type="spellStart"/>
      <w:r w:rsidRPr="001D22DF">
        <w:t>події</w:t>
      </w:r>
      <w:proofErr w:type="spellEnd"/>
      <w:r w:rsidRPr="001D22DF">
        <w:t xml:space="preserve"> </w:t>
      </w:r>
      <w:proofErr w:type="spellStart"/>
      <w:r w:rsidRPr="001D22DF">
        <w:t>підходу</w:t>
      </w:r>
      <w:bookmarkEnd w:id="4"/>
      <w:proofErr w:type="spellEnd"/>
    </w:p>
    <w:p w14:paraId="008C7D14" w14:textId="77777777" w:rsidR="00945CB4" w:rsidRPr="001D22DF" w:rsidRDefault="00945CB4" w:rsidP="00DC6652">
      <w:pPr>
        <w:spacing w:after="0" w:line="360" w:lineRule="auto"/>
        <w:contextualSpacing/>
        <w:jc w:val="both"/>
        <w:rPr>
          <w:rFonts w:ascii="Times New Roman" w:hAnsi="Times New Roman" w:cs="Times New Roman"/>
          <w:sz w:val="28"/>
          <w:szCs w:val="28"/>
          <w:lang w:val="ru-RU"/>
        </w:rPr>
      </w:pPr>
    </w:p>
    <w:p w14:paraId="490E4442" w14:textId="77777777" w:rsidR="00515077" w:rsidRPr="00515077" w:rsidRDefault="00515077" w:rsidP="00515077">
      <w:pPr>
        <w:spacing w:after="0" w:line="360" w:lineRule="auto"/>
        <w:ind w:firstLine="709"/>
        <w:contextualSpacing/>
        <w:jc w:val="both"/>
        <w:rPr>
          <w:rFonts w:ascii="Times New Roman" w:hAnsi="Times New Roman" w:cs="Times New Roman"/>
          <w:sz w:val="28"/>
          <w:szCs w:val="28"/>
          <w:lang w:val="uk-UA"/>
        </w:rPr>
      </w:pPr>
      <w:r w:rsidRPr="00515077">
        <w:rPr>
          <w:rFonts w:ascii="Times New Roman" w:hAnsi="Times New Roman" w:cs="Times New Roman"/>
          <w:sz w:val="28"/>
          <w:szCs w:val="28"/>
          <w:lang w:val="uk-UA"/>
        </w:rPr>
        <w:t xml:space="preserve">У будь-якому ігровому рушії закладена певна архітектура, яка визначає принципи організації програмного коду та взаємодії між його складовими. Одним із найпоширеніших підходів у сучасній ігровій розробці є </w:t>
      </w:r>
      <w:proofErr w:type="spellStart"/>
      <w:r w:rsidRPr="00515077">
        <w:rPr>
          <w:rFonts w:ascii="Times New Roman" w:hAnsi="Times New Roman" w:cs="Times New Roman"/>
          <w:sz w:val="28"/>
          <w:szCs w:val="28"/>
          <w:lang w:val="uk-UA"/>
        </w:rPr>
        <w:t>подієво</w:t>
      </w:r>
      <w:proofErr w:type="spellEnd"/>
      <w:r w:rsidRPr="00515077">
        <w:rPr>
          <w:rFonts w:ascii="Times New Roman" w:hAnsi="Times New Roman" w:cs="Times New Roman"/>
          <w:sz w:val="28"/>
          <w:szCs w:val="28"/>
          <w:lang w:val="uk-UA"/>
        </w:rPr>
        <w:t xml:space="preserve">-орієнтований підхід, за якого виконання програмної логіки відбувається у відповідь на конкретні події. </w:t>
      </w:r>
      <w:proofErr w:type="spellStart"/>
      <w:r w:rsidRPr="00515077">
        <w:rPr>
          <w:rFonts w:ascii="Times New Roman" w:hAnsi="Times New Roman" w:cs="Times New Roman"/>
          <w:sz w:val="28"/>
          <w:szCs w:val="28"/>
          <w:lang w:val="uk-UA"/>
        </w:rPr>
        <w:t>GameMaker</w:t>
      </w:r>
      <w:proofErr w:type="spellEnd"/>
      <w:r w:rsidRPr="00515077">
        <w:rPr>
          <w:rFonts w:ascii="Times New Roman" w:hAnsi="Times New Roman" w:cs="Times New Roman"/>
          <w:sz w:val="28"/>
          <w:szCs w:val="28"/>
          <w:lang w:val="uk-UA"/>
        </w:rPr>
        <w:t xml:space="preserve"> є наочним прикладом ігрового рушія, в основі якого лежить саме така модель. Його базові елементи включають об’єкти, </w:t>
      </w:r>
      <w:proofErr w:type="spellStart"/>
      <w:r w:rsidRPr="00515077">
        <w:rPr>
          <w:rFonts w:ascii="Times New Roman" w:hAnsi="Times New Roman" w:cs="Times New Roman"/>
          <w:sz w:val="28"/>
          <w:szCs w:val="28"/>
          <w:lang w:val="uk-UA"/>
        </w:rPr>
        <w:t>спрайти</w:t>
      </w:r>
      <w:proofErr w:type="spellEnd"/>
      <w:r w:rsidRPr="00515077">
        <w:rPr>
          <w:rFonts w:ascii="Times New Roman" w:hAnsi="Times New Roman" w:cs="Times New Roman"/>
          <w:sz w:val="28"/>
          <w:szCs w:val="28"/>
          <w:lang w:val="uk-UA"/>
        </w:rPr>
        <w:t>, кімнати та події, кожен з яких виконує чітко визначену функцію в ігровій системі.</w:t>
      </w:r>
    </w:p>
    <w:p w14:paraId="435D60F5" w14:textId="77777777" w:rsidR="00515077" w:rsidRPr="00515077" w:rsidRDefault="00515077" w:rsidP="00515077">
      <w:pPr>
        <w:spacing w:after="0" w:line="360" w:lineRule="auto"/>
        <w:ind w:firstLine="709"/>
        <w:contextualSpacing/>
        <w:jc w:val="both"/>
        <w:rPr>
          <w:rFonts w:ascii="Times New Roman" w:hAnsi="Times New Roman" w:cs="Times New Roman"/>
          <w:sz w:val="28"/>
          <w:szCs w:val="28"/>
          <w:lang w:val="uk-UA"/>
        </w:rPr>
      </w:pPr>
      <w:r w:rsidRPr="00515077">
        <w:rPr>
          <w:rFonts w:ascii="Times New Roman" w:hAnsi="Times New Roman" w:cs="Times New Roman"/>
          <w:sz w:val="28"/>
          <w:szCs w:val="28"/>
          <w:lang w:val="uk-UA"/>
        </w:rPr>
        <w:t xml:space="preserve">Об’єкти в </w:t>
      </w:r>
      <w:proofErr w:type="spellStart"/>
      <w:r w:rsidRPr="00515077">
        <w:rPr>
          <w:rFonts w:ascii="Times New Roman" w:hAnsi="Times New Roman" w:cs="Times New Roman"/>
          <w:sz w:val="28"/>
          <w:szCs w:val="28"/>
          <w:lang w:val="uk-UA"/>
        </w:rPr>
        <w:t>GameMaker</w:t>
      </w:r>
      <w:proofErr w:type="spellEnd"/>
      <w:r w:rsidRPr="00515077">
        <w:rPr>
          <w:rFonts w:ascii="Times New Roman" w:hAnsi="Times New Roman" w:cs="Times New Roman"/>
          <w:sz w:val="28"/>
          <w:szCs w:val="28"/>
          <w:lang w:val="uk-UA"/>
        </w:rPr>
        <w:t xml:space="preserve"> виступають основними носіями логіки та поведінки гри. Вони можуть містити програмний код, реагувати на події та взаємодіяти між собою. </w:t>
      </w:r>
      <w:proofErr w:type="spellStart"/>
      <w:r w:rsidRPr="00515077">
        <w:rPr>
          <w:rFonts w:ascii="Times New Roman" w:hAnsi="Times New Roman" w:cs="Times New Roman"/>
          <w:sz w:val="28"/>
          <w:szCs w:val="28"/>
          <w:lang w:val="uk-UA"/>
        </w:rPr>
        <w:t>Спрайти</w:t>
      </w:r>
      <w:proofErr w:type="spellEnd"/>
      <w:r w:rsidRPr="00515077">
        <w:rPr>
          <w:rFonts w:ascii="Times New Roman" w:hAnsi="Times New Roman" w:cs="Times New Roman"/>
          <w:sz w:val="28"/>
          <w:szCs w:val="28"/>
          <w:lang w:val="uk-UA"/>
        </w:rPr>
        <w:t xml:space="preserve"> відповідають за візуальне представлення об’єктів, тоді як кімнати використовуються для організації ігрових рівнів або сцен. Події є ключовим елементом </w:t>
      </w:r>
      <w:proofErr w:type="spellStart"/>
      <w:r w:rsidRPr="00515077">
        <w:rPr>
          <w:rFonts w:ascii="Times New Roman" w:hAnsi="Times New Roman" w:cs="Times New Roman"/>
          <w:sz w:val="28"/>
          <w:szCs w:val="28"/>
          <w:lang w:val="uk-UA"/>
        </w:rPr>
        <w:t>подієво</w:t>
      </w:r>
      <w:proofErr w:type="spellEnd"/>
      <w:r w:rsidRPr="00515077">
        <w:rPr>
          <w:rFonts w:ascii="Times New Roman" w:hAnsi="Times New Roman" w:cs="Times New Roman"/>
          <w:sz w:val="28"/>
          <w:szCs w:val="28"/>
          <w:lang w:val="uk-UA"/>
        </w:rPr>
        <w:t>-орієнтованої моделі, оскільки саме вони визначають моменти, у які має виконуватися відповідний код. Такими подіями можуть бути створення або знищення об’єкта, натискання клавіш, зіткнення між об’єктами, таймери або зміна станів гри.</w:t>
      </w:r>
    </w:p>
    <w:p w14:paraId="705D6DB1" w14:textId="77777777" w:rsidR="00515077" w:rsidRPr="00515077" w:rsidRDefault="00515077" w:rsidP="00515077">
      <w:pPr>
        <w:spacing w:after="0" w:line="360" w:lineRule="auto"/>
        <w:ind w:firstLine="709"/>
        <w:contextualSpacing/>
        <w:jc w:val="both"/>
        <w:rPr>
          <w:rFonts w:ascii="Times New Roman" w:hAnsi="Times New Roman" w:cs="Times New Roman"/>
          <w:sz w:val="28"/>
          <w:szCs w:val="28"/>
          <w:lang w:val="uk-UA"/>
        </w:rPr>
      </w:pPr>
      <w:r w:rsidRPr="00515077">
        <w:rPr>
          <w:rFonts w:ascii="Times New Roman" w:hAnsi="Times New Roman" w:cs="Times New Roman"/>
          <w:sz w:val="28"/>
          <w:szCs w:val="28"/>
          <w:lang w:val="uk-UA"/>
        </w:rPr>
        <w:t xml:space="preserve">Подія в </w:t>
      </w:r>
      <w:proofErr w:type="spellStart"/>
      <w:r w:rsidRPr="00515077">
        <w:rPr>
          <w:rFonts w:ascii="Times New Roman" w:hAnsi="Times New Roman" w:cs="Times New Roman"/>
          <w:sz w:val="28"/>
          <w:szCs w:val="28"/>
          <w:lang w:val="uk-UA"/>
        </w:rPr>
        <w:t>GameMaker</w:t>
      </w:r>
      <w:proofErr w:type="spellEnd"/>
      <w:r w:rsidRPr="00515077">
        <w:rPr>
          <w:rFonts w:ascii="Times New Roman" w:hAnsi="Times New Roman" w:cs="Times New Roman"/>
          <w:sz w:val="28"/>
          <w:szCs w:val="28"/>
          <w:lang w:val="uk-UA"/>
        </w:rPr>
        <w:t xml:space="preserve"> розглядається як певна ситуація, що потребує реакції з боку ігрової системи. Для кожної події розробник може задати окремий алгоритм дій, що забезпечує гнучкість у побудові логіки гри. Завдяки цьому підходу стає можливим чітке розмежування різних аспектів поведінки ігрових об’єктів, що спрощує розробку, тестування та подальше супроводження програмного коду. Така структура особливо зручна для реалізації складних ігрових механік, де важливу роль відіграє взаємодія між подіями та станами об’єктів.</w:t>
      </w:r>
    </w:p>
    <w:p w14:paraId="4B462592" w14:textId="77777777" w:rsidR="00515077" w:rsidRPr="00515077" w:rsidRDefault="00515077" w:rsidP="00515077">
      <w:pPr>
        <w:spacing w:after="0" w:line="360" w:lineRule="auto"/>
        <w:ind w:firstLine="709"/>
        <w:contextualSpacing/>
        <w:jc w:val="both"/>
        <w:rPr>
          <w:rFonts w:ascii="Times New Roman" w:hAnsi="Times New Roman" w:cs="Times New Roman"/>
          <w:sz w:val="28"/>
          <w:szCs w:val="28"/>
          <w:lang w:val="uk-UA"/>
        </w:rPr>
      </w:pPr>
      <w:r w:rsidRPr="00515077">
        <w:rPr>
          <w:rFonts w:ascii="Times New Roman" w:hAnsi="Times New Roman" w:cs="Times New Roman"/>
          <w:sz w:val="28"/>
          <w:szCs w:val="28"/>
          <w:lang w:val="uk-UA"/>
        </w:rPr>
        <w:t xml:space="preserve">Орієнтація </w:t>
      </w:r>
      <w:proofErr w:type="spellStart"/>
      <w:r w:rsidRPr="00515077">
        <w:rPr>
          <w:rFonts w:ascii="Times New Roman" w:hAnsi="Times New Roman" w:cs="Times New Roman"/>
          <w:sz w:val="28"/>
          <w:szCs w:val="28"/>
          <w:lang w:val="uk-UA"/>
        </w:rPr>
        <w:t>GameMaker</w:t>
      </w:r>
      <w:proofErr w:type="spellEnd"/>
      <w:r w:rsidRPr="00515077">
        <w:rPr>
          <w:rFonts w:ascii="Times New Roman" w:hAnsi="Times New Roman" w:cs="Times New Roman"/>
          <w:sz w:val="28"/>
          <w:szCs w:val="28"/>
          <w:lang w:val="uk-UA"/>
        </w:rPr>
        <w:t xml:space="preserve"> на </w:t>
      </w:r>
      <w:proofErr w:type="spellStart"/>
      <w:r w:rsidRPr="00515077">
        <w:rPr>
          <w:rFonts w:ascii="Times New Roman" w:hAnsi="Times New Roman" w:cs="Times New Roman"/>
          <w:sz w:val="28"/>
          <w:szCs w:val="28"/>
          <w:lang w:val="uk-UA"/>
        </w:rPr>
        <w:t>подієво</w:t>
      </w:r>
      <w:proofErr w:type="spellEnd"/>
      <w:r w:rsidRPr="00515077">
        <w:rPr>
          <w:rFonts w:ascii="Times New Roman" w:hAnsi="Times New Roman" w:cs="Times New Roman"/>
          <w:sz w:val="28"/>
          <w:szCs w:val="28"/>
          <w:lang w:val="uk-UA"/>
        </w:rPr>
        <w:t xml:space="preserve">-орієнтовану модель робить цей рушій доступним для вивчення основ програмування, водночас не обмежуючи можливості створення повноцінних ігрових </w:t>
      </w:r>
      <w:proofErr w:type="spellStart"/>
      <w:r w:rsidRPr="00515077">
        <w:rPr>
          <w:rFonts w:ascii="Times New Roman" w:hAnsi="Times New Roman" w:cs="Times New Roman"/>
          <w:sz w:val="28"/>
          <w:szCs w:val="28"/>
          <w:lang w:val="uk-UA"/>
        </w:rPr>
        <w:t>проєктів</w:t>
      </w:r>
      <w:proofErr w:type="spellEnd"/>
      <w:r w:rsidRPr="00515077">
        <w:rPr>
          <w:rFonts w:ascii="Times New Roman" w:hAnsi="Times New Roman" w:cs="Times New Roman"/>
          <w:sz w:val="28"/>
          <w:szCs w:val="28"/>
          <w:lang w:val="uk-UA"/>
        </w:rPr>
        <w:t xml:space="preserve">. Розробник має змогу </w:t>
      </w:r>
      <w:r w:rsidRPr="00515077">
        <w:rPr>
          <w:rFonts w:ascii="Times New Roman" w:hAnsi="Times New Roman" w:cs="Times New Roman"/>
          <w:sz w:val="28"/>
          <w:szCs w:val="28"/>
          <w:lang w:val="uk-UA"/>
        </w:rPr>
        <w:lastRenderedPageBreak/>
        <w:t xml:space="preserve">поступово ускладнювати логіку гри, поєднуючи різні події, умови та алгоритми обробки дій користувача. Це дозволяє ефективно застосовувати теоретичні положення </w:t>
      </w:r>
      <w:proofErr w:type="spellStart"/>
      <w:r w:rsidRPr="00515077">
        <w:rPr>
          <w:rFonts w:ascii="Times New Roman" w:hAnsi="Times New Roman" w:cs="Times New Roman"/>
          <w:sz w:val="28"/>
          <w:szCs w:val="28"/>
          <w:lang w:val="uk-UA"/>
        </w:rPr>
        <w:t>подієво</w:t>
      </w:r>
      <w:proofErr w:type="spellEnd"/>
      <w:r w:rsidRPr="00515077">
        <w:rPr>
          <w:rFonts w:ascii="Times New Roman" w:hAnsi="Times New Roman" w:cs="Times New Roman"/>
          <w:sz w:val="28"/>
          <w:szCs w:val="28"/>
          <w:lang w:val="uk-UA"/>
        </w:rPr>
        <w:t>-орієнтованого програмування на практиці та досліджувати механізми інтеграції алгоритмів обробки подій у межах ігрового середовища.</w:t>
      </w:r>
    </w:p>
    <w:p w14:paraId="5D1C3F0F" w14:textId="77777777" w:rsidR="00515077" w:rsidRPr="00515077" w:rsidRDefault="00515077" w:rsidP="00515077">
      <w:pPr>
        <w:spacing w:after="0" w:line="360" w:lineRule="auto"/>
        <w:ind w:firstLine="709"/>
        <w:contextualSpacing/>
        <w:jc w:val="both"/>
        <w:rPr>
          <w:rFonts w:ascii="Times New Roman" w:hAnsi="Times New Roman" w:cs="Times New Roman"/>
          <w:sz w:val="28"/>
          <w:szCs w:val="28"/>
          <w:lang w:val="uk-UA"/>
        </w:rPr>
      </w:pPr>
      <w:proofErr w:type="spellStart"/>
      <w:r w:rsidRPr="00515077">
        <w:rPr>
          <w:rFonts w:ascii="Times New Roman" w:hAnsi="Times New Roman" w:cs="Times New Roman"/>
          <w:sz w:val="28"/>
          <w:szCs w:val="28"/>
          <w:lang w:val="uk-UA"/>
        </w:rPr>
        <w:t>GameMaker</w:t>
      </w:r>
      <w:proofErr w:type="spellEnd"/>
      <w:r w:rsidRPr="00515077">
        <w:rPr>
          <w:rFonts w:ascii="Times New Roman" w:hAnsi="Times New Roman" w:cs="Times New Roman"/>
          <w:sz w:val="28"/>
          <w:szCs w:val="28"/>
          <w:lang w:val="uk-UA"/>
        </w:rPr>
        <w:t xml:space="preserve"> (раніше відомий як </w:t>
      </w:r>
      <w:proofErr w:type="spellStart"/>
      <w:r w:rsidRPr="00515077">
        <w:rPr>
          <w:rFonts w:ascii="Times New Roman" w:hAnsi="Times New Roman" w:cs="Times New Roman"/>
          <w:sz w:val="28"/>
          <w:szCs w:val="28"/>
          <w:lang w:val="uk-UA"/>
        </w:rPr>
        <w:t>Animo</w:t>
      </w:r>
      <w:proofErr w:type="spellEnd"/>
      <w:r w:rsidRPr="00515077">
        <w:rPr>
          <w:rFonts w:ascii="Times New Roman" w:hAnsi="Times New Roman" w:cs="Times New Roman"/>
          <w:sz w:val="28"/>
          <w:szCs w:val="28"/>
          <w:lang w:val="uk-UA"/>
        </w:rPr>
        <w:t xml:space="preserve">, </w:t>
      </w:r>
      <w:proofErr w:type="spellStart"/>
      <w:r w:rsidRPr="00515077">
        <w:rPr>
          <w:rFonts w:ascii="Times New Roman" w:hAnsi="Times New Roman" w:cs="Times New Roman"/>
          <w:sz w:val="28"/>
          <w:szCs w:val="28"/>
          <w:lang w:val="uk-UA"/>
        </w:rPr>
        <w:t>Game</w:t>
      </w:r>
      <w:proofErr w:type="spellEnd"/>
      <w:r w:rsidRPr="00515077">
        <w:rPr>
          <w:rFonts w:ascii="Times New Roman" w:hAnsi="Times New Roman" w:cs="Times New Roman"/>
          <w:sz w:val="28"/>
          <w:szCs w:val="28"/>
          <w:lang w:val="uk-UA"/>
        </w:rPr>
        <w:t xml:space="preserve"> </w:t>
      </w:r>
      <w:proofErr w:type="spellStart"/>
      <w:r w:rsidRPr="00515077">
        <w:rPr>
          <w:rFonts w:ascii="Times New Roman" w:hAnsi="Times New Roman" w:cs="Times New Roman"/>
          <w:sz w:val="28"/>
          <w:szCs w:val="28"/>
          <w:lang w:val="uk-UA"/>
        </w:rPr>
        <w:t>Maker</w:t>
      </w:r>
      <w:proofErr w:type="spellEnd"/>
      <w:r w:rsidRPr="00515077">
        <w:rPr>
          <w:rFonts w:ascii="Times New Roman" w:hAnsi="Times New Roman" w:cs="Times New Roman"/>
          <w:sz w:val="28"/>
          <w:szCs w:val="28"/>
          <w:lang w:val="uk-UA"/>
        </w:rPr>
        <w:t xml:space="preserve">, а згодом </w:t>
      </w:r>
      <w:proofErr w:type="spellStart"/>
      <w:r w:rsidRPr="00515077">
        <w:rPr>
          <w:rFonts w:ascii="Times New Roman" w:hAnsi="Times New Roman" w:cs="Times New Roman"/>
          <w:sz w:val="28"/>
          <w:szCs w:val="28"/>
          <w:lang w:val="uk-UA"/>
        </w:rPr>
        <w:t>GameMaker</w:t>
      </w:r>
      <w:proofErr w:type="spellEnd"/>
      <w:r w:rsidRPr="00515077">
        <w:rPr>
          <w:rFonts w:ascii="Times New Roman" w:hAnsi="Times New Roman" w:cs="Times New Roman"/>
          <w:sz w:val="28"/>
          <w:szCs w:val="28"/>
          <w:lang w:val="uk-UA"/>
        </w:rPr>
        <w:t xml:space="preserve"> </w:t>
      </w:r>
      <w:proofErr w:type="spellStart"/>
      <w:r w:rsidRPr="00515077">
        <w:rPr>
          <w:rFonts w:ascii="Times New Roman" w:hAnsi="Times New Roman" w:cs="Times New Roman"/>
          <w:sz w:val="28"/>
          <w:szCs w:val="28"/>
          <w:lang w:val="uk-UA"/>
        </w:rPr>
        <w:t>Studio</w:t>
      </w:r>
      <w:proofErr w:type="spellEnd"/>
      <w:r w:rsidRPr="00515077">
        <w:rPr>
          <w:rFonts w:ascii="Times New Roman" w:hAnsi="Times New Roman" w:cs="Times New Roman"/>
          <w:sz w:val="28"/>
          <w:szCs w:val="28"/>
          <w:lang w:val="uk-UA"/>
        </w:rPr>
        <w:t xml:space="preserve">) є одним із найпопулярніших ігрових рушіїв, що підтримує розробку застосунків для різних платформ. Він став логічним розвитком свого попередника </w:t>
      </w:r>
      <w:proofErr w:type="spellStart"/>
      <w:r w:rsidRPr="00515077">
        <w:rPr>
          <w:rFonts w:ascii="Times New Roman" w:hAnsi="Times New Roman" w:cs="Times New Roman"/>
          <w:sz w:val="28"/>
          <w:szCs w:val="28"/>
          <w:lang w:val="uk-UA"/>
        </w:rPr>
        <w:t>Game</w:t>
      </w:r>
      <w:proofErr w:type="spellEnd"/>
      <w:r w:rsidRPr="00515077">
        <w:rPr>
          <w:rFonts w:ascii="Times New Roman" w:hAnsi="Times New Roman" w:cs="Times New Roman"/>
          <w:sz w:val="28"/>
          <w:szCs w:val="28"/>
          <w:lang w:val="uk-UA"/>
        </w:rPr>
        <w:t xml:space="preserve"> </w:t>
      </w:r>
      <w:proofErr w:type="spellStart"/>
      <w:r w:rsidRPr="00515077">
        <w:rPr>
          <w:rFonts w:ascii="Times New Roman" w:hAnsi="Times New Roman" w:cs="Times New Roman"/>
          <w:sz w:val="28"/>
          <w:szCs w:val="28"/>
          <w:lang w:val="uk-UA"/>
        </w:rPr>
        <w:t>Maker</w:t>
      </w:r>
      <w:proofErr w:type="spellEnd"/>
      <w:r w:rsidRPr="00515077">
        <w:rPr>
          <w:rFonts w:ascii="Times New Roman" w:hAnsi="Times New Roman" w:cs="Times New Roman"/>
          <w:sz w:val="28"/>
          <w:szCs w:val="28"/>
          <w:lang w:val="uk-UA"/>
        </w:rPr>
        <w:t xml:space="preserve">, головною відмінністю якого було запровадження </w:t>
      </w:r>
      <w:proofErr w:type="spellStart"/>
      <w:r w:rsidRPr="00515077">
        <w:rPr>
          <w:rFonts w:ascii="Times New Roman" w:hAnsi="Times New Roman" w:cs="Times New Roman"/>
          <w:sz w:val="28"/>
          <w:szCs w:val="28"/>
          <w:lang w:val="uk-UA"/>
        </w:rPr>
        <w:t>багатоплатформності</w:t>
      </w:r>
      <w:proofErr w:type="spellEnd"/>
      <w:r w:rsidRPr="00515077">
        <w:rPr>
          <w:rFonts w:ascii="Times New Roman" w:hAnsi="Times New Roman" w:cs="Times New Roman"/>
          <w:sz w:val="28"/>
          <w:szCs w:val="28"/>
          <w:lang w:val="uk-UA"/>
        </w:rPr>
        <w:t xml:space="preserve">. Завдяки цьому, а також низці істотних технічних </w:t>
      </w:r>
      <w:proofErr w:type="spellStart"/>
      <w:r w:rsidRPr="00515077">
        <w:rPr>
          <w:rFonts w:ascii="Times New Roman" w:hAnsi="Times New Roman" w:cs="Times New Roman"/>
          <w:sz w:val="28"/>
          <w:szCs w:val="28"/>
          <w:lang w:val="uk-UA"/>
        </w:rPr>
        <w:t>доопрацювань</w:t>
      </w:r>
      <w:proofErr w:type="spellEnd"/>
      <w:r w:rsidRPr="00515077">
        <w:rPr>
          <w:rFonts w:ascii="Times New Roman" w:hAnsi="Times New Roman" w:cs="Times New Roman"/>
          <w:sz w:val="28"/>
          <w:szCs w:val="28"/>
          <w:lang w:val="uk-UA"/>
        </w:rPr>
        <w:t xml:space="preserve">, </w:t>
      </w:r>
      <w:proofErr w:type="spellStart"/>
      <w:r w:rsidRPr="00515077">
        <w:rPr>
          <w:rFonts w:ascii="Times New Roman" w:hAnsi="Times New Roman" w:cs="Times New Roman"/>
          <w:sz w:val="28"/>
          <w:szCs w:val="28"/>
          <w:lang w:val="uk-UA"/>
        </w:rPr>
        <w:t>GameMaker</w:t>
      </w:r>
      <w:proofErr w:type="spellEnd"/>
      <w:r w:rsidRPr="00515077">
        <w:rPr>
          <w:rFonts w:ascii="Times New Roman" w:hAnsi="Times New Roman" w:cs="Times New Roman"/>
          <w:sz w:val="28"/>
          <w:szCs w:val="28"/>
          <w:lang w:val="uk-UA"/>
        </w:rPr>
        <w:t xml:space="preserve"> </w:t>
      </w:r>
      <w:proofErr w:type="spellStart"/>
      <w:r w:rsidRPr="00515077">
        <w:rPr>
          <w:rFonts w:ascii="Times New Roman" w:hAnsi="Times New Roman" w:cs="Times New Roman"/>
          <w:sz w:val="28"/>
          <w:szCs w:val="28"/>
          <w:lang w:val="uk-UA"/>
        </w:rPr>
        <w:t>Studio</w:t>
      </w:r>
      <w:proofErr w:type="spellEnd"/>
      <w:r w:rsidRPr="00515077">
        <w:rPr>
          <w:rFonts w:ascii="Times New Roman" w:hAnsi="Times New Roman" w:cs="Times New Roman"/>
          <w:sz w:val="28"/>
          <w:szCs w:val="28"/>
          <w:lang w:val="uk-UA"/>
        </w:rPr>
        <w:t xml:space="preserve"> перетворився на повноцінний інструмент для професійної розробки ігор. Перші шість версій рушія були створені Марком </w:t>
      </w:r>
      <w:proofErr w:type="spellStart"/>
      <w:r w:rsidRPr="00515077">
        <w:rPr>
          <w:rFonts w:ascii="Times New Roman" w:hAnsi="Times New Roman" w:cs="Times New Roman"/>
          <w:sz w:val="28"/>
          <w:szCs w:val="28"/>
          <w:lang w:val="uk-UA"/>
        </w:rPr>
        <w:t>Овермарсом</w:t>
      </w:r>
      <w:proofErr w:type="spellEnd"/>
      <w:r w:rsidRPr="00515077">
        <w:rPr>
          <w:rFonts w:ascii="Times New Roman" w:hAnsi="Times New Roman" w:cs="Times New Roman"/>
          <w:sz w:val="28"/>
          <w:szCs w:val="28"/>
          <w:lang w:val="uk-UA"/>
        </w:rPr>
        <w:t xml:space="preserve">, а подальший розвиток, включно з </w:t>
      </w:r>
      <w:proofErr w:type="spellStart"/>
      <w:r w:rsidRPr="00515077">
        <w:rPr>
          <w:rFonts w:ascii="Times New Roman" w:hAnsi="Times New Roman" w:cs="Times New Roman"/>
          <w:sz w:val="28"/>
          <w:szCs w:val="28"/>
          <w:lang w:val="uk-UA"/>
        </w:rPr>
        <w:t>GameMaker</w:t>
      </w:r>
      <w:proofErr w:type="spellEnd"/>
      <w:r w:rsidRPr="00515077">
        <w:rPr>
          <w:rFonts w:ascii="Times New Roman" w:hAnsi="Times New Roman" w:cs="Times New Roman"/>
          <w:sz w:val="28"/>
          <w:szCs w:val="28"/>
          <w:lang w:val="uk-UA"/>
        </w:rPr>
        <w:t xml:space="preserve"> </w:t>
      </w:r>
      <w:proofErr w:type="spellStart"/>
      <w:r w:rsidRPr="00515077">
        <w:rPr>
          <w:rFonts w:ascii="Times New Roman" w:hAnsi="Times New Roman" w:cs="Times New Roman"/>
          <w:sz w:val="28"/>
          <w:szCs w:val="28"/>
          <w:lang w:val="uk-UA"/>
        </w:rPr>
        <w:t>Studio</w:t>
      </w:r>
      <w:proofErr w:type="spellEnd"/>
      <w:r w:rsidRPr="00515077">
        <w:rPr>
          <w:rFonts w:ascii="Times New Roman" w:hAnsi="Times New Roman" w:cs="Times New Roman"/>
          <w:sz w:val="28"/>
          <w:szCs w:val="28"/>
          <w:lang w:val="uk-UA"/>
        </w:rPr>
        <w:t xml:space="preserve">, здійснюється компанією </w:t>
      </w:r>
      <w:proofErr w:type="spellStart"/>
      <w:r w:rsidRPr="00515077">
        <w:rPr>
          <w:rFonts w:ascii="Times New Roman" w:hAnsi="Times New Roman" w:cs="Times New Roman"/>
          <w:sz w:val="28"/>
          <w:szCs w:val="28"/>
          <w:lang w:val="uk-UA"/>
        </w:rPr>
        <w:t>YoYo</w:t>
      </w:r>
      <w:proofErr w:type="spellEnd"/>
      <w:r w:rsidRPr="00515077">
        <w:rPr>
          <w:rFonts w:ascii="Times New Roman" w:hAnsi="Times New Roman" w:cs="Times New Roman"/>
          <w:sz w:val="28"/>
          <w:szCs w:val="28"/>
          <w:lang w:val="uk-UA"/>
        </w:rPr>
        <w:t xml:space="preserve"> </w:t>
      </w:r>
      <w:proofErr w:type="spellStart"/>
      <w:r w:rsidRPr="00515077">
        <w:rPr>
          <w:rFonts w:ascii="Times New Roman" w:hAnsi="Times New Roman" w:cs="Times New Roman"/>
          <w:sz w:val="28"/>
          <w:szCs w:val="28"/>
          <w:lang w:val="uk-UA"/>
        </w:rPr>
        <w:t>Games</w:t>
      </w:r>
      <w:proofErr w:type="spellEnd"/>
      <w:r w:rsidRPr="00515077">
        <w:rPr>
          <w:rFonts w:ascii="Times New Roman" w:hAnsi="Times New Roman" w:cs="Times New Roman"/>
          <w:sz w:val="28"/>
          <w:szCs w:val="28"/>
          <w:lang w:val="uk-UA"/>
        </w:rPr>
        <w:t xml:space="preserve"> [2].</w:t>
      </w:r>
    </w:p>
    <w:p w14:paraId="1FAC074E" w14:textId="77777777" w:rsidR="00515077" w:rsidRPr="00515077" w:rsidRDefault="00515077" w:rsidP="00515077">
      <w:pPr>
        <w:spacing w:after="0" w:line="360" w:lineRule="auto"/>
        <w:ind w:firstLine="709"/>
        <w:contextualSpacing/>
        <w:jc w:val="both"/>
        <w:rPr>
          <w:rFonts w:ascii="Times New Roman" w:hAnsi="Times New Roman" w:cs="Times New Roman"/>
          <w:sz w:val="28"/>
          <w:szCs w:val="28"/>
          <w:lang w:val="uk-UA"/>
        </w:rPr>
      </w:pPr>
      <w:r w:rsidRPr="00515077">
        <w:rPr>
          <w:rFonts w:ascii="Times New Roman" w:hAnsi="Times New Roman" w:cs="Times New Roman"/>
          <w:sz w:val="28"/>
          <w:szCs w:val="28"/>
          <w:lang w:val="uk-UA"/>
        </w:rPr>
        <w:t xml:space="preserve">Додатковою перевагою </w:t>
      </w:r>
      <w:proofErr w:type="spellStart"/>
      <w:r w:rsidRPr="00515077">
        <w:rPr>
          <w:rFonts w:ascii="Times New Roman" w:hAnsi="Times New Roman" w:cs="Times New Roman"/>
          <w:sz w:val="28"/>
          <w:szCs w:val="28"/>
          <w:lang w:val="uk-UA"/>
        </w:rPr>
        <w:t>GameMaker</w:t>
      </w:r>
      <w:proofErr w:type="spellEnd"/>
      <w:r w:rsidRPr="00515077">
        <w:rPr>
          <w:rFonts w:ascii="Times New Roman" w:hAnsi="Times New Roman" w:cs="Times New Roman"/>
          <w:sz w:val="28"/>
          <w:szCs w:val="28"/>
          <w:lang w:val="uk-UA"/>
        </w:rPr>
        <w:t xml:space="preserve"> у контексті </w:t>
      </w:r>
      <w:proofErr w:type="spellStart"/>
      <w:r w:rsidRPr="00515077">
        <w:rPr>
          <w:rFonts w:ascii="Times New Roman" w:hAnsi="Times New Roman" w:cs="Times New Roman"/>
          <w:sz w:val="28"/>
          <w:szCs w:val="28"/>
          <w:lang w:val="uk-UA"/>
        </w:rPr>
        <w:t>подієво</w:t>
      </w:r>
      <w:proofErr w:type="spellEnd"/>
      <w:r w:rsidRPr="00515077">
        <w:rPr>
          <w:rFonts w:ascii="Times New Roman" w:hAnsi="Times New Roman" w:cs="Times New Roman"/>
          <w:sz w:val="28"/>
          <w:szCs w:val="28"/>
          <w:lang w:val="uk-UA"/>
        </w:rPr>
        <w:t>-орієнтованого підходу є чітко визначений життєвий цикл об’єктів, що дозволяє точно контролювати момент виконання програмної логіки. Завдяки цьому розробник може прогнозувати поведінку гри на різних етапах її роботи, зокрема під час ініціалізації, обробки кадрів, взаємодії об’єктів та завершення ігрових сцен. Такий підхід сприяє підвищенню стабільності ігрової системи та зменшує ймовірність виникнення логічних помилок.</w:t>
      </w:r>
    </w:p>
    <w:p w14:paraId="25A1018C" w14:textId="77777777" w:rsidR="00515077" w:rsidRPr="00515077" w:rsidRDefault="00515077" w:rsidP="00515077">
      <w:pPr>
        <w:spacing w:after="0" w:line="360" w:lineRule="auto"/>
        <w:ind w:firstLine="709"/>
        <w:contextualSpacing/>
        <w:jc w:val="both"/>
        <w:rPr>
          <w:rFonts w:ascii="Times New Roman" w:hAnsi="Times New Roman" w:cs="Times New Roman"/>
          <w:sz w:val="28"/>
          <w:szCs w:val="28"/>
          <w:lang w:val="uk-UA"/>
        </w:rPr>
      </w:pPr>
      <w:r w:rsidRPr="00515077">
        <w:rPr>
          <w:rFonts w:ascii="Times New Roman" w:hAnsi="Times New Roman" w:cs="Times New Roman"/>
          <w:sz w:val="28"/>
          <w:szCs w:val="28"/>
          <w:lang w:val="uk-UA"/>
        </w:rPr>
        <w:t xml:space="preserve">Крім того, </w:t>
      </w:r>
      <w:proofErr w:type="spellStart"/>
      <w:r w:rsidRPr="00515077">
        <w:rPr>
          <w:rFonts w:ascii="Times New Roman" w:hAnsi="Times New Roman" w:cs="Times New Roman"/>
          <w:sz w:val="28"/>
          <w:szCs w:val="28"/>
          <w:lang w:val="uk-UA"/>
        </w:rPr>
        <w:t>подієва</w:t>
      </w:r>
      <w:proofErr w:type="spellEnd"/>
      <w:r w:rsidRPr="00515077">
        <w:rPr>
          <w:rFonts w:ascii="Times New Roman" w:hAnsi="Times New Roman" w:cs="Times New Roman"/>
          <w:sz w:val="28"/>
          <w:szCs w:val="28"/>
          <w:lang w:val="uk-UA"/>
        </w:rPr>
        <w:t xml:space="preserve"> модель </w:t>
      </w:r>
      <w:proofErr w:type="spellStart"/>
      <w:r w:rsidRPr="00515077">
        <w:rPr>
          <w:rFonts w:ascii="Times New Roman" w:hAnsi="Times New Roman" w:cs="Times New Roman"/>
          <w:sz w:val="28"/>
          <w:szCs w:val="28"/>
          <w:lang w:val="uk-UA"/>
        </w:rPr>
        <w:t>GameMaker</w:t>
      </w:r>
      <w:proofErr w:type="spellEnd"/>
      <w:r w:rsidRPr="00515077">
        <w:rPr>
          <w:rFonts w:ascii="Times New Roman" w:hAnsi="Times New Roman" w:cs="Times New Roman"/>
          <w:sz w:val="28"/>
          <w:szCs w:val="28"/>
          <w:lang w:val="uk-UA"/>
        </w:rPr>
        <w:t xml:space="preserve"> забезпечує природне поєднання алгоритмічної логіки з візуальними та інтерактивними складовими гри. Події дозволяють синхронізувати роботу графіки, анімації, звуку та ігрової механіки, що є важливим для створення цілісного користувацького досвіду. У результаті </w:t>
      </w:r>
      <w:proofErr w:type="spellStart"/>
      <w:r w:rsidRPr="00515077">
        <w:rPr>
          <w:rFonts w:ascii="Times New Roman" w:hAnsi="Times New Roman" w:cs="Times New Roman"/>
          <w:sz w:val="28"/>
          <w:szCs w:val="28"/>
          <w:lang w:val="uk-UA"/>
        </w:rPr>
        <w:t>GameMaker</w:t>
      </w:r>
      <w:proofErr w:type="spellEnd"/>
      <w:r w:rsidRPr="00515077">
        <w:rPr>
          <w:rFonts w:ascii="Times New Roman" w:hAnsi="Times New Roman" w:cs="Times New Roman"/>
          <w:sz w:val="28"/>
          <w:szCs w:val="28"/>
          <w:lang w:val="uk-UA"/>
        </w:rPr>
        <w:t xml:space="preserve"> виступає ефективним середовищем для дослідження та практичного застосування алгоритмів обробки подій у межах сучасних комп’ютерних ігор.</w:t>
      </w:r>
    </w:p>
    <w:p w14:paraId="148C8FD6" w14:textId="77777777" w:rsidR="00AE482E" w:rsidRDefault="00AE482E" w:rsidP="00DC6652">
      <w:pPr>
        <w:spacing w:after="0" w:line="360" w:lineRule="auto"/>
        <w:contextualSpacing/>
        <w:jc w:val="both"/>
        <w:rPr>
          <w:rFonts w:ascii="Times New Roman" w:hAnsi="Times New Roman" w:cs="Times New Roman"/>
          <w:sz w:val="28"/>
          <w:szCs w:val="28"/>
          <w:lang w:val="ru-RU"/>
        </w:rPr>
      </w:pPr>
    </w:p>
    <w:p w14:paraId="00925D0C" w14:textId="77777777" w:rsidR="00515077" w:rsidRPr="00945CB4" w:rsidRDefault="00515077" w:rsidP="00DC6652">
      <w:pPr>
        <w:spacing w:after="0" w:line="360" w:lineRule="auto"/>
        <w:contextualSpacing/>
        <w:jc w:val="both"/>
        <w:rPr>
          <w:rFonts w:ascii="Times New Roman" w:hAnsi="Times New Roman" w:cs="Times New Roman"/>
          <w:sz w:val="28"/>
          <w:szCs w:val="28"/>
          <w:lang w:val="ru-RU"/>
        </w:rPr>
      </w:pPr>
    </w:p>
    <w:p w14:paraId="634764C8" w14:textId="299BBFA8" w:rsidR="00945CB4" w:rsidRPr="001D22DF" w:rsidRDefault="00945CB4" w:rsidP="00DC6652">
      <w:pPr>
        <w:pStyle w:val="21"/>
        <w:spacing w:before="0" w:beforeAutospacing="0" w:after="0" w:afterAutospacing="0"/>
      </w:pPr>
      <w:r w:rsidRPr="00945CB4">
        <w:lastRenderedPageBreak/>
        <w:t xml:space="preserve"> </w:t>
      </w:r>
      <w:bookmarkStart w:id="5" w:name="_Toc219710706"/>
      <w:r w:rsidRPr="001D22DF">
        <w:t xml:space="preserve">1.3. </w:t>
      </w:r>
      <w:proofErr w:type="spellStart"/>
      <w:r w:rsidRPr="001D22DF">
        <w:t>Алгоритми</w:t>
      </w:r>
      <w:proofErr w:type="spellEnd"/>
      <w:r w:rsidRPr="001D22DF">
        <w:t xml:space="preserve"> та </w:t>
      </w:r>
      <w:proofErr w:type="spellStart"/>
      <w:r w:rsidRPr="001D22DF">
        <w:t>їх</w:t>
      </w:r>
      <w:proofErr w:type="spellEnd"/>
      <w:r w:rsidRPr="001D22DF">
        <w:t xml:space="preserve"> </w:t>
      </w:r>
      <w:proofErr w:type="spellStart"/>
      <w:r w:rsidRPr="001D22DF">
        <w:t>важливість</w:t>
      </w:r>
      <w:proofErr w:type="spellEnd"/>
      <w:r w:rsidRPr="001D22DF">
        <w:t xml:space="preserve"> в </w:t>
      </w:r>
      <w:proofErr w:type="spellStart"/>
      <w:r w:rsidRPr="001D22DF">
        <w:t>ігровій</w:t>
      </w:r>
      <w:proofErr w:type="spellEnd"/>
      <w:r w:rsidRPr="001D22DF">
        <w:t xml:space="preserve"> </w:t>
      </w:r>
      <w:proofErr w:type="spellStart"/>
      <w:r w:rsidRPr="001D22DF">
        <w:t>системі</w:t>
      </w:r>
      <w:bookmarkEnd w:id="5"/>
      <w:proofErr w:type="spellEnd"/>
    </w:p>
    <w:p w14:paraId="1B1FEC44" w14:textId="77777777" w:rsidR="00945CB4" w:rsidRPr="001D22DF" w:rsidRDefault="00945CB4" w:rsidP="00DC6652">
      <w:pPr>
        <w:spacing w:after="0" w:line="360" w:lineRule="auto"/>
        <w:ind w:firstLine="709"/>
        <w:contextualSpacing/>
        <w:jc w:val="both"/>
        <w:rPr>
          <w:rFonts w:ascii="Times New Roman" w:hAnsi="Times New Roman" w:cs="Times New Roman"/>
          <w:sz w:val="28"/>
          <w:szCs w:val="28"/>
          <w:highlight w:val="cyan"/>
          <w:lang w:val="ru-RU"/>
        </w:rPr>
      </w:pPr>
    </w:p>
    <w:p w14:paraId="2C6C2F06" w14:textId="77777777" w:rsidR="001D22DF" w:rsidRPr="001D22DF" w:rsidRDefault="001D22DF" w:rsidP="001D22DF">
      <w:pPr>
        <w:spacing w:after="0" w:line="360" w:lineRule="auto"/>
        <w:ind w:firstLine="709"/>
        <w:contextualSpacing/>
        <w:jc w:val="both"/>
        <w:rPr>
          <w:rFonts w:ascii="Times New Roman" w:hAnsi="Times New Roman" w:cs="Times New Roman"/>
          <w:sz w:val="28"/>
          <w:szCs w:val="28"/>
          <w:lang w:val="uk-UA"/>
        </w:rPr>
      </w:pPr>
      <w:r w:rsidRPr="001D22DF">
        <w:rPr>
          <w:rFonts w:ascii="Times New Roman" w:hAnsi="Times New Roman" w:cs="Times New Roman"/>
          <w:sz w:val="28"/>
          <w:szCs w:val="28"/>
          <w:lang w:val="uk-UA"/>
        </w:rPr>
        <w:t>У сфері інформатики та розроблення програмного забезпечення алгоритм є фундаментальним поняттям, що визначає принципи функціонування будь-якої програмної системи. Під алгоритмом розуміють формалізовану, впорядковану послідовність дій, виконання яких приводить до досягнення визначеного результату за скінченну кількість кроків. У контексті комп’ютерних ігор алгоритми мають особливе значення, оскільки вони безпосередньо впливають на логіку ігрового процесу, поведінку об’єктів, взаємодію між елементами гри та реакцію системи на дії користувача.</w:t>
      </w:r>
    </w:p>
    <w:p w14:paraId="4D54D591" w14:textId="77777777" w:rsidR="001D22DF" w:rsidRPr="001D22DF" w:rsidRDefault="001D22DF" w:rsidP="001D22DF">
      <w:pPr>
        <w:spacing w:after="0" w:line="360" w:lineRule="auto"/>
        <w:ind w:firstLine="709"/>
        <w:contextualSpacing/>
        <w:jc w:val="both"/>
        <w:rPr>
          <w:rFonts w:ascii="Times New Roman" w:hAnsi="Times New Roman" w:cs="Times New Roman"/>
          <w:sz w:val="28"/>
          <w:szCs w:val="28"/>
          <w:lang w:val="uk-UA"/>
        </w:rPr>
      </w:pPr>
      <w:r w:rsidRPr="001D22DF">
        <w:rPr>
          <w:rFonts w:ascii="Times New Roman" w:hAnsi="Times New Roman" w:cs="Times New Roman"/>
          <w:sz w:val="28"/>
          <w:szCs w:val="28"/>
          <w:lang w:val="uk-UA"/>
        </w:rPr>
        <w:t xml:space="preserve">В ігрових системах алгоритми застосовуються для реалізації широкого спектра завдань: керування переміщенням персонажів, обробки зіткнень, перевірки умов, нарахування очок, управління станами гри, а також формування ігрових сценаріїв. У середовищі </w:t>
      </w:r>
      <w:proofErr w:type="spellStart"/>
      <w:r w:rsidRPr="001D22DF">
        <w:rPr>
          <w:rFonts w:ascii="Times New Roman" w:hAnsi="Times New Roman" w:cs="Times New Roman"/>
          <w:sz w:val="28"/>
          <w:szCs w:val="28"/>
          <w:lang w:val="uk-UA"/>
        </w:rPr>
        <w:t>GameMaker</w:t>
      </w:r>
      <w:proofErr w:type="spellEnd"/>
      <w:r w:rsidRPr="001D22DF">
        <w:rPr>
          <w:rFonts w:ascii="Times New Roman" w:hAnsi="Times New Roman" w:cs="Times New Roman"/>
          <w:sz w:val="28"/>
          <w:szCs w:val="28"/>
          <w:lang w:val="uk-UA"/>
        </w:rPr>
        <w:t xml:space="preserve"> алгоритмічна логіка реалізується за допомогою мови програмування GML (</w:t>
      </w:r>
      <w:proofErr w:type="spellStart"/>
      <w:r w:rsidRPr="001D22DF">
        <w:rPr>
          <w:rFonts w:ascii="Times New Roman" w:hAnsi="Times New Roman" w:cs="Times New Roman"/>
          <w:sz w:val="28"/>
          <w:szCs w:val="28"/>
          <w:lang w:val="uk-UA"/>
        </w:rPr>
        <w:t>GameMaker</w:t>
      </w:r>
      <w:proofErr w:type="spellEnd"/>
      <w:r w:rsidRPr="001D22DF">
        <w:rPr>
          <w:rFonts w:ascii="Times New Roman" w:hAnsi="Times New Roman" w:cs="Times New Roman"/>
          <w:sz w:val="28"/>
          <w:szCs w:val="28"/>
          <w:lang w:val="uk-UA"/>
        </w:rPr>
        <w:t xml:space="preserve"> </w:t>
      </w:r>
      <w:proofErr w:type="spellStart"/>
      <w:r w:rsidRPr="001D22DF">
        <w:rPr>
          <w:rFonts w:ascii="Times New Roman" w:hAnsi="Times New Roman" w:cs="Times New Roman"/>
          <w:sz w:val="28"/>
          <w:szCs w:val="28"/>
          <w:lang w:val="uk-UA"/>
        </w:rPr>
        <w:t>Language</w:t>
      </w:r>
      <w:proofErr w:type="spellEnd"/>
      <w:r w:rsidRPr="001D22DF">
        <w:rPr>
          <w:rFonts w:ascii="Times New Roman" w:hAnsi="Times New Roman" w:cs="Times New Roman"/>
          <w:sz w:val="28"/>
          <w:szCs w:val="28"/>
          <w:lang w:val="uk-UA"/>
        </w:rPr>
        <w:t>), яка дозволяє описувати як прості, так і складні алгоритми, орієнтовані на події. Зокрема, алгоритми використовуються для генерації випадкових подій, реалізації поведінки противників, керування ігровим інтерфейсом та обробки дій гравця в реальному часі.</w:t>
      </w:r>
    </w:p>
    <w:p w14:paraId="4A91F417" w14:textId="77777777" w:rsidR="001D22DF" w:rsidRPr="001D22DF" w:rsidRDefault="001D22DF" w:rsidP="001D22DF">
      <w:pPr>
        <w:spacing w:after="0" w:line="360" w:lineRule="auto"/>
        <w:ind w:firstLine="709"/>
        <w:contextualSpacing/>
        <w:jc w:val="both"/>
        <w:rPr>
          <w:rFonts w:ascii="Times New Roman" w:hAnsi="Times New Roman" w:cs="Times New Roman"/>
          <w:sz w:val="28"/>
          <w:szCs w:val="28"/>
          <w:lang w:val="uk-UA"/>
        </w:rPr>
      </w:pPr>
      <w:r w:rsidRPr="001D22DF">
        <w:rPr>
          <w:rFonts w:ascii="Times New Roman" w:hAnsi="Times New Roman" w:cs="Times New Roman"/>
          <w:sz w:val="28"/>
          <w:szCs w:val="28"/>
          <w:lang w:val="uk-UA"/>
        </w:rPr>
        <w:t xml:space="preserve">Особливу роль в ігрових </w:t>
      </w:r>
      <w:proofErr w:type="spellStart"/>
      <w:r w:rsidRPr="001D22DF">
        <w:rPr>
          <w:rFonts w:ascii="Times New Roman" w:hAnsi="Times New Roman" w:cs="Times New Roman"/>
          <w:sz w:val="28"/>
          <w:szCs w:val="28"/>
          <w:lang w:val="uk-UA"/>
        </w:rPr>
        <w:t>проєктах</w:t>
      </w:r>
      <w:proofErr w:type="spellEnd"/>
      <w:r w:rsidRPr="001D22DF">
        <w:rPr>
          <w:rFonts w:ascii="Times New Roman" w:hAnsi="Times New Roman" w:cs="Times New Roman"/>
          <w:sz w:val="28"/>
          <w:szCs w:val="28"/>
          <w:lang w:val="uk-UA"/>
        </w:rPr>
        <w:t xml:space="preserve"> відіграють алгоритми обробки подій, оскільки саме вони визначають реакцію системи на внутрішні та зовнішні зміни. </w:t>
      </w:r>
      <w:proofErr w:type="spellStart"/>
      <w:r w:rsidRPr="001D22DF">
        <w:rPr>
          <w:rFonts w:ascii="Times New Roman" w:hAnsi="Times New Roman" w:cs="Times New Roman"/>
          <w:sz w:val="28"/>
          <w:szCs w:val="28"/>
          <w:lang w:val="uk-UA"/>
        </w:rPr>
        <w:t>Подієво</w:t>
      </w:r>
      <w:proofErr w:type="spellEnd"/>
      <w:r w:rsidRPr="001D22DF">
        <w:rPr>
          <w:rFonts w:ascii="Times New Roman" w:hAnsi="Times New Roman" w:cs="Times New Roman"/>
          <w:sz w:val="28"/>
          <w:szCs w:val="28"/>
          <w:lang w:val="uk-UA"/>
        </w:rPr>
        <w:t xml:space="preserve">-орієнтована модель, яка використовується в </w:t>
      </w:r>
      <w:proofErr w:type="spellStart"/>
      <w:r w:rsidRPr="001D22DF">
        <w:rPr>
          <w:rFonts w:ascii="Times New Roman" w:hAnsi="Times New Roman" w:cs="Times New Roman"/>
          <w:sz w:val="28"/>
          <w:szCs w:val="28"/>
          <w:lang w:val="uk-UA"/>
        </w:rPr>
        <w:t>GameMaker</w:t>
      </w:r>
      <w:proofErr w:type="spellEnd"/>
      <w:r w:rsidRPr="001D22DF">
        <w:rPr>
          <w:rFonts w:ascii="Times New Roman" w:hAnsi="Times New Roman" w:cs="Times New Roman"/>
          <w:sz w:val="28"/>
          <w:szCs w:val="28"/>
          <w:lang w:val="uk-UA"/>
        </w:rPr>
        <w:t>, базується на безперервному ігровому циклі, у межах якого система постійно перевіряє наявність подій і запускає відповідні алгоритми. Кожна подія — створення або знищення об’єкта, натискання клавіші, зіткнення, виконання кадру чи спрацювання таймера — має чітко визначений момент виконання, що вимагає коректного розміщення алгоритмічної логіки у відповідних подіях.</w:t>
      </w:r>
    </w:p>
    <w:p w14:paraId="5C4DFD15" w14:textId="77777777" w:rsidR="001D22DF" w:rsidRPr="001D22DF" w:rsidRDefault="001D22DF" w:rsidP="001D22DF">
      <w:pPr>
        <w:spacing w:after="0" w:line="360" w:lineRule="auto"/>
        <w:ind w:firstLine="709"/>
        <w:contextualSpacing/>
        <w:jc w:val="both"/>
        <w:rPr>
          <w:rFonts w:ascii="Times New Roman" w:hAnsi="Times New Roman" w:cs="Times New Roman"/>
          <w:sz w:val="28"/>
          <w:szCs w:val="28"/>
          <w:lang w:val="uk-UA"/>
        </w:rPr>
      </w:pPr>
      <w:r w:rsidRPr="001D22DF">
        <w:rPr>
          <w:rFonts w:ascii="Times New Roman" w:hAnsi="Times New Roman" w:cs="Times New Roman"/>
          <w:sz w:val="28"/>
          <w:szCs w:val="28"/>
          <w:lang w:val="uk-UA"/>
        </w:rPr>
        <w:lastRenderedPageBreak/>
        <w:t xml:space="preserve">Неправильна організація алгоритмів або їх некоректне використання в </w:t>
      </w:r>
      <w:proofErr w:type="spellStart"/>
      <w:r w:rsidRPr="001D22DF">
        <w:rPr>
          <w:rFonts w:ascii="Times New Roman" w:hAnsi="Times New Roman" w:cs="Times New Roman"/>
          <w:sz w:val="28"/>
          <w:szCs w:val="28"/>
          <w:lang w:val="uk-UA"/>
        </w:rPr>
        <w:t>подієвій</w:t>
      </w:r>
      <w:proofErr w:type="spellEnd"/>
      <w:r w:rsidRPr="001D22DF">
        <w:rPr>
          <w:rFonts w:ascii="Times New Roman" w:hAnsi="Times New Roman" w:cs="Times New Roman"/>
          <w:sz w:val="28"/>
          <w:szCs w:val="28"/>
          <w:lang w:val="uk-UA"/>
        </w:rPr>
        <w:t xml:space="preserve"> структурі гри може призвести до логічних помилок, зниження продуктивності або нестабільної роботи ігрової системи. Тому ефективність гри значною мірою залежить від якості </w:t>
      </w:r>
      <w:proofErr w:type="spellStart"/>
      <w:r w:rsidRPr="001D22DF">
        <w:rPr>
          <w:rFonts w:ascii="Times New Roman" w:hAnsi="Times New Roman" w:cs="Times New Roman"/>
          <w:sz w:val="28"/>
          <w:szCs w:val="28"/>
          <w:lang w:val="uk-UA"/>
        </w:rPr>
        <w:t>проєктування</w:t>
      </w:r>
      <w:proofErr w:type="spellEnd"/>
      <w:r w:rsidRPr="001D22DF">
        <w:rPr>
          <w:rFonts w:ascii="Times New Roman" w:hAnsi="Times New Roman" w:cs="Times New Roman"/>
          <w:sz w:val="28"/>
          <w:szCs w:val="28"/>
          <w:lang w:val="uk-UA"/>
        </w:rPr>
        <w:t xml:space="preserve"> алгоритмів, їх оптимальності та узгодженості з </w:t>
      </w:r>
      <w:proofErr w:type="spellStart"/>
      <w:r w:rsidRPr="001D22DF">
        <w:rPr>
          <w:rFonts w:ascii="Times New Roman" w:hAnsi="Times New Roman" w:cs="Times New Roman"/>
          <w:sz w:val="28"/>
          <w:szCs w:val="28"/>
          <w:lang w:val="uk-UA"/>
        </w:rPr>
        <w:t>подієвою</w:t>
      </w:r>
      <w:proofErr w:type="spellEnd"/>
      <w:r w:rsidRPr="001D22DF">
        <w:rPr>
          <w:rFonts w:ascii="Times New Roman" w:hAnsi="Times New Roman" w:cs="Times New Roman"/>
          <w:sz w:val="28"/>
          <w:szCs w:val="28"/>
          <w:lang w:val="uk-UA"/>
        </w:rPr>
        <w:t xml:space="preserve"> моделлю рушія. Чітке розуміння ролі алгоритмів та принципів їх інтеграції у </w:t>
      </w:r>
      <w:proofErr w:type="spellStart"/>
      <w:r w:rsidRPr="001D22DF">
        <w:rPr>
          <w:rFonts w:ascii="Times New Roman" w:hAnsi="Times New Roman" w:cs="Times New Roman"/>
          <w:sz w:val="28"/>
          <w:szCs w:val="28"/>
          <w:lang w:val="uk-UA"/>
        </w:rPr>
        <w:t>подієво</w:t>
      </w:r>
      <w:proofErr w:type="spellEnd"/>
      <w:r w:rsidRPr="001D22DF">
        <w:rPr>
          <w:rFonts w:ascii="Times New Roman" w:hAnsi="Times New Roman" w:cs="Times New Roman"/>
          <w:sz w:val="28"/>
          <w:szCs w:val="28"/>
          <w:lang w:val="uk-UA"/>
        </w:rPr>
        <w:t>-орієнтоване середовище є необхідною умовою створення стабільних, продуктивних ігрових систем із передбачуваною поведінкою та позитивним користувацьким досвідом.</w:t>
      </w:r>
    </w:p>
    <w:p w14:paraId="42CCA9F3" w14:textId="77777777" w:rsidR="00945CB4" w:rsidRPr="001639F1" w:rsidRDefault="00945CB4" w:rsidP="00DC6652">
      <w:pPr>
        <w:spacing w:after="0" w:line="360" w:lineRule="auto"/>
        <w:contextualSpacing/>
        <w:jc w:val="both"/>
        <w:rPr>
          <w:rFonts w:ascii="Times New Roman" w:hAnsi="Times New Roman" w:cs="Times New Roman"/>
          <w:sz w:val="28"/>
          <w:szCs w:val="28"/>
          <w:lang w:val="uk-UA"/>
        </w:rPr>
      </w:pPr>
    </w:p>
    <w:p w14:paraId="40A0B03C" w14:textId="2998936C" w:rsidR="00945CB4" w:rsidRPr="00515077" w:rsidRDefault="00945CB4" w:rsidP="00DC6652">
      <w:pPr>
        <w:pStyle w:val="21"/>
        <w:spacing w:before="0" w:beforeAutospacing="0" w:after="0" w:afterAutospacing="0"/>
      </w:pPr>
      <w:bookmarkStart w:id="6" w:name="_Toc219710707"/>
      <w:r w:rsidRPr="00515077">
        <w:t xml:space="preserve">1.4. </w:t>
      </w:r>
      <w:proofErr w:type="spellStart"/>
      <w:r w:rsidRPr="00515077">
        <w:t>Програмна</w:t>
      </w:r>
      <w:proofErr w:type="spellEnd"/>
      <w:r w:rsidRPr="00515077">
        <w:t xml:space="preserve"> </w:t>
      </w:r>
      <w:proofErr w:type="spellStart"/>
      <w:r w:rsidRPr="00515077">
        <w:t>інженерія</w:t>
      </w:r>
      <w:proofErr w:type="spellEnd"/>
      <w:r w:rsidRPr="00515077">
        <w:t xml:space="preserve"> та </w:t>
      </w:r>
      <w:proofErr w:type="spellStart"/>
      <w:r w:rsidRPr="00515077">
        <w:t>інтеграція</w:t>
      </w:r>
      <w:proofErr w:type="spellEnd"/>
      <w:r w:rsidRPr="00515077">
        <w:t xml:space="preserve"> </w:t>
      </w:r>
      <w:proofErr w:type="spellStart"/>
      <w:r w:rsidRPr="00515077">
        <w:t>алгоритмів</w:t>
      </w:r>
      <w:proofErr w:type="spellEnd"/>
      <w:r w:rsidRPr="00515077">
        <w:t xml:space="preserve"> </w:t>
      </w:r>
      <w:proofErr w:type="spellStart"/>
      <w:r w:rsidRPr="00515077">
        <w:t>обробки</w:t>
      </w:r>
      <w:proofErr w:type="spellEnd"/>
      <w:r w:rsidRPr="00515077">
        <w:t xml:space="preserve"> </w:t>
      </w:r>
      <w:proofErr w:type="spellStart"/>
      <w:r w:rsidRPr="00515077">
        <w:t>подій</w:t>
      </w:r>
      <w:bookmarkEnd w:id="6"/>
      <w:proofErr w:type="spellEnd"/>
    </w:p>
    <w:p w14:paraId="6F95C948" w14:textId="77777777" w:rsidR="00945CB4" w:rsidRPr="001D22DF" w:rsidRDefault="00945CB4" w:rsidP="00DC6652">
      <w:pPr>
        <w:spacing w:after="0" w:line="360" w:lineRule="auto"/>
        <w:contextualSpacing/>
        <w:jc w:val="both"/>
        <w:rPr>
          <w:rFonts w:ascii="Times New Roman" w:hAnsi="Times New Roman" w:cs="Times New Roman"/>
          <w:sz w:val="28"/>
          <w:szCs w:val="28"/>
          <w:highlight w:val="cyan"/>
          <w:lang w:val="ru-RU"/>
        </w:rPr>
      </w:pPr>
    </w:p>
    <w:p w14:paraId="65EF71CA" w14:textId="77777777" w:rsidR="00515077" w:rsidRPr="00515077" w:rsidRDefault="00515077" w:rsidP="00515077">
      <w:pPr>
        <w:spacing w:after="0" w:line="360" w:lineRule="auto"/>
        <w:ind w:firstLine="709"/>
        <w:jc w:val="both"/>
        <w:rPr>
          <w:rFonts w:ascii="Times New Roman" w:hAnsi="Times New Roman" w:cs="Times New Roman"/>
          <w:sz w:val="28"/>
          <w:szCs w:val="28"/>
          <w:lang w:val="uk-UA"/>
        </w:rPr>
      </w:pPr>
      <w:r w:rsidRPr="00515077">
        <w:rPr>
          <w:rFonts w:ascii="Times New Roman" w:hAnsi="Times New Roman" w:cs="Times New Roman"/>
          <w:sz w:val="28"/>
          <w:szCs w:val="28"/>
          <w:lang w:val="uk-UA"/>
        </w:rPr>
        <w:t xml:space="preserve">У контексті програмної інженерії інтеграція алгоритмів обробки подій розглядається як важливий етап </w:t>
      </w:r>
      <w:proofErr w:type="spellStart"/>
      <w:r w:rsidRPr="00515077">
        <w:rPr>
          <w:rFonts w:ascii="Times New Roman" w:hAnsi="Times New Roman" w:cs="Times New Roman"/>
          <w:sz w:val="28"/>
          <w:szCs w:val="28"/>
          <w:lang w:val="uk-UA"/>
        </w:rPr>
        <w:t>проєктування</w:t>
      </w:r>
      <w:proofErr w:type="spellEnd"/>
      <w:r w:rsidRPr="00515077">
        <w:rPr>
          <w:rFonts w:ascii="Times New Roman" w:hAnsi="Times New Roman" w:cs="Times New Roman"/>
          <w:sz w:val="28"/>
          <w:szCs w:val="28"/>
          <w:lang w:val="uk-UA"/>
        </w:rPr>
        <w:t xml:space="preserve"> програмних систем, зокрема комп’ютерних ігор. </w:t>
      </w:r>
      <w:proofErr w:type="spellStart"/>
      <w:r w:rsidRPr="00515077">
        <w:rPr>
          <w:rFonts w:ascii="Times New Roman" w:hAnsi="Times New Roman" w:cs="Times New Roman"/>
          <w:sz w:val="28"/>
          <w:szCs w:val="28"/>
          <w:lang w:val="uk-UA"/>
        </w:rPr>
        <w:t>Подієво</w:t>
      </w:r>
      <w:proofErr w:type="spellEnd"/>
      <w:r w:rsidRPr="00515077">
        <w:rPr>
          <w:rFonts w:ascii="Times New Roman" w:hAnsi="Times New Roman" w:cs="Times New Roman"/>
          <w:sz w:val="28"/>
          <w:szCs w:val="28"/>
          <w:lang w:val="uk-UA"/>
        </w:rPr>
        <w:t xml:space="preserve">-орієнтовані ігрові рушії, такі як </w:t>
      </w:r>
      <w:proofErr w:type="spellStart"/>
      <w:r w:rsidRPr="00515077">
        <w:rPr>
          <w:rFonts w:ascii="Times New Roman" w:hAnsi="Times New Roman" w:cs="Times New Roman"/>
          <w:sz w:val="28"/>
          <w:szCs w:val="28"/>
          <w:lang w:val="uk-UA"/>
        </w:rPr>
        <w:t>GameMaker</w:t>
      </w:r>
      <w:proofErr w:type="spellEnd"/>
      <w:r w:rsidRPr="00515077">
        <w:rPr>
          <w:rFonts w:ascii="Times New Roman" w:hAnsi="Times New Roman" w:cs="Times New Roman"/>
          <w:sz w:val="28"/>
          <w:szCs w:val="28"/>
          <w:lang w:val="uk-UA"/>
        </w:rPr>
        <w:t xml:space="preserve">, вимагають від розробника не лише реалізації алгоритмів, а й їх коректного вбудовування у </w:t>
      </w:r>
      <w:proofErr w:type="spellStart"/>
      <w:r w:rsidRPr="00515077">
        <w:rPr>
          <w:rFonts w:ascii="Times New Roman" w:hAnsi="Times New Roman" w:cs="Times New Roman"/>
          <w:sz w:val="28"/>
          <w:szCs w:val="28"/>
          <w:lang w:val="uk-UA"/>
        </w:rPr>
        <w:t>подієву</w:t>
      </w:r>
      <w:proofErr w:type="spellEnd"/>
      <w:r w:rsidRPr="00515077">
        <w:rPr>
          <w:rFonts w:ascii="Times New Roman" w:hAnsi="Times New Roman" w:cs="Times New Roman"/>
          <w:sz w:val="28"/>
          <w:szCs w:val="28"/>
          <w:lang w:val="uk-UA"/>
        </w:rPr>
        <w:t xml:space="preserve"> структуру ігрового циклу. Для забезпечення стабільної та передбачуваної роботи гри алгоритми обробки подій повинні інтегруватися з урахуванням базових принципів програмної інженерії.</w:t>
      </w:r>
    </w:p>
    <w:p w14:paraId="4F908199" w14:textId="77777777" w:rsidR="00515077" w:rsidRDefault="00515077" w:rsidP="00515077">
      <w:pPr>
        <w:spacing w:after="0" w:line="360" w:lineRule="auto"/>
        <w:ind w:firstLine="709"/>
        <w:jc w:val="both"/>
        <w:rPr>
          <w:rFonts w:ascii="Times New Roman" w:hAnsi="Times New Roman" w:cs="Times New Roman"/>
          <w:sz w:val="28"/>
          <w:szCs w:val="28"/>
          <w:lang w:val="uk-UA"/>
        </w:rPr>
      </w:pPr>
      <w:r w:rsidRPr="00515077">
        <w:rPr>
          <w:rFonts w:ascii="Times New Roman" w:hAnsi="Times New Roman" w:cs="Times New Roman"/>
          <w:sz w:val="28"/>
          <w:szCs w:val="28"/>
          <w:lang w:val="uk-UA"/>
        </w:rPr>
        <w:t>З точки зору розробки програмного забезпечення, алгоритми обробки подій повинні бути інтегровані з урахуванням таких принципів:</w:t>
      </w:r>
    </w:p>
    <w:p w14:paraId="637D3A14" w14:textId="5D1D1533" w:rsidR="00515077" w:rsidRDefault="00515077" w:rsidP="00515077">
      <w:pPr>
        <w:spacing w:after="0" w:line="360" w:lineRule="auto"/>
        <w:ind w:firstLine="709"/>
        <w:jc w:val="both"/>
        <w:rPr>
          <w:rFonts w:ascii="Times New Roman" w:hAnsi="Times New Roman" w:cs="Times New Roman"/>
          <w:sz w:val="28"/>
          <w:szCs w:val="28"/>
          <w:lang w:val="uk-UA"/>
        </w:rPr>
      </w:pPr>
      <w:r w:rsidRPr="00515077">
        <w:rPr>
          <w:rFonts w:ascii="Times New Roman" w:hAnsi="Times New Roman" w:cs="Times New Roman"/>
          <w:sz w:val="28"/>
          <w:szCs w:val="28"/>
          <w:lang w:val="uk-UA"/>
        </w:rPr>
        <w:t xml:space="preserve">− </w:t>
      </w:r>
      <w:r w:rsidR="00750BFA">
        <w:rPr>
          <w:rFonts w:ascii="Times New Roman" w:hAnsi="Times New Roman" w:cs="Times New Roman"/>
          <w:b/>
          <w:bCs/>
          <w:sz w:val="28"/>
          <w:szCs w:val="28"/>
          <w:lang w:val="uk-UA"/>
        </w:rPr>
        <w:t>с</w:t>
      </w:r>
      <w:r w:rsidRPr="00515077">
        <w:rPr>
          <w:rFonts w:ascii="Times New Roman" w:hAnsi="Times New Roman" w:cs="Times New Roman"/>
          <w:b/>
          <w:bCs/>
          <w:sz w:val="28"/>
          <w:szCs w:val="28"/>
          <w:lang w:val="uk-UA"/>
        </w:rPr>
        <w:t>труктурованість</w:t>
      </w:r>
      <w:r w:rsidRPr="00515077">
        <w:rPr>
          <w:rFonts w:ascii="Times New Roman" w:hAnsi="Times New Roman" w:cs="Times New Roman"/>
          <w:sz w:val="28"/>
          <w:szCs w:val="28"/>
          <w:lang w:val="uk-UA"/>
        </w:rPr>
        <w:t xml:space="preserve">: код має бути </w:t>
      </w:r>
      <w:proofErr w:type="spellStart"/>
      <w:r w:rsidRPr="00515077">
        <w:rPr>
          <w:rFonts w:ascii="Times New Roman" w:hAnsi="Times New Roman" w:cs="Times New Roman"/>
          <w:sz w:val="28"/>
          <w:szCs w:val="28"/>
          <w:lang w:val="uk-UA"/>
        </w:rPr>
        <w:t>логічно</w:t>
      </w:r>
      <w:proofErr w:type="spellEnd"/>
      <w:r w:rsidRPr="00515077">
        <w:rPr>
          <w:rFonts w:ascii="Times New Roman" w:hAnsi="Times New Roman" w:cs="Times New Roman"/>
          <w:sz w:val="28"/>
          <w:szCs w:val="28"/>
          <w:lang w:val="uk-UA"/>
        </w:rPr>
        <w:t xml:space="preserve"> організований, зрозумілий для читання та подальшої підтримки, що спрощує налагодження й розширення функціональності гри;</w:t>
      </w:r>
    </w:p>
    <w:p w14:paraId="24B6672B" w14:textId="3E09CEA1" w:rsidR="00515077" w:rsidRDefault="00515077" w:rsidP="00515077">
      <w:pPr>
        <w:spacing w:after="0" w:line="360" w:lineRule="auto"/>
        <w:ind w:firstLine="709"/>
        <w:jc w:val="both"/>
        <w:rPr>
          <w:rFonts w:ascii="Times New Roman" w:hAnsi="Times New Roman" w:cs="Times New Roman"/>
          <w:sz w:val="28"/>
          <w:szCs w:val="28"/>
          <w:lang w:val="uk-UA"/>
        </w:rPr>
      </w:pPr>
      <w:r w:rsidRPr="00515077">
        <w:rPr>
          <w:rFonts w:ascii="Times New Roman" w:hAnsi="Times New Roman" w:cs="Times New Roman"/>
          <w:sz w:val="28"/>
          <w:szCs w:val="28"/>
          <w:lang w:val="uk-UA"/>
        </w:rPr>
        <w:t xml:space="preserve">− </w:t>
      </w:r>
      <w:r w:rsidR="00750BFA">
        <w:rPr>
          <w:rFonts w:ascii="Times New Roman" w:hAnsi="Times New Roman" w:cs="Times New Roman"/>
          <w:b/>
          <w:bCs/>
          <w:sz w:val="28"/>
          <w:szCs w:val="28"/>
          <w:lang w:val="uk-UA"/>
        </w:rPr>
        <w:t>м</w:t>
      </w:r>
      <w:r w:rsidRPr="00515077">
        <w:rPr>
          <w:rFonts w:ascii="Times New Roman" w:hAnsi="Times New Roman" w:cs="Times New Roman"/>
          <w:b/>
          <w:bCs/>
          <w:sz w:val="28"/>
          <w:szCs w:val="28"/>
          <w:lang w:val="uk-UA"/>
        </w:rPr>
        <w:t>одульність</w:t>
      </w:r>
      <w:r w:rsidRPr="00515077">
        <w:rPr>
          <w:rFonts w:ascii="Times New Roman" w:hAnsi="Times New Roman" w:cs="Times New Roman"/>
          <w:sz w:val="28"/>
          <w:szCs w:val="28"/>
          <w:lang w:val="uk-UA"/>
        </w:rPr>
        <w:t>: програмна логіка повинна бути поділена на відносно незалежні частини, кожна з яких відповідає за окремий аспект роботи гри або конкретну подію;</w:t>
      </w:r>
    </w:p>
    <w:p w14:paraId="2DED2E65" w14:textId="16F494A4" w:rsidR="00515077" w:rsidRPr="00515077" w:rsidRDefault="00515077" w:rsidP="00515077">
      <w:pPr>
        <w:spacing w:after="0" w:line="360" w:lineRule="auto"/>
        <w:ind w:firstLine="709"/>
        <w:jc w:val="both"/>
        <w:rPr>
          <w:rFonts w:ascii="Times New Roman" w:hAnsi="Times New Roman" w:cs="Times New Roman"/>
          <w:sz w:val="28"/>
          <w:szCs w:val="28"/>
          <w:lang w:val="uk-UA"/>
        </w:rPr>
      </w:pPr>
      <w:r w:rsidRPr="00515077">
        <w:rPr>
          <w:rFonts w:ascii="Times New Roman" w:hAnsi="Times New Roman" w:cs="Times New Roman"/>
          <w:sz w:val="28"/>
          <w:szCs w:val="28"/>
          <w:lang w:val="uk-UA"/>
        </w:rPr>
        <w:lastRenderedPageBreak/>
        <w:t xml:space="preserve">− </w:t>
      </w:r>
      <w:r w:rsidR="00750BFA">
        <w:rPr>
          <w:rFonts w:ascii="Times New Roman" w:hAnsi="Times New Roman" w:cs="Times New Roman"/>
          <w:b/>
          <w:bCs/>
          <w:sz w:val="28"/>
          <w:szCs w:val="28"/>
          <w:lang w:val="uk-UA"/>
        </w:rPr>
        <w:t>о</w:t>
      </w:r>
      <w:r w:rsidRPr="00515077">
        <w:rPr>
          <w:rFonts w:ascii="Times New Roman" w:hAnsi="Times New Roman" w:cs="Times New Roman"/>
          <w:b/>
          <w:bCs/>
          <w:sz w:val="28"/>
          <w:szCs w:val="28"/>
          <w:lang w:val="uk-UA"/>
        </w:rPr>
        <w:t>птимізація</w:t>
      </w:r>
      <w:r w:rsidRPr="00515077">
        <w:rPr>
          <w:rFonts w:ascii="Times New Roman" w:hAnsi="Times New Roman" w:cs="Times New Roman"/>
          <w:sz w:val="28"/>
          <w:szCs w:val="28"/>
          <w:lang w:val="uk-UA"/>
        </w:rPr>
        <w:t>: алгоритми повинні бути ефективними з точки зору використання ресурсів, забезпечуючи плавну роботу гри без затримок і зниження продуктивності.</w:t>
      </w:r>
    </w:p>
    <w:p w14:paraId="7F19B4A0" w14:textId="77777777" w:rsidR="00515077" w:rsidRPr="00515077" w:rsidRDefault="00515077" w:rsidP="00515077">
      <w:pPr>
        <w:spacing w:after="0" w:line="360" w:lineRule="auto"/>
        <w:ind w:firstLine="709"/>
        <w:jc w:val="both"/>
        <w:rPr>
          <w:rFonts w:ascii="Times New Roman" w:hAnsi="Times New Roman" w:cs="Times New Roman"/>
          <w:sz w:val="28"/>
          <w:szCs w:val="28"/>
          <w:lang w:val="uk-UA"/>
        </w:rPr>
      </w:pPr>
      <w:r w:rsidRPr="00515077">
        <w:rPr>
          <w:rFonts w:ascii="Times New Roman" w:hAnsi="Times New Roman" w:cs="Times New Roman"/>
          <w:sz w:val="28"/>
          <w:szCs w:val="28"/>
          <w:lang w:val="uk-UA"/>
        </w:rPr>
        <w:t xml:space="preserve">Важливим аспектом інтеграції алгоритмів є правильний вибір подій і контроль порядку їх виконання. У </w:t>
      </w:r>
      <w:proofErr w:type="spellStart"/>
      <w:r w:rsidRPr="00515077">
        <w:rPr>
          <w:rFonts w:ascii="Times New Roman" w:hAnsi="Times New Roman" w:cs="Times New Roman"/>
          <w:sz w:val="28"/>
          <w:szCs w:val="28"/>
          <w:lang w:val="uk-UA"/>
        </w:rPr>
        <w:t>подієво</w:t>
      </w:r>
      <w:proofErr w:type="spellEnd"/>
      <w:r w:rsidRPr="00515077">
        <w:rPr>
          <w:rFonts w:ascii="Times New Roman" w:hAnsi="Times New Roman" w:cs="Times New Roman"/>
          <w:sz w:val="28"/>
          <w:szCs w:val="28"/>
          <w:lang w:val="uk-UA"/>
        </w:rPr>
        <w:t>-орієнтованій моделі різні події виконуються у визначеній послідовності, і порушення цієї логіки може призвести до некоректної поведінки ігрових об’єктів, помилок у відображенні або конфліктів між елементами системи. Саме тому розробнику необхідно чітко розуміти роль кожної події в ігровому циклі та відповідно розміщувати в ній алгоритмічну логіку, яка має виконуватися в конкретний момент часу.</w:t>
      </w:r>
    </w:p>
    <w:p w14:paraId="18335976" w14:textId="77777777" w:rsidR="00515077" w:rsidRPr="00515077" w:rsidRDefault="00515077" w:rsidP="00515077">
      <w:pPr>
        <w:spacing w:after="0" w:line="360" w:lineRule="auto"/>
        <w:ind w:firstLine="709"/>
        <w:jc w:val="both"/>
        <w:rPr>
          <w:rFonts w:ascii="Times New Roman" w:hAnsi="Times New Roman" w:cs="Times New Roman"/>
          <w:sz w:val="28"/>
          <w:szCs w:val="28"/>
          <w:lang w:val="uk-UA"/>
        </w:rPr>
      </w:pPr>
      <w:r w:rsidRPr="00515077">
        <w:rPr>
          <w:rFonts w:ascii="Times New Roman" w:hAnsi="Times New Roman" w:cs="Times New Roman"/>
          <w:sz w:val="28"/>
          <w:szCs w:val="28"/>
          <w:lang w:val="uk-UA"/>
        </w:rPr>
        <w:t>Окремої уваги потребує оптимізація алгоритмів, особливо тих, що виконуються в подіях, які обробляються кожен кадр гри. Надмірна кількість перевірок, складні обчислення або зайві виклики функцій у таких подіях можуть суттєво знизити продуктивність ігрової системи, що є критичним для ігор реального часу та застосунків, орієнтованих на мобільні платформи. З метою підвищення швидкодії доцільно застосовувати спрощені алгоритми, мінімізувати кількість активних об’єктів, а також уникати виконання непотрібних операцій у межах кадру.</w:t>
      </w:r>
    </w:p>
    <w:p w14:paraId="04FBB6BF" w14:textId="77777777" w:rsidR="00515077" w:rsidRPr="00515077" w:rsidRDefault="00515077" w:rsidP="00515077">
      <w:pPr>
        <w:spacing w:after="0" w:line="360" w:lineRule="auto"/>
        <w:ind w:firstLine="709"/>
        <w:jc w:val="both"/>
        <w:rPr>
          <w:rFonts w:ascii="Times New Roman" w:hAnsi="Times New Roman" w:cs="Times New Roman"/>
          <w:sz w:val="28"/>
          <w:szCs w:val="28"/>
          <w:lang w:val="uk-UA"/>
        </w:rPr>
      </w:pPr>
      <w:r w:rsidRPr="00515077">
        <w:rPr>
          <w:rFonts w:ascii="Times New Roman" w:hAnsi="Times New Roman" w:cs="Times New Roman"/>
          <w:sz w:val="28"/>
          <w:szCs w:val="28"/>
          <w:lang w:val="uk-UA"/>
        </w:rPr>
        <w:t xml:space="preserve">Отже, ефективна інтеграція алгоритмів обробки подій у процесі розроблення ігор потребує системного підходу, який поєднує принципи програмної інженерії з особливостями </w:t>
      </w:r>
      <w:proofErr w:type="spellStart"/>
      <w:r w:rsidRPr="00515077">
        <w:rPr>
          <w:rFonts w:ascii="Times New Roman" w:hAnsi="Times New Roman" w:cs="Times New Roman"/>
          <w:sz w:val="28"/>
          <w:szCs w:val="28"/>
          <w:lang w:val="uk-UA"/>
        </w:rPr>
        <w:t>подієво</w:t>
      </w:r>
      <w:proofErr w:type="spellEnd"/>
      <w:r w:rsidRPr="00515077">
        <w:rPr>
          <w:rFonts w:ascii="Times New Roman" w:hAnsi="Times New Roman" w:cs="Times New Roman"/>
          <w:sz w:val="28"/>
          <w:szCs w:val="28"/>
          <w:lang w:val="uk-UA"/>
        </w:rPr>
        <w:t xml:space="preserve">-орієнтованої моделі ігрових рушіїв. Грамотне </w:t>
      </w:r>
      <w:proofErr w:type="spellStart"/>
      <w:r w:rsidRPr="00515077">
        <w:rPr>
          <w:rFonts w:ascii="Times New Roman" w:hAnsi="Times New Roman" w:cs="Times New Roman"/>
          <w:sz w:val="28"/>
          <w:szCs w:val="28"/>
          <w:lang w:val="uk-UA"/>
        </w:rPr>
        <w:t>проєктування</w:t>
      </w:r>
      <w:proofErr w:type="spellEnd"/>
      <w:r w:rsidRPr="00515077">
        <w:rPr>
          <w:rFonts w:ascii="Times New Roman" w:hAnsi="Times New Roman" w:cs="Times New Roman"/>
          <w:sz w:val="28"/>
          <w:szCs w:val="28"/>
          <w:lang w:val="uk-UA"/>
        </w:rPr>
        <w:t xml:space="preserve"> логіки подій, структурований код і оптимізовані алгоритми забезпечують стабільну, швидку та передбачувану роботу ігрової системи, а також створюють основу для подальшого розвитку та масштабування ігрового </w:t>
      </w:r>
      <w:proofErr w:type="spellStart"/>
      <w:r w:rsidRPr="00515077">
        <w:rPr>
          <w:rFonts w:ascii="Times New Roman" w:hAnsi="Times New Roman" w:cs="Times New Roman"/>
          <w:sz w:val="28"/>
          <w:szCs w:val="28"/>
          <w:lang w:val="uk-UA"/>
        </w:rPr>
        <w:t>проєкту</w:t>
      </w:r>
      <w:proofErr w:type="spellEnd"/>
      <w:r w:rsidRPr="00515077">
        <w:rPr>
          <w:rFonts w:ascii="Times New Roman" w:hAnsi="Times New Roman" w:cs="Times New Roman"/>
          <w:sz w:val="28"/>
          <w:szCs w:val="28"/>
          <w:lang w:val="uk-UA"/>
        </w:rPr>
        <w:t>.</w:t>
      </w:r>
    </w:p>
    <w:p w14:paraId="573061B9" w14:textId="1BE6708D" w:rsidR="00510C7E" w:rsidRPr="001639F1" w:rsidRDefault="00510C7E" w:rsidP="00DC6652">
      <w:pPr>
        <w:spacing w:after="0" w:line="360" w:lineRule="auto"/>
        <w:rPr>
          <w:rFonts w:ascii="Times New Roman" w:hAnsi="Times New Roman" w:cs="Times New Roman"/>
          <w:sz w:val="28"/>
          <w:szCs w:val="28"/>
          <w:lang w:val="uk-UA"/>
        </w:rPr>
      </w:pPr>
      <w:r w:rsidRPr="001639F1">
        <w:rPr>
          <w:rFonts w:ascii="Times New Roman" w:hAnsi="Times New Roman" w:cs="Times New Roman"/>
          <w:sz w:val="28"/>
          <w:szCs w:val="28"/>
          <w:lang w:val="uk-UA"/>
        </w:rPr>
        <w:br w:type="page"/>
      </w:r>
    </w:p>
    <w:p w14:paraId="0A84CA8B" w14:textId="47085BF7" w:rsidR="00945CB4" w:rsidRPr="00334472" w:rsidRDefault="00945CB4" w:rsidP="00DC6652">
      <w:pPr>
        <w:pStyle w:val="1"/>
        <w:spacing w:before="0"/>
        <w:rPr>
          <w:lang w:val="ru-RU"/>
        </w:rPr>
      </w:pPr>
      <w:bookmarkStart w:id="7" w:name="_Toc219710708"/>
      <w:r w:rsidRPr="00334472">
        <w:rPr>
          <w:lang w:val="ru-RU"/>
        </w:rPr>
        <w:lastRenderedPageBreak/>
        <w:t>РОЗДІЛ 2</w:t>
      </w:r>
      <w:r w:rsidR="00510C7E" w:rsidRPr="001639F1">
        <w:rPr>
          <w:lang w:val="ru-RU"/>
        </w:rPr>
        <w:br/>
      </w:r>
      <w:r w:rsidRPr="00334472">
        <w:rPr>
          <w:lang w:val="ru-RU"/>
        </w:rPr>
        <w:t>ТЕОРЕТИЧНІ ОСНОВИ ТА МЕТОДИ ОБРОБКИ ПОДІЙ</w:t>
      </w:r>
      <w:bookmarkEnd w:id="7"/>
    </w:p>
    <w:p w14:paraId="235AED6C" w14:textId="77777777" w:rsidR="00945CB4" w:rsidRDefault="00945CB4" w:rsidP="00DC6652">
      <w:pPr>
        <w:spacing w:after="0" w:line="360" w:lineRule="auto"/>
        <w:contextualSpacing/>
        <w:jc w:val="both"/>
        <w:rPr>
          <w:rFonts w:ascii="Times New Roman" w:hAnsi="Times New Roman" w:cs="Times New Roman"/>
          <w:sz w:val="28"/>
          <w:szCs w:val="28"/>
          <w:lang w:val="ru-RU"/>
        </w:rPr>
      </w:pPr>
    </w:p>
    <w:p w14:paraId="7253012D" w14:textId="77777777" w:rsidR="00945CB4" w:rsidRPr="00945CB4" w:rsidRDefault="00945CB4" w:rsidP="00DC6652">
      <w:pPr>
        <w:pStyle w:val="21"/>
        <w:spacing w:before="0" w:beforeAutospacing="0" w:after="0" w:afterAutospacing="0"/>
      </w:pPr>
      <w:bookmarkStart w:id="8" w:name="_Toc219710709"/>
      <w:r w:rsidRPr="00945CB4">
        <w:t xml:space="preserve">2.1. </w:t>
      </w:r>
      <w:proofErr w:type="spellStart"/>
      <w:r w:rsidRPr="00945CB4">
        <w:t>Що</w:t>
      </w:r>
      <w:proofErr w:type="spellEnd"/>
      <w:r w:rsidRPr="00945CB4">
        <w:t xml:space="preserve"> </w:t>
      </w:r>
      <w:proofErr w:type="spellStart"/>
      <w:r w:rsidRPr="00945CB4">
        <w:t>таке</w:t>
      </w:r>
      <w:proofErr w:type="spellEnd"/>
      <w:r w:rsidRPr="00945CB4">
        <w:t xml:space="preserve"> алгоритм в </w:t>
      </w:r>
      <w:proofErr w:type="spellStart"/>
      <w:r w:rsidRPr="00945CB4">
        <w:t>ігровій</w:t>
      </w:r>
      <w:proofErr w:type="spellEnd"/>
      <w:r w:rsidRPr="00945CB4">
        <w:t xml:space="preserve"> </w:t>
      </w:r>
      <w:proofErr w:type="spellStart"/>
      <w:r w:rsidRPr="00945CB4">
        <w:t>індустрії</w:t>
      </w:r>
      <w:proofErr w:type="spellEnd"/>
      <w:r w:rsidRPr="00945CB4">
        <w:t>?</w:t>
      </w:r>
      <w:bookmarkEnd w:id="8"/>
    </w:p>
    <w:p w14:paraId="75611D58" w14:textId="77777777" w:rsidR="00945CB4" w:rsidRPr="00945CB4" w:rsidRDefault="00945CB4" w:rsidP="00DC6652">
      <w:pPr>
        <w:spacing w:after="0" w:line="360" w:lineRule="auto"/>
        <w:contextualSpacing/>
        <w:jc w:val="both"/>
        <w:rPr>
          <w:rFonts w:ascii="Times New Roman" w:hAnsi="Times New Roman" w:cs="Times New Roman"/>
          <w:sz w:val="28"/>
          <w:szCs w:val="28"/>
          <w:lang w:val="ru-RU"/>
        </w:rPr>
      </w:pPr>
    </w:p>
    <w:p w14:paraId="7FE93313" w14:textId="77777777" w:rsidR="00F240AC" w:rsidRPr="00F240AC" w:rsidRDefault="00F240AC" w:rsidP="00F240AC">
      <w:pPr>
        <w:spacing w:after="0" w:line="360" w:lineRule="auto"/>
        <w:ind w:firstLine="709"/>
        <w:contextualSpacing/>
        <w:jc w:val="both"/>
        <w:rPr>
          <w:rFonts w:ascii="Times New Roman" w:hAnsi="Times New Roman" w:cs="Times New Roman"/>
          <w:sz w:val="28"/>
          <w:szCs w:val="28"/>
          <w:lang w:val="uk-UA"/>
        </w:rPr>
      </w:pPr>
      <w:r w:rsidRPr="00F240AC">
        <w:rPr>
          <w:rFonts w:ascii="Times New Roman" w:hAnsi="Times New Roman" w:cs="Times New Roman"/>
          <w:sz w:val="28"/>
          <w:szCs w:val="28"/>
          <w:lang w:val="uk-UA"/>
        </w:rPr>
        <w:t>Алгоритми є фундаментальною складовою будь-якого програмного забезпечення, зокрема й комп’ютерних ігор. В ігровій індустрії алгоритми визначають поведінку ігрових об’єктів, логіку взаємодії між ними, реакцію гри на дії користувача, а також роботу допоміжних систем, таких як фізика, штучний інтелект та керування ресурсами. Фактично алгоритм є формалізованим описом послідовності дій, які необхідно виконати для досягнення заданого результату в межах ігрового процесу.</w:t>
      </w:r>
    </w:p>
    <w:p w14:paraId="30594EB9" w14:textId="77777777" w:rsidR="00F240AC" w:rsidRPr="00F240AC" w:rsidRDefault="00F240AC" w:rsidP="00F240AC">
      <w:pPr>
        <w:spacing w:after="0" w:line="360" w:lineRule="auto"/>
        <w:ind w:firstLine="709"/>
        <w:contextualSpacing/>
        <w:jc w:val="both"/>
        <w:rPr>
          <w:rFonts w:ascii="Times New Roman" w:hAnsi="Times New Roman" w:cs="Times New Roman"/>
          <w:sz w:val="28"/>
          <w:szCs w:val="28"/>
          <w:lang w:val="uk-UA"/>
        </w:rPr>
      </w:pPr>
      <w:r w:rsidRPr="00F240AC">
        <w:rPr>
          <w:rFonts w:ascii="Times New Roman" w:hAnsi="Times New Roman" w:cs="Times New Roman"/>
          <w:sz w:val="28"/>
          <w:szCs w:val="28"/>
          <w:lang w:val="uk-UA"/>
        </w:rPr>
        <w:t>У контексті розробки ігор алгоритм можна визначити як впорядковану сукупність операцій, що виконуються ігровим рушієм у відповідь на певні умови або події. Такі алгоритми реалізують переміщення персонажів, перевірку зіткнень, зміну станів ігрових об’єктів, обробку введення користувача та інші ключові механіки. Від правильності побудови алгоритмів безпосередньо залежить стабільність, швидкодія та коректність роботи ігрового застосунку.</w:t>
      </w:r>
    </w:p>
    <w:p w14:paraId="6D2DDB8E" w14:textId="77777777" w:rsidR="00F240AC" w:rsidRPr="00F240AC" w:rsidRDefault="00F240AC" w:rsidP="00F240AC">
      <w:pPr>
        <w:spacing w:after="0" w:line="360" w:lineRule="auto"/>
        <w:ind w:firstLine="709"/>
        <w:contextualSpacing/>
        <w:jc w:val="both"/>
        <w:rPr>
          <w:rFonts w:ascii="Times New Roman" w:hAnsi="Times New Roman" w:cs="Times New Roman"/>
          <w:sz w:val="28"/>
          <w:szCs w:val="28"/>
          <w:lang w:val="uk-UA"/>
        </w:rPr>
      </w:pPr>
      <w:r w:rsidRPr="00F240AC">
        <w:rPr>
          <w:rFonts w:ascii="Times New Roman" w:hAnsi="Times New Roman" w:cs="Times New Roman"/>
          <w:sz w:val="28"/>
          <w:szCs w:val="28"/>
          <w:lang w:val="uk-UA"/>
        </w:rPr>
        <w:t>Одним із центральних завдань ігрових алгоритмів є обробка подій. Подія в ігровій системі являє собою певний сигнал або стан, що ініціює виконання програмного коду, наприклад натискання клавіші, зіткнення об’єктів, завершення таймера або зміна ігрового режиму. Ігровий рушій повинен обробляти такі події з мінімальною затримкою, оскільки навіть незначні затримки можуть негативно впливати на сприйняття ігрового процесу користувачем.</w:t>
      </w:r>
    </w:p>
    <w:p w14:paraId="134CDA50" w14:textId="73C80824" w:rsidR="00F240AC" w:rsidRPr="00F240AC" w:rsidRDefault="00F240AC" w:rsidP="00F240AC">
      <w:pPr>
        <w:spacing w:after="0" w:line="360" w:lineRule="auto"/>
        <w:ind w:firstLine="709"/>
        <w:contextualSpacing/>
        <w:jc w:val="both"/>
        <w:rPr>
          <w:rFonts w:ascii="Times New Roman" w:hAnsi="Times New Roman" w:cs="Times New Roman"/>
          <w:sz w:val="28"/>
          <w:szCs w:val="28"/>
          <w:lang w:val="uk-UA"/>
        </w:rPr>
      </w:pPr>
      <w:r w:rsidRPr="00F240AC">
        <w:rPr>
          <w:rFonts w:ascii="Times New Roman" w:hAnsi="Times New Roman" w:cs="Times New Roman"/>
          <w:sz w:val="28"/>
          <w:szCs w:val="28"/>
          <w:lang w:val="uk-UA"/>
        </w:rPr>
        <w:t xml:space="preserve">У середовищі </w:t>
      </w:r>
      <w:proofErr w:type="spellStart"/>
      <w:r w:rsidRPr="00F240AC">
        <w:rPr>
          <w:rFonts w:ascii="Times New Roman" w:hAnsi="Times New Roman" w:cs="Times New Roman"/>
          <w:sz w:val="28"/>
          <w:szCs w:val="28"/>
          <w:lang w:val="uk-UA"/>
        </w:rPr>
        <w:t>GameMaker</w:t>
      </w:r>
      <w:proofErr w:type="spellEnd"/>
      <w:r w:rsidRPr="00F240AC">
        <w:rPr>
          <w:rFonts w:ascii="Times New Roman" w:hAnsi="Times New Roman" w:cs="Times New Roman"/>
          <w:sz w:val="28"/>
          <w:szCs w:val="28"/>
          <w:lang w:val="uk-UA"/>
        </w:rPr>
        <w:t xml:space="preserve"> реалізація алгоритмів здійснюється з використанням мови програмування GML (</w:t>
      </w:r>
      <w:proofErr w:type="spellStart"/>
      <w:r w:rsidRPr="00F240AC">
        <w:rPr>
          <w:rFonts w:ascii="Times New Roman" w:hAnsi="Times New Roman" w:cs="Times New Roman"/>
          <w:sz w:val="28"/>
          <w:szCs w:val="28"/>
          <w:lang w:val="uk-UA"/>
        </w:rPr>
        <w:t>Game</w:t>
      </w:r>
      <w:proofErr w:type="spellEnd"/>
      <w:r w:rsidRPr="00F240AC">
        <w:rPr>
          <w:rFonts w:ascii="Times New Roman" w:hAnsi="Times New Roman" w:cs="Times New Roman"/>
          <w:sz w:val="28"/>
          <w:szCs w:val="28"/>
          <w:lang w:val="uk-UA"/>
        </w:rPr>
        <w:t xml:space="preserve"> </w:t>
      </w:r>
      <w:proofErr w:type="spellStart"/>
      <w:r w:rsidRPr="00F240AC">
        <w:rPr>
          <w:rFonts w:ascii="Times New Roman" w:hAnsi="Times New Roman" w:cs="Times New Roman"/>
          <w:sz w:val="28"/>
          <w:szCs w:val="28"/>
          <w:lang w:val="uk-UA"/>
        </w:rPr>
        <w:t>Maker</w:t>
      </w:r>
      <w:proofErr w:type="spellEnd"/>
      <w:r w:rsidRPr="00F240AC">
        <w:rPr>
          <w:rFonts w:ascii="Times New Roman" w:hAnsi="Times New Roman" w:cs="Times New Roman"/>
          <w:sz w:val="28"/>
          <w:szCs w:val="28"/>
          <w:lang w:val="uk-UA"/>
        </w:rPr>
        <w:t xml:space="preserve"> </w:t>
      </w:r>
      <w:proofErr w:type="spellStart"/>
      <w:r w:rsidRPr="00F240AC">
        <w:rPr>
          <w:rFonts w:ascii="Times New Roman" w:hAnsi="Times New Roman" w:cs="Times New Roman"/>
          <w:sz w:val="28"/>
          <w:szCs w:val="28"/>
          <w:lang w:val="uk-UA"/>
        </w:rPr>
        <w:t>Language</w:t>
      </w:r>
      <w:proofErr w:type="spellEnd"/>
      <w:r w:rsidRPr="00F240AC">
        <w:rPr>
          <w:rFonts w:ascii="Times New Roman" w:hAnsi="Times New Roman" w:cs="Times New Roman"/>
          <w:sz w:val="28"/>
          <w:szCs w:val="28"/>
          <w:lang w:val="uk-UA"/>
        </w:rPr>
        <w:t xml:space="preserve">). GML надає широкі можливості для опису ігрової логіки, дозволяючи створювати алгоритми різної складності </w:t>
      </w:r>
      <w:r w:rsidR="003D2A91">
        <w:rPr>
          <w:rFonts w:ascii="Times New Roman" w:hAnsi="Times New Roman" w:cs="Times New Roman"/>
          <w:sz w:val="28"/>
          <w:szCs w:val="28"/>
          <w:lang w:val="uk-UA"/>
        </w:rPr>
        <w:t>–</w:t>
      </w:r>
      <w:r w:rsidRPr="00F240AC">
        <w:rPr>
          <w:rFonts w:ascii="Times New Roman" w:hAnsi="Times New Roman" w:cs="Times New Roman"/>
          <w:sz w:val="28"/>
          <w:szCs w:val="28"/>
          <w:lang w:val="uk-UA"/>
        </w:rPr>
        <w:t xml:space="preserve"> від простих механік руху до комплексних систем штучного </w:t>
      </w:r>
      <w:r w:rsidRPr="00F240AC">
        <w:rPr>
          <w:rFonts w:ascii="Times New Roman" w:hAnsi="Times New Roman" w:cs="Times New Roman"/>
          <w:sz w:val="28"/>
          <w:szCs w:val="28"/>
          <w:lang w:val="uk-UA"/>
        </w:rPr>
        <w:lastRenderedPageBreak/>
        <w:t xml:space="preserve">інтелекту. </w:t>
      </w:r>
      <w:proofErr w:type="spellStart"/>
      <w:r w:rsidRPr="00F240AC">
        <w:rPr>
          <w:rFonts w:ascii="Times New Roman" w:hAnsi="Times New Roman" w:cs="Times New Roman"/>
          <w:sz w:val="28"/>
          <w:szCs w:val="28"/>
          <w:lang w:val="uk-UA"/>
        </w:rPr>
        <w:t>Коректно</w:t>
      </w:r>
      <w:proofErr w:type="spellEnd"/>
      <w:r w:rsidRPr="00F240AC">
        <w:rPr>
          <w:rFonts w:ascii="Times New Roman" w:hAnsi="Times New Roman" w:cs="Times New Roman"/>
          <w:sz w:val="28"/>
          <w:szCs w:val="28"/>
          <w:lang w:val="uk-UA"/>
        </w:rPr>
        <w:t xml:space="preserve"> реалізовані алгоритми забезпечують стабільну роботу гри та підтримання високої частоти кадрів, що є одним із ключових показників якості ігрового застосунку.</w:t>
      </w:r>
    </w:p>
    <w:p w14:paraId="0F6BE596" w14:textId="77777777" w:rsidR="00510C7E" w:rsidRPr="001639F1" w:rsidRDefault="00510C7E" w:rsidP="00DC6652">
      <w:pPr>
        <w:spacing w:after="0" w:line="360" w:lineRule="auto"/>
        <w:contextualSpacing/>
        <w:jc w:val="both"/>
        <w:rPr>
          <w:rFonts w:ascii="Times New Roman" w:hAnsi="Times New Roman" w:cs="Times New Roman"/>
          <w:sz w:val="28"/>
          <w:szCs w:val="28"/>
          <w:lang w:val="uk-UA"/>
        </w:rPr>
      </w:pPr>
    </w:p>
    <w:p w14:paraId="0DEB6700" w14:textId="77777777" w:rsidR="00945CB4" w:rsidRPr="00F240AC" w:rsidRDefault="00945CB4" w:rsidP="00DC6652">
      <w:pPr>
        <w:spacing w:after="0" w:line="360" w:lineRule="auto"/>
        <w:jc w:val="center"/>
        <w:rPr>
          <w:rFonts w:ascii="Times New Roman" w:hAnsi="Times New Roman" w:cs="Times New Roman"/>
          <w:sz w:val="28"/>
          <w:szCs w:val="28"/>
          <w:lang w:val="ru-RU"/>
        </w:rPr>
      </w:pPr>
      <w:r w:rsidRPr="00F240AC">
        <w:rPr>
          <w:noProof/>
          <w:lang w:val="ru-RU" w:eastAsia="ru-RU"/>
        </w:rPr>
        <w:drawing>
          <wp:inline distT="0" distB="0" distL="0" distR="0" wp14:anchorId="5987430D" wp14:editId="00D32F7C">
            <wp:extent cx="4330628" cy="508404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4831" r="9481"/>
                    <a:stretch>
                      <a:fillRect/>
                    </a:stretch>
                  </pic:blipFill>
                  <pic:spPr bwMode="auto">
                    <a:xfrm>
                      <a:off x="0" y="0"/>
                      <a:ext cx="4353715" cy="5111144"/>
                    </a:xfrm>
                    <a:prstGeom prst="rect">
                      <a:avLst/>
                    </a:prstGeom>
                    <a:ln>
                      <a:noFill/>
                    </a:ln>
                    <a:extLst>
                      <a:ext uri="{53640926-AAD7-44D8-BBD7-CCE9431645EC}">
                        <a14:shadowObscured xmlns:a14="http://schemas.microsoft.com/office/drawing/2010/main"/>
                      </a:ext>
                    </a:extLst>
                  </pic:spPr>
                </pic:pic>
              </a:graphicData>
            </a:graphic>
          </wp:inline>
        </w:drawing>
      </w:r>
    </w:p>
    <w:p w14:paraId="1ADB2C31" w14:textId="7F7976D6" w:rsidR="00945CB4" w:rsidRPr="001639F1" w:rsidRDefault="00945CB4" w:rsidP="00DC6652">
      <w:pPr>
        <w:spacing w:after="0" w:line="360" w:lineRule="auto"/>
        <w:jc w:val="center"/>
        <w:rPr>
          <w:rFonts w:ascii="Times New Roman" w:hAnsi="Times New Roman" w:cs="Times New Roman"/>
          <w:sz w:val="28"/>
          <w:szCs w:val="28"/>
          <w:lang w:val="ru-RU"/>
        </w:rPr>
      </w:pPr>
      <w:r w:rsidRPr="00F240AC">
        <w:rPr>
          <w:rFonts w:ascii="Times New Roman" w:hAnsi="Times New Roman" w:cs="Times New Roman"/>
          <w:sz w:val="28"/>
          <w:szCs w:val="28"/>
          <w:lang w:val="ru-RU"/>
        </w:rPr>
        <w:t xml:space="preserve">Рисунок 2.1 – </w:t>
      </w:r>
      <w:r w:rsidR="00F240AC" w:rsidRPr="00F240AC">
        <w:rPr>
          <w:rFonts w:ascii="Times New Roman" w:hAnsi="Times New Roman" w:cs="Times New Roman"/>
          <w:sz w:val="28"/>
          <w:szCs w:val="28"/>
          <w:lang w:val="ru-RU"/>
        </w:rPr>
        <w:t xml:space="preserve">Блок-схема алгоритму </w:t>
      </w:r>
      <w:proofErr w:type="spellStart"/>
      <w:r w:rsidR="00F240AC" w:rsidRPr="00F240AC">
        <w:rPr>
          <w:rFonts w:ascii="Times New Roman" w:hAnsi="Times New Roman" w:cs="Times New Roman"/>
          <w:sz w:val="28"/>
          <w:szCs w:val="28"/>
          <w:lang w:val="ru-RU"/>
        </w:rPr>
        <w:t>обробки</w:t>
      </w:r>
      <w:proofErr w:type="spellEnd"/>
      <w:r w:rsidR="00F240AC" w:rsidRPr="00F240AC">
        <w:rPr>
          <w:rFonts w:ascii="Times New Roman" w:hAnsi="Times New Roman" w:cs="Times New Roman"/>
          <w:sz w:val="28"/>
          <w:szCs w:val="28"/>
          <w:lang w:val="ru-RU"/>
        </w:rPr>
        <w:t xml:space="preserve"> </w:t>
      </w:r>
      <w:proofErr w:type="spellStart"/>
      <w:r w:rsidR="00F240AC" w:rsidRPr="00F240AC">
        <w:rPr>
          <w:rFonts w:ascii="Times New Roman" w:hAnsi="Times New Roman" w:cs="Times New Roman"/>
          <w:sz w:val="28"/>
          <w:szCs w:val="28"/>
          <w:lang w:val="ru-RU"/>
        </w:rPr>
        <w:t>події</w:t>
      </w:r>
      <w:proofErr w:type="spellEnd"/>
      <w:r w:rsidR="00F240AC" w:rsidRPr="00F240AC">
        <w:rPr>
          <w:rFonts w:ascii="Times New Roman" w:hAnsi="Times New Roman" w:cs="Times New Roman"/>
          <w:sz w:val="28"/>
          <w:szCs w:val="28"/>
          <w:lang w:val="ru-RU"/>
        </w:rPr>
        <w:t xml:space="preserve"> в </w:t>
      </w:r>
      <w:proofErr w:type="spellStart"/>
      <w:r w:rsidR="00F240AC" w:rsidRPr="00F240AC">
        <w:rPr>
          <w:rFonts w:ascii="Times New Roman" w:hAnsi="Times New Roman" w:cs="Times New Roman"/>
          <w:sz w:val="28"/>
          <w:szCs w:val="28"/>
          <w:lang w:val="ru-RU"/>
        </w:rPr>
        <w:t>ігровій</w:t>
      </w:r>
      <w:proofErr w:type="spellEnd"/>
      <w:r w:rsidR="00F240AC" w:rsidRPr="00F240AC">
        <w:rPr>
          <w:rFonts w:ascii="Times New Roman" w:hAnsi="Times New Roman" w:cs="Times New Roman"/>
          <w:sz w:val="28"/>
          <w:szCs w:val="28"/>
          <w:lang w:val="ru-RU"/>
        </w:rPr>
        <w:t xml:space="preserve"> </w:t>
      </w:r>
      <w:proofErr w:type="spellStart"/>
      <w:r w:rsidR="00F240AC" w:rsidRPr="00F240AC">
        <w:rPr>
          <w:rFonts w:ascii="Times New Roman" w:hAnsi="Times New Roman" w:cs="Times New Roman"/>
          <w:sz w:val="28"/>
          <w:szCs w:val="28"/>
          <w:lang w:val="ru-RU"/>
        </w:rPr>
        <w:t>системі</w:t>
      </w:r>
      <w:proofErr w:type="spellEnd"/>
    </w:p>
    <w:p w14:paraId="384724BA" w14:textId="77777777" w:rsidR="00F240AC" w:rsidRDefault="00F240AC" w:rsidP="00DC6652">
      <w:pPr>
        <w:spacing w:after="0" w:line="360" w:lineRule="auto"/>
        <w:jc w:val="both"/>
        <w:rPr>
          <w:rFonts w:ascii="Times New Roman" w:hAnsi="Times New Roman" w:cs="Times New Roman"/>
          <w:sz w:val="28"/>
          <w:szCs w:val="28"/>
          <w:lang w:val="ru-RU"/>
        </w:rPr>
      </w:pPr>
    </w:p>
    <w:p w14:paraId="653B0853" w14:textId="30127AD8" w:rsidR="00945CB4" w:rsidRDefault="00F240AC" w:rsidP="00F240AC">
      <w:pPr>
        <w:spacing w:after="0" w:line="360" w:lineRule="auto"/>
        <w:ind w:firstLine="709"/>
        <w:jc w:val="both"/>
        <w:rPr>
          <w:rFonts w:ascii="Times New Roman" w:hAnsi="Times New Roman" w:cs="Times New Roman"/>
          <w:sz w:val="28"/>
          <w:szCs w:val="28"/>
          <w:lang w:val="ru-RU"/>
        </w:rPr>
      </w:pPr>
      <w:r w:rsidRPr="00F240AC">
        <w:rPr>
          <w:rFonts w:ascii="Times New Roman" w:hAnsi="Times New Roman" w:cs="Times New Roman"/>
          <w:sz w:val="28"/>
          <w:szCs w:val="28"/>
          <w:lang w:val="ru-RU"/>
        </w:rPr>
        <w:t xml:space="preserve">Наведена блок-схема </w:t>
      </w:r>
      <w:proofErr w:type="spellStart"/>
      <w:r w:rsidRPr="00F240AC">
        <w:rPr>
          <w:rFonts w:ascii="Times New Roman" w:hAnsi="Times New Roman" w:cs="Times New Roman"/>
          <w:sz w:val="28"/>
          <w:szCs w:val="28"/>
          <w:lang w:val="ru-RU"/>
        </w:rPr>
        <w:t>ілюструє</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загальний</w:t>
      </w:r>
      <w:proofErr w:type="spellEnd"/>
      <w:r w:rsidRPr="00F240AC">
        <w:rPr>
          <w:rFonts w:ascii="Times New Roman" w:hAnsi="Times New Roman" w:cs="Times New Roman"/>
          <w:sz w:val="28"/>
          <w:szCs w:val="28"/>
          <w:lang w:val="ru-RU"/>
        </w:rPr>
        <w:t xml:space="preserve"> принцип </w:t>
      </w:r>
      <w:proofErr w:type="spellStart"/>
      <w:r w:rsidRPr="00F240AC">
        <w:rPr>
          <w:rFonts w:ascii="Times New Roman" w:hAnsi="Times New Roman" w:cs="Times New Roman"/>
          <w:sz w:val="28"/>
          <w:szCs w:val="28"/>
          <w:lang w:val="ru-RU"/>
        </w:rPr>
        <w:t>роботи</w:t>
      </w:r>
      <w:proofErr w:type="spellEnd"/>
      <w:r w:rsidRPr="00F240AC">
        <w:rPr>
          <w:rFonts w:ascii="Times New Roman" w:hAnsi="Times New Roman" w:cs="Times New Roman"/>
          <w:sz w:val="28"/>
          <w:szCs w:val="28"/>
          <w:lang w:val="ru-RU"/>
        </w:rPr>
        <w:t xml:space="preserve"> алгоритму в </w:t>
      </w:r>
      <w:proofErr w:type="spellStart"/>
      <w:r w:rsidRPr="00F240AC">
        <w:rPr>
          <w:rFonts w:ascii="Times New Roman" w:hAnsi="Times New Roman" w:cs="Times New Roman"/>
          <w:sz w:val="28"/>
          <w:szCs w:val="28"/>
          <w:lang w:val="ru-RU"/>
        </w:rPr>
        <w:t>ігровому</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застосунку</w:t>
      </w:r>
      <w:proofErr w:type="spellEnd"/>
      <w:r w:rsidRPr="00F240AC">
        <w:rPr>
          <w:rFonts w:ascii="Times New Roman" w:hAnsi="Times New Roman" w:cs="Times New Roman"/>
          <w:sz w:val="28"/>
          <w:szCs w:val="28"/>
          <w:lang w:val="ru-RU"/>
        </w:rPr>
        <w:t xml:space="preserve">, де </w:t>
      </w:r>
      <w:proofErr w:type="spellStart"/>
      <w:r w:rsidRPr="00F240AC">
        <w:rPr>
          <w:rFonts w:ascii="Times New Roman" w:hAnsi="Times New Roman" w:cs="Times New Roman"/>
          <w:sz w:val="28"/>
          <w:szCs w:val="28"/>
          <w:lang w:val="ru-RU"/>
        </w:rPr>
        <w:t>виконання</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програмної</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логіки</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ініціюється</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виникненням</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певної</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події</w:t>
      </w:r>
      <w:proofErr w:type="spellEnd"/>
      <w:r>
        <w:rPr>
          <w:rFonts w:ascii="Times New Roman" w:hAnsi="Times New Roman" w:cs="Times New Roman"/>
          <w:sz w:val="28"/>
          <w:szCs w:val="28"/>
          <w:lang w:val="ru-RU"/>
        </w:rPr>
        <w:t xml:space="preserve"> </w:t>
      </w:r>
      <w:r w:rsidRPr="001639F1">
        <w:rPr>
          <w:rFonts w:ascii="Times New Roman" w:hAnsi="Times New Roman" w:cs="Times New Roman"/>
          <w:sz w:val="28"/>
          <w:szCs w:val="28"/>
          <w:lang w:val="ru-RU"/>
        </w:rPr>
        <w:t>[3]</w:t>
      </w:r>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Такий</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підхід</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дозволяє</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наочно</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представити</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послідовність</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дій</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що</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виконуються</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рушієм</w:t>
      </w:r>
      <w:proofErr w:type="spellEnd"/>
      <w:r w:rsidRPr="00F240AC">
        <w:rPr>
          <w:rFonts w:ascii="Times New Roman" w:hAnsi="Times New Roman" w:cs="Times New Roman"/>
          <w:sz w:val="28"/>
          <w:szCs w:val="28"/>
          <w:lang w:val="ru-RU"/>
        </w:rPr>
        <w:t xml:space="preserve"> у </w:t>
      </w:r>
      <w:proofErr w:type="spellStart"/>
      <w:r w:rsidRPr="00F240AC">
        <w:rPr>
          <w:rFonts w:ascii="Times New Roman" w:hAnsi="Times New Roman" w:cs="Times New Roman"/>
          <w:sz w:val="28"/>
          <w:szCs w:val="28"/>
          <w:lang w:val="ru-RU"/>
        </w:rPr>
        <w:t>відповідь</w:t>
      </w:r>
      <w:proofErr w:type="spellEnd"/>
      <w:r w:rsidRPr="00F240AC">
        <w:rPr>
          <w:rFonts w:ascii="Times New Roman" w:hAnsi="Times New Roman" w:cs="Times New Roman"/>
          <w:sz w:val="28"/>
          <w:szCs w:val="28"/>
          <w:lang w:val="ru-RU"/>
        </w:rPr>
        <w:t xml:space="preserve"> на </w:t>
      </w:r>
      <w:proofErr w:type="spellStart"/>
      <w:r w:rsidRPr="00F240AC">
        <w:rPr>
          <w:rFonts w:ascii="Times New Roman" w:hAnsi="Times New Roman" w:cs="Times New Roman"/>
          <w:sz w:val="28"/>
          <w:szCs w:val="28"/>
          <w:lang w:val="ru-RU"/>
        </w:rPr>
        <w:t>зміну</w:t>
      </w:r>
      <w:proofErr w:type="spellEnd"/>
      <w:r w:rsidRPr="00F240AC">
        <w:rPr>
          <w:rFonts w:ascii="Times New Roman" w:hAnsi="Times New Roman" w:cs="Times New Roman"/>
          <w:sz w:val="28"/>
          <w:szCs w:val="28"/>
          <w:lang w:val="ru-RU"/>
        </w:rPr>
        <w:t xml:space="preserve"> стану </w:t>
      </w:r>
      <w:proofErr w:type="spellStart"/>
      <w:r w:rsidRPr="00F240AC">
        <w:rPr>
          <w:rFonts w:ascii="Times New Roman" w:hAnsi="Times New Roman" w:cs="Times New Roman"/>
          <w:sz w:val="28"/>
          <w:szCs w:val="28"/>
          <w:lang w:val="ru-RU"/>
        </w:rPr>
        <w:t>ігрового</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середовища</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або</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взаємодію</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користувача</w:t>
      </w:r>
      <w:proofErr w:type="spellEnd"/>
      <w:r w:rsidRPr="00F240AC">
        <w:rPr>
          <w:rFonts w:ascii="Times New Roman" w:hAnsi="Times New Roman" w:cs="Times New Roman"/>
          <w:sz w:val="28"/>
          <w:szCs w:val="28"/>
          <w:lang w:val="ru-RU"/>
        </w:rPr>
        <w:t xml:space="preserve"> з </w:t>
      </w:r>
      <w:proofErr w:type="spellStart"/>
      <w:r w:rsidRPr="00F240AC">
        <w:rPr>
          <w:rFonts w:ascii="Times New Roman" w:hAnsi="Times New Roman" w:cs="Times New Roman"/>
          <w:sz w:val="28"/>
          <w:szCs w:val="28"/>
          <w:lang w:val="ru-RU"/>
        </w:rPr>
        <w:t>грою</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Використання</w:t>
      </w:r>
      <w:proofErr w:type="spellEnd"/>
      <w:r w:rsidRPr="00F240AC">
        <w:rPr>
          <w:rFonts w:ascii="Times New Roman" w:hAnsi="Times New Roman" w:cs="Times New Roman"/>
          <w:sz w:val="28"/>
          <w:szCs w:val="28"/>
          <w:lang w:val="ru-RU"/>
        </w:rPr>
        <w:t xml:space="preserve"> блок-схем є </w:t>
      </w:r>
      <w:proofErr w:type="spellStart"/>
      <w:r w:rsidRPr="00F240AC">
        <w:rPr>
          <w:rFonts w:ascii="Times New Roman" w:hAnsi="Times New Roman" w:cs="Times New Roman"/>
          <w:sz w:val="28"/>
          <w:szCs w:val="28"/>
          <w:lang w:val="ru-RU"/>
        </w:rPr>
        <w:t>доцільним</w:t>
      </w:r>
      <w:proofErr w:type="spellEnd"/>
      <w:r w:rsidRPr="00F240AC">
        <w:rPr>
          <w:rFonts w:ascii="Times New Roman" w:hAnsi="Times New Roman" w:cs="Times New Roman"/>
          <w:sz w:val="28"/>
          <w:szCs w:val="28"/>
          <w:lang w:val="ru-RU"/>
        </w:rPr>
        <w:t xml:space="preserve"> на </w:t>
      </w:r>
      <w:proofErr w:type="spellStart"/>
      <w:r w:rsidRPr="00F240AC">
        <w:rPr>
          <w:rFonts w:ascii="Times New Roman" w:hAnsi="Times New Roman" w:cs="Times New Roman"/>
          <w:sz w:val="28"/>
          <w:szCs w:val="28"/>
          <w:lang w:val="ru-RU"/>
        </w:rPr>
        <w:t>етапі</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lastRenderedPageBreak/>
        <w:t>проєктування</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алгоритмів</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оскільки</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спрощує</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аналіз</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логіки</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роботи</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програми</w:t>
      </w:r>
      <w:proofErr w:type="spellEnd"/>
      <w:r w:rsidRPr="00F240AC">
        <w:rPr>
          <w:rFonts w:ascii="Times New Roman" w:hAnsi="Times New Roman" w:cs="Times New Roman"/>
          <w:sz w:val="28"/>
          <w:szCs w:val="28"/>
          <w:lang w:val="ru-RU"/>
        </w:rPr>
        <w:t xml:space="preserve"> та </w:t>
      </w:r>
      <w:proofErr w:type="spellStart"/>
      <w:r w:rsidRPr="00F240AC">
        <w:rPr>
          <w:rFonts w:ascii="Times New Roman" w:hAnsi="Times New Roman" w:cs="Times New Roman"/>
          <w:sz w:val="28"/>
          <w:szCs w:val="28"/>
          <w:lang w:val="ru-RU"/>
        </w:rPr>
        <w:t>знижує</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ймовірність</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помилок</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під</w:t>
      </w:r>
      <w:proofErr w:type="spellEnd"/>
      <w:r w:rsidRPr="00F240AC">
        <w:rPr>
          <w:rFonts w:ascii="Times New Roman" w:hAnsi="Times New Roman" w:cs="Times New Roman"/>
          <w:sz w:val="28"/>
          <w:szCs w:val="28"/>
          <w:lang w:val="ru-RU"/>
        </w:rPr>
        <w:t xml:space="preserve"> час </w:t>
      </w:r>
      <w:proofErr w:type="spellStart"/>
      <w:r w:rsidRPr="00F240AC">
        <w:rPr>
          <w:rFonts w:ascii="Times New Roman" w:hAnsi="Times New Roman" w:cs="Times New Roman"/>
          <w:sz w:val="28"/>
          <w:szCs w:val="28"/>
          <w:lang w:val="ru-RU"/>
        </w:rPr>
        <w:t>реалізації</w:t>
      </w:r>
      <w:proofErr w:type="spellEnd"/>
      <w:r w:rsidRPr="00F240AC">
        <w:rPr>
          <w:rFonts w:ascii="Times New Roman" w:hAnsi="Times New Roman" w:cs="Times New Roman"/>
          <w:sz w:val="28"/>
          <w:szCs w:val="28"/>
          <w:lang w:val="ru-RU"/>
        </w:rPr>
        <w:t xml:space="preserve"> коду.</w:t>
      </w:r>
    </w:p>
    <w:p w14:paraId="7F6DF389" w14:textId="77777777" w:rsidR="00F240AC" w:rsidRPr="00945CB4" w:rsidRDefault="00F240AC" w:rsidP="00DC6652">
      <w:pPr>
        <w:spacing w:after="0" w:line="360" w:lineRule="auto"/>
        <w:jc w:val="both"/>
        <w:rPr>
          <w:rFonts w:ascii="Times New Roman" w:hAnsi="Times New Roman" w:cs="Times New Roman"/>
          <w:sz w:val="28"/>
          <w:szCs w:val="28"/>
          <w:lang w:val="ru-RU"/>
        </w:rPr>
      </w:pPr>
    </w:p>
    <w:p w14:paraId="24BB3EA8" w14:textId="77777777" w:rsidR="00945CB4" w:rsidRPr="00945CB4" w:rsidRDefault="00945CB4" w:rsidP="00DC6652">
      <w:pPr>
        <w:pStyle w:val="21"/>
        <w:spacing w:before="0" w:beforeAutospacing="0" w:after="0" w:afterAutospacing="0"/>
      </w:pPr>
      <w:bookmarkStart w:id="9" w:name="_Toc219710710"/>
      <w:r w:rsidRPr="00945CB4">
        <w:t xml:space="preserve">2.2. </w:t>
      </w:r>
      <w:proofErr w:type="spellStart"/>
      <w:r w:rsidRPr="00945CB4">
        <w:t>Подієво-орієнтоване</w:t>
      </w:r>
      <w:proofErr w:type="spellEnd"/>
      <w:r w:rsidRPr="00945CB4">
        <w:t xml:space="preserve"> </w:t>
      </w:r>
      <w:proofErr w:type="spellStart"/>
      <w:r w:rsidRPr="00945CB4">
        <w:t>програмування</w:t>
      </w:r>
      <w:proofErr w:type="spellEnd"/>
      <w:r w:rsidRPr="00945CB4">
        <w:t xml:space="preserve"> в </w:t>
      </w:r>
      <w:proofErr w:type="spellStart"/>
      <w:r w:rsidRPr="00945CB4">
        <w:t>GameMaker</w:t>
      </w:r>
      <w:bookmarkEnd w:id="9"/>
      <w:proofErr w:type="spellEnd"/>
    </w:p>
    <w:p w14:paraId="3E5F7917" w14:textId="77777777" w:rsidR="00945CB4" w:rsidRPr="00945CB4" w:rsidRDefault="00945CB4" w:rsidP="00DC6652">
      <w:pPr>
        <w:spacing w:after="0" w:line="360" w:lineRule="auto"/>
        <w:jc w:val="both"/>
        <w:rPr>
          <w:rFonts w:ascii="Times New Roman" w:hAnsi="Times New Roman" w:cs="Times New Roman"/>
          <w:sz w:val="28"/>
          <w:szCs w:val="28"/>
          <w:lang w:val="ru-RU"/>
        </w:rPr>
      </w:pPr>
    </w:p>
    <w:p w14:paraId="6FB53AD3" w14:textId="77777777" w:rsidR="00945CB4" w:rsidRPr="00945CB4" w:rsidRDefault="00945CB4" w:rsidP="00DC6652">
      <w:pPr>
        <w:spacing w:after="0" w:line="360" w:lineRule="auto"/>
        <w:ind w:firstLine="709"/>
        <w:jc w:val="both"/>
        <w:rPr>
          <w:rFonts w:ascii="Times New Roman" w:hAnsi="Times New Roman" w:cs="Times New Roman"/>
          <w:sz w:val="28"/>
          <w:szCs w:val="28"/>
          <w:lang w:val="ru-RU"/>
        </w:rPr>
      </w:pPr>
      <w:proofErr w:type="spellStart"/>
      <w:r w:rsidRPr="00945CB4">
        <w:rPr>
          <w:rFonts w:ascii="Times New Roman" w:hAnsi="Times New Roman" w:cs="Times New Roman"/>
          <w:sz w:val="28"/>
          <w:szCs w:val="28"/>
          <w:lang w:val="ru-RU"/>
        </w:rPr>
        <w:t>GameMaker</w:t>
      </w:r>
      <w:proofErr w:type="spellEnd"/>
      <w:r w:rsidRPr="00945CB4">
        <w:rPr>
          <w:rFonts w:ascii="Times New Roman" w:hAnsi="Times New Roman" w:cs="Times New Roman"/>
          <w:sz w:val="28"/>
          <w:szCs w:val="28"/>
          <w:lang w:val="ru-RU"/>
        </w:rPr>
        <w:t xml:space="preserve"> </w:t>
      </w:r>
      <w:proofErr w:type="spellStart"/>
      <w:r w:rsidRPr="00945CB4">
        <w:rPr>
          <w:rFonts w:ascii="Times New Roman" w:hAnsi="Times New Roman" w:cs="Times New Roman"/>
          <w:sz w:val="28"/>
          <w:szCs w:val="28"/>
          <w:lang w:val="ru-RU"/>
        </w:rPr>
        <w:t>використовує</w:t>
      </w:r>
      <w:proofErr w:type="spellEnd"/>
      <w:r w:rsidRPr="00945CB4">
        <w:rPr>
          <w:rFonts w:ascii="Times New Roman" w:hAnsi="Times New Roman" w:cs="Times New Roman"/>
          <w:sz w:val="28"/>
          <w:szCs w:val="28"/>
          <w:lang w:val="ru-RU"/>
        </w:rPr>
        <w:t xml:space="preserve"> так званий </w:t>
      </w:r>
      <w:proofErr w:type="spellStart"/>
      <w:r w:rsidRPr="00945CB4">
        <w:rPr>
          <w:rFonts w:ascii="Times New Roman" w:hAnsi="Times New Roman" w:cs="Times New Roman"/>
          <w:sz w:val="28"/>
          <w:szCs w:val="28"/>
          <w:lang w:val="ru-RU"/>
        </w:rPr>
        <w:t>подієво-орієнтований</w:t>
      </w:r>
      <w:proofErr w:type="spellEnd"/>
      <w:r w:rsidRPr="00945CB4">
        <w:rPr>
          <w:rFonts w:ascii="Times New Roman" w:hAnsi="Times New Roman" w:cs="Times New Roman"/>
          <w:sz w:val="28"/>
          <w:szCs w:val="28"/>
          <w:lang w:val="ru-RU"/>
        </w:rPr>
        <w:t xml:space="preserve"> </w:t>
      </w:r>
      <w:proofErr w:type="spellStart"/>
      <w:r w:rsidRPr="00945CB4">
        <w:rPr>
          <w:rFonts w:ascii="Times New Roman" w:hAnsi="Times New Roman" w:cs="Times New Roman"/>
          <w:sz w:val="28"/>
          <w:szCs w:val="28"/>
          <w:lang w:val="ru-RU"/>
        </w:rPr>
        <w:t>підхід</w:t>
      </w:r>
      <w:proofErr w:type="spellEnd"/>
      <w:r w:rsidRPr="00945CB4">
        <w:rPr>
          <w:rFonts w:ascii="Times New Roman" w:hAnsi="Times New Roman" w:cs="Times New Roman"/>
          <w:sz w:val="28"/>
          <w:szCs w:val="28"/>
          <w:lang w:val="ru-RU"/>
        </w:rPr>
        <w:t xml:space="preserve"> до </w:t>
      </w:r>
      <w:proofErr w:type="spellStart"/>
      <w:r w:rsidRPr="00945CB4">
        <w:rPr>
          <w:rFonts w:ascii="Times New Roman" w:hAnsi="Times New Roman" w:cs="Times New Roman"/>
          <w:sz w:val="28"/>
          <w:szCs w:val="28"/>
          <w:lang w:val="ru-RU"/>
        </w:rPr>
        <w:t>програмування</w:t>
      </w:r>
      <w:proofErr w:type="spellEnd"/>
      <w:r w:rsidRPr="00945CB4">
        <w:rPr>
          <w:rFonts w:ascii="Times New Roman" w:hAnsi="Times New Roman" w:cs="Times New Roman"/>
          <w:sz w:val="28"/>
          <w:szCs w:val="28"/>
          <w:lang w:val="ru-RU"/>
        </w:rPr>
        <w:t xml:space="preserve">. </w:t>
      </w:r>
      <w:proofErr w:type="spellStart"/>
      <w:r w:rsidRPr="00945CB4">
        <w:rPr>
          <w:rFonts w:ascii="Times New Roman" w:hAnsi="Times New Roman" w:cs="Times New Roman"/>
          <w:sz w:val="28"/>
          <w:szCs w:val="28"/>
          <w:lang w:val="ru-RU"/>
        </w:rPr>
        <w:t>Це</w:t>
      </w:r>
      <w:proofErr w:type="spellEnd"/>
      <w:r w:rsidRPr="00945CB4">
        <w:rPr>
          <w:rFonts w:ascii="Times New Roman" w:hAnsi="Times New Roman" w:cs="Times New Roman"/>
          <w:sz w:val="28"/>
          <w:szCs w:val="28"/>
          <w:lang w:val="ru-RU"/>
        </w:rPr>
        <w:t xml:space="preserve"> </w:t>
      </w:r>
      <w:proofErr w:type="spellStart"/>
      <w:r w:rsidRPr="00945CB4">
        <w:rPr>
          <w:rFonts w:ascii="Times New Roman" w:hAnsi="Times New Roman" w:cs="Times New Roman"/>
          <w:sz w:val="28"/>
          <w:szCs w:val="28"/>
          <w:lang w:val="ru-RU"/>
        </w:rPr>
        <w:t>означає</w:t>
      </w:r>
      <w:proofErr w:type="spellEnd"/>
      <w:r w:rsidRPr="00945CB4">
        <w:rPr>
          <w:rFonts w:ascii="Times New Roman" w:hAnsi="Times New Roman" w:cs="Times New Roman"/>
          <w:sz w:val="28"/>
          <w:szCs w:val="28"/>
          <w:lang w:val="ru-RU"/>
        </w:rPr>
        <w:t xml:space="preserve">, </w:t>
      </w:r>
      <w:proofErr w:type="spellStart"/>
      <w:r w:rsidRPr="00945CB4">
        <w:rPr>
          <w:rFonts w:ascii="Times New Roman" w:hAnsi="Times New Roman" w:cs="Times New Roman"/>
          <w:sz w:val="28"/>
          <w:szCs w:val="28"/>
          <w:lang w:val="ru-RU"/>
        </w:rPr>
        <w:t>що</w:t>
      </w:r>
      <w:proofErr w:type="spellEnd"/>
      <w:r w:rsidRPr="00945CB4">
        <w:rPr>
          <w:rFonts w:ascii="Times New Roman" w:hAnsi="Times New Roman" w:cs="Times New Roman"/>
          <w:sz w:val="28"/>
          <w:szCs w:val="28"/>
          <w:lang w:val="ru-RU"/>
        </w:rPr>
        <w:t xml:space="preserve"> </w:t>
      </w:r>
      <w:proofErr w:type="spellStart"/>
      <w:r w:rsidRPr="00945CB4">
        <w:rPr>
          <w:rFonts w:ascii="Times New Roman" w:hAnsi="Times New Roman" w:cs="Times New Roman"/>
          <w:sz w:val="28"/>
          <w:szCs w:val="28"/>
          <w:lang w:val="ru-RU"/>
        </w:rPr>
        <w:t>ігровий</w:t>
      </w:r>
      <w:proofErr w:type="spellEnd"/>
      <w:r w:rsidRPr="00945CB4">
        <w:rPr>
          <w:rFonts w:ascii="Times New Roman" w:hAnsi="Times New Roman" w:cs="Times New Roman"/>
          <w:sz w:val="28"/>
          <w:szCs w:val="28"/>
          <w:lang w:val="ru-RU"/>
        </w:rPr>
        <w:t xml:space="preserve"> код </w:t>
      </w:r>
      <w:proofErr w:type="spellStart"/>
      <w:r w:rsidRPr="00945CB4">
        <w:rPr>
          <w:rFonts w:ascii="Times New Roman" w:hAnsi="Times New Roman" w:cs="Times New Roman"/>
          <w:sz w:val="28"/>
          <w:szCs w:val="28"/>
          <w:lang w:val="ru-RU"/>
        </w:rPr>
        <w:t>виконується</w:t>
      </w:r>
      <w:proofErr w:type="spellEnd"/>
      <w:r w:rsidRPr="00945CB4">
        <w:rPr>
          <w:rFonts w:ascii="Times New Roman" w:hAnsi="Times New Roman" w:cs="Times New Roman"/>
          <w:sz w:val="28"/>
          <w:szCs w:val="28"/>
          <w:lang w:val="ru-RU"/>
        </w:rPr>
        <w:t xml:space="preserve"> не по порядку, </w:t>
      </w:r>
      <w:proofErr w:type="spellStart"/>
      <w:r w:rsidRPr="00945CB4">
        <w:rPr>
          <w:rFonts w:ascii="Times New Roman" w:hAnsi="Times New Roman" w:cs="Times New Roman"/>
          <w:sz w:val="28"/>
          <w:szCs w:val="28"/>
          <w:lang w:val="ru-RU"/>
        </w:rPr>
        <w:t>зверху</w:t>
      </w:r>
      <w:proofErr w:type="spellEnd"/>
      <w:r w:rsidRPr="00945CB4">
        <w:rPr>
          <w:rFonts w:ascii="Times New Roman" w:hAnsi="Times New Roman" w:cs="Times New Roman"/>
          <w:sz w:val="28"/>
          <w:szCs w:val="28"/>
          <w:lang w:val="ru-RU"/>
        </w:rPr>
        <w:t xml:space="preserve"> вниз, як у </w:t>
      </w:r>
      <w:proofErr w:type="spellStart"/>
      <w:r w:rsidRPr="00945CB4">
        <w:rPr>
          <w:rFonts w:ascii="Times New Roman" w:hAnsi="Times New Roman" w:cs="Times New Roman"/>
          <w:sz w:val="28"/>
          <w:szCs w:val="28"/>
          <w:lang w:val="ru-RU"/>
        </w:rPr>
        <w:t>звичайних</w:t>
      </w:r>
      <w:proofErr w:type="spellEnd"/>
      <w:r w:rsidRPr="00945CB4">
        <w:rPr>
          <w:rFonts w:ascii="Times New Roman" w:hAnsi="Times New Roman" w:cs="Times New Roman"/>
          <w:sz w:val="28"/>
          <w:szCs w:val="28"/>
          <w:lang w:val="ru-RU"/>
        </w:rPr>
        <w:t xml:space="preserve"> </w:t>
      </w:r>
      <w:proofErr w:type="spellStart"/>
      <w:r w:rsidRPr="00945CB4">
        <w:rPr>
          <w:rFonts w:ascii="Times New Roman" w:hAnsi="Times New Roman" w:cs="Times New Roman"/>
          <w:sz w:val="28"/>
          <w:szCs w:val="28"/>
          <w:lang w:val="ru-RU"/>
        </w:rPr>
        <w:t>програмах</w:t>
      </w:r>
      <w:proofErr w:type="spellEnd"/>
      <w:r w:rsidRPr="00945CB4">
        <w:rPr>
          <w:rFonts w:ascii="Times New Roman" w:hAnsi="Times New Roman" w:cs="Times New Roman"/>
          <w:sz w:val="28"/>
          <w:szCs w:val="28"/>
          <w:lang w:val="ru-RU"/>
        </w:rPr>
        <w:t xml:space="preserve">, а </w:t>
      </w:r>
      <w:proofErr w:type="spellStart"/>
      <w:r w:rsidRPr="00945CB4">
        <w:rPr>
          <w:rFonts w:ascii="Times New Roman" w:hAnsi="Times New Roman" w:cs="Times New Roman"/>
          <w:sz w:val="28"/>
          <w:szCs w:val="28"/>
          <w:lang w:val="ru-RU"/>
        </w:rPr>
        <w:t>лише</w:t>
      </w:r>
      <w:proofErr w:type="spellEnd"/>
      <w:r w:rsidRPr="00945CB4">
        <w:rPr>
          <w:rFonts w:ascii="Times New Roman" w:hAnsi="Times New Roman" w:cs="Times New Roman"/>
          <w:sz w:val="28"/>
          <w:szCs w:val="28"/>
          <w:lang w:val="ru-RU"/>
        </w:rPr>
        <w:t xml:space="preserve"> у </w:t>
      </w:r>
      <w:proofErr w:type="spellStart"/>
      <w:r w:rsidRPr="00945CB4">
        <w:rPr>
          <w:rFonts w:ascii="Times New Roman" w:hAnsi="Times New Roman" w:cs="Times New Roman"/>
          <w:sz w:val="28"/>
          <w:szCs w:val="28"/>
          <w:lang w:val="ru-RU"/>
        </w:rPr>
        <w:t>відповідь</w:t>
      </w:r>
      <w:proofErr w:type="spellEnd"/>
      <w:r w:rsidRPr="00945CB4">
        <w:rPr>
          <w:rFonts w:ascii="Times New Roman" w:hAnsi="Times New Roman" w:cs="Times New Roman"/>
          <w:sz w:val="28"/>
          <w:szCs w:val="28"/>
          <w:lang w:val="ru-RU"/>
        </w:rPr>
        <w:t xml:space="preserve"> на </w:t>
      </w:r>
      <w:proofErr w:type="spellStart"/>
      <w:r w:rsidRPr="00945CB4">
        <w:rPr>
          <w:rFonts w:ascii="Times New Roman" w:hAnsi="Times New Roman" w:cs="Times New Roman"/>
          <w:sz w:val="28"/>
          <w:szCs w:val="28"/>
          <w:lang w:val="ru-RU"/>
        </w:rPr>
        <w:t>певні</w:t>
      </w:r>
      <w:proofErr w:type="spellEnd"/>
      <w:r w:rsidRPr="00945CB4">
        <w:rPr>
          <w:rFonts w:ascii="Times New Roman" w:hAnsi="Times New Roman" w:cs="Times New Roman"/>
          <w:sz w:val="28"/>
          <w:szCs w:val="28"/>
          <w:lang w:val="ru-RU"/>
        </w:rPr>
        <w:t xml:space="preserve"> </w:t>
      </w:r>
      <w:proofErr w:type="spellStart"/>
      <w:r w:rsidRPr="00945CB4">
        <w:rPr>
          <w:rFonts w:ascii="Times New Roman" w:hAnsi="Times New Roman" w:cs="Times New Roman"/>
          <w:sz w:val="28"/>
          <w:szCs w:val="28"/>
          <w:lang w:val="ru-RU"/>
        </w:rPr>
        <w:t>події</w:t>
      </w:r>
      <w:proofErr w:type="spellEnd"/>
      <w:r w:rsidRPr="00945CB4">
        <w:rPr>
          <w:rFonts w:ascii="Times New Roman" w:hAnsi="Times New Roman" w:cs="Times New Roman"/>
          <w:sz w:val="28"/>
          <w:szCs w:val="28"/>
          <w:lang w:val="ru-RU"/>
        </w:rPr>
        <w:t xml:space="preserve">, </w:t>
      </w:r>
      <w:proofErr w:type="spellStart"/>
      <w:r w:rsidRPr="00945CB4">
        <w:rPr>
          <w:rFonts w:ascii="Times New Roman" w:hAnsi="Times New Roman" w:cs="Times New Roman"/>
          <w:sz w:val="28"/>
          <w:szCs w:val="28"/>
          <w:lang w:val="ru-RU"/>
        </w:rPr>
        <w:t>які</w:t>
      </w:r>
      <w:proofErr w:type="spellEnd"/>
      <w:r w:rsidRPr="00945CB4">
        <w:rPr>
          <w:rFonts w:ascii="Times New Roman" w:hAnsi="Times New Roman" w:cs="Times New Roman"/>
          <w:sz w:val="28"/>
          <w:szCs w:val="28"/>
          <w:lang w:val="ru-RU"/>
        </w:rPr>
        <w:t xml:space="preserve"> </w:t>
      </w:r>
      <w:proofErr w:type="spellStart"/>
      <w:r w:rsidRPr="00945CB4">
        <w:rPr>
          <w:rFonts w:ascii="Times New Roman" w:hAnsi="Times New Roman" w:cs="Times New Roman"/>
          <w:sz w:val="28"/>
          <w:szCs w:val="28"/>
          <w:lang w:val="ru-RU"/>
        </w:rPr>
        <w:t>відбуваються</w:t>
      </w:r>
      <w:proofErr w:type="spellEnd"/>
      <w:r w:rsidRPr="00945CB4">
        <w:rPr>
          <w:rFonts w:ascii="Times New Roman" w:hAnsi="Times New Roman" w:cs="Times New Roman"/>
          <w:sz w:val="28"/>
          <w:szCs w:val="28"/>
          <w:lang w:val="ru-RU"/>
        </w:rPr>
        <w:t xml:space="preserve"> в </w:t>
      </w:r>
      <w:proofErr w:type="spellStart"/>
      <w:r w:rsidRPr="00945CB4">
        <w:rPr>
          <w:rFonts w:ascii="Times New Roman" w:hAnsi="Times New Roman" w:cs="Times New Roman"/>
          <w:sz w:val="28"/>
          <w:szCs w:val="28"/>
          <w:lang w:val="ru-RU"/>
        </w:rPr>
        <w:t>грі</w:t>
      </w:r>
      <w:proofErr w:type="spellEnd"/>
      <w:r w:rsidRPr="00945CB4">
        <w:rPr>
          <w:rFonts w:ascii="Times New Roman" w:hAnsi="Times New Roman" w:cs="Times New Roman"/>
          <w:sz w:val="28"/>
          <w:szCs w:val="28"/>
          <w:lang w:val="ru-RU"/>
        </w:rPr>
        <w:t>.</w:t>
      </w:r>
    </w:p>
    <w:p w14:paraId="5D337E80" w14:textId="77777777" w:rsidR="00945CB4" w:rsidRPr="00945CB4" w:rsidRDefault="00945CB4" w:rsidP="00DC6652">
      <w:pPr>
        <w:spacing w:after="0" w:line="360" w:lineRule="auto"/>
        <w:ind w:firstLine="709"/>
        <w:jc w:val="both"/>
        <w:rPr>
          <w:rFonts w:ascii="Times New Roman" w:hAnsi="Times New Roman" w:cs="Times New Roman"/>
          <w:sz w:val="28"/>
          <w:szCs w:val="28"/>
          <w:lang w:val="ru-RU"/>
        </w:rPr>
      </w:pPr>
      <w:r w:rsidRPr="00945CB4">
        <w:rPr>
          <w:rFonts w:ascii="Times New Roman" w:hAnsi="Times New Roman" w:cs="Times New Roman"/>
          <w:sz w:val="28"/>
          <w:szCs w:val="28"/>
          <w:lang w:val="ru-RU"/>
        </w:rPr>
        <w:t xml:space="preserve">Ось </w:t>
      </w:r>
      <w:proofErr w:type="spellStart"/>
      <w:r w:rsidRPr="00945CB4">
        <w:rPr>
          <w:rFonts w:ascii="Times New Roman" w:hAnsi="Times New Roman" w:cs="Times New Roman"/>
          <w:sz w:val="28"/>
          <w:szCs w:val="28"/>
          <w:lang w:val="ru-RU"/>
        </w:rPr>
        <w:t>деякі</w:t>
      </w:r>
      <w:proofErr w:type="spellEnd"/>
      <w:r w:rsidRPr="00945CB4">
        <w:rPr>
          <w:rFonts w:ascii="Times New Roman" w:hAnsi="Times New Roman" w:cs="Times New Roman"/>
          <w:sz w:val="28"/>
          <w:szCs w:val="28"/>
          <w:lang w:val="ru-RU"/>
        </w:rPr>
        <w:t xml:space="preserve"> з </w:t>
      </w:r>
      <w:proofErr w:type="spellStart"/>
      <w:r w:rsidRPr="00945CB4">
        <w:rPr>
          <w:rFonts w:ascii="Times New Roman" w:hAnsi="Times New Roman" w:cs="Times New Roman"/>
          <w:sz w:val="28"/>
          <w:szCs w:val="28"/>
          <w:lang w:val="ru-RU"/>
        </w:rPr>
        <w:t>основних</w:t>
      </w:r>
      <w:proofErr w:type="spellEnd"/>
      <w:r w:rsidRPr="00945CB4">
        <w:rPr>
          <w:rFonts w:ascii="Times New Roman" w:hAnsi="Times New Roman" w:cs="Times New Roman"/>
          <w:sz w:val="28"/>
          <w:szCs w:val="28"/>
          <w:lang w:val="ru-RU"/>
        </w:rPr>
        <w:t xml:space="preserve"> </w:t>
      </w:r>
      <w:proofErr w:type="spellStart"/>
      <w:r w:rsidRPr="00945CB4">
        <w:rPr>
          <w:rFonts w:ascii="Times New Roman" w:hAnsi="Times New Roman" w:cs="Times New Roman"/>
          <w:sz w:val="28"/>
          <w:szCs w:val="28"/>
          <w:lang w:val="ru-RU"/>
        </w:rPr>
        <w:t>типів</w:t>
      </w:r>
      <w:proofErr w:type="spellEnd"/>
      <w:r w:rsidRPr="00945CB4">
        <w:rPr>
          <w:rFonts w:ascii="Times New Roman" w:hAnsi="Times New Roman" w:cs="Times New Roman"/>
          <w:sz w:val="28"/>
          <w:szCs w:val="28"/>
          <w:lang w:val="ru-RU"/>
        </w:rPr>
        <w:t xml:space="preserve"> </w:t>
      </w:r>
      <w:proofErr w:type="spellStart"/>
      <w:r w:rsidRPr="00945CB4">
        <w:rPr>
          <w:rFonts w:ascii="Times New Roman" w:hAnsi="Times New Roman" w:cs="Times New Roman"/>
          <w:sz w:val="28"/>
          <w:szCs w:val="28"/>
          <w:lang w:val="ru-RU"/>
        </w:rPr>
        <w:t>подій</w:t>
      </w:r>
      <w:proofErr w:type="spellEnd"/>
      <w:r w:rsidRPr="00945CB4">
        <w:rPr>
          <w:rFonts w:ascii="Times New Roman" w:hAnsi="Times New Roman" w:cs="Times New Roman"/>
          <w:sz w:val="28"/>
          <w:szCs w:val="28"/>
          <w:lang w:val="ru-RU"/>
        </w:rPr>
        <w:t xml:space="preserve">, </w:t>
      </w:r>
      <w:proofErr w:type="spellStart"/>
      <w:r w:rsidRPr="00945CB4">
        <w:rPr>
          <w:rFonts w:ascii="Times New Roman" w:hAnsi="Times New Roman" w:cs="Times New Roman"/>
          <w:sz w:val="28"/>
          <w:szCs w:val="28"/>
          <w:lang w:val="ru-RU"/>
        </w:rPr>
        <w:t>доступних</w:t>
      </w:r>
      <w:proofErr w:type="spellEnd"/>
      <w:r w:rsidRPr="00945CB4">
        <w:rPr>
          <w:rFonts w:ascii="Times New Roman" w:hAnsi="Times New Roman" w:cs="Times New Roman"/>
          <w:sz w:val="28"/>
          <w:szCs w:val="28"/>
          <w:lang w:val="ru-RU"/>
        </w:rPr>
        <w:t xml:space="preserve"> у </w:t>
      </w:r>
      <w:proofErr w:type="spellStart"/>
      <w:r w:rsidRPr="00945CB4">
        <w:rPr>
          <w:rFonts w:ascii="Times New Roman" w:hAnsi="Times New Roman" w:cs="Times New Roman"/>
          <w:sz w:val="28"/>
          <w:szCs w:val="28"/>
          <w:lang w:val="ru-RU"/>
        </w:rPr>
        <w:t>GameMaker</w:t>
      </w:r>
      <w:proofErr w:type="spellEnd"/>
      <w:r w:rsidRPr="00945CB4">
        <w:rPr>
          <w:rFonts w:ascii="Times New Roman" w:hAnsi="Times New Roman" w:cs="Times New Roman"/>
          <w:sz w:val="28"/>
          <w:szCs w:val="28"/>
          <w:lang w:val="ru-RU"/>
        </w:rPr>
        <w:t>:</w:t>
      </w:r>
    </w:p>
    <w:p w14:paraId="6AA88E0B" w14:textId="1C9594E6" w:rsidR="00945CB4" w:rsidRPr="00510C7E" w:rsidRDefault="00945CB4" w:rsidP="00F240AC">
      <w:pPr>
        <w:pStyle w:val="ac"/>
        <w:numPr>
          <w:ilvl w:val="0"/>
          <w:numId w:val="5"/>
        </w:numPr>
        <w:spacing w:after="0" w:line="360" w:lineRule="auto"/>
        <w:ind w:left="0" w:firstLine="709"/>
        <w:jc w:val="both"/>
        <w:rPr>
          <w:rFonts w:ascii="Times New Roman" w:hAnsi="Times New Roman" w:cs="Times New Roman"/>
          <w:sz w:val="28"/>
          <w:szCs w:val="28"/>
          <w:lang w:val="ru-RU"/>
        </w:rPr>
      </w:pPr>
      <w:proofErr w:type="spellStart"/>
      <w:r w:rsidRPr="00510C7E">
        <w:rPr>
          <w:rFonts w:ascii="Times New Roman" w:hAnsi="Times New Roman" w:cs="Times New Roman"/>
          <w:sz w:val="28"/>
          <w:szCs w:val="28"/>
          <w:lang w:val="ru-RU"/>
        </w:rPr>
        <w:t>Подія</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Create</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Створення</w:t>
      </w:r>
      <w:proofErr w:type="spellEnd"/>
      <w:proofErr w:type="gramStart"/>
      <w:r w:rsidRPr="00510C7E">
        <w:rPr>
          <w:rFonts w:ascii="Times New Roman" w:hAnsi="Times New Roman" w:cs="Times New Roman"/>
          <w:sz w:val="28"/>
          <w:szCs w:val="28"/>
          <w:lang w:val="ru-RU"/>
        </w:rPr>
        <w:t>):</w:t>
      </w:r>
      <w:proofErr w:type="spellStart"/>
      <w:r w:rsidRPr="00510C7E">
        <w:rPr>
          <w:rFonts w:ascii="Times New Roman" w:hAnsi="Times New Roman" w:cs="Times New Roman"/>
          <w:sz w:val="28"/>
          <w:szCs w:val="28"/>
          <w:lang w:val="ru-RU"/>
        </w:rPr>
        <w:t>Ця</w:t>
      </w:r>
      <w:proofErr w:type="spellEnd"/>
      <w:proofErr w:type="gram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подія</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відбувається</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лише</w:t>
      </w:r>
      <w:proofErr w:type="spellEnd"/>
      <w:r w:rsidRPr="00510C7E">
        <w:rPr>
          <w:rFonts w:ascii="Times New Roman" w:hAnsi="Times New Roman" w:cs="Times New Roman"/>
          <w:sz w:val="28"/>
          <w:szCs w:val="28"/>
          <w:lang w:val="ru-RU"/>
        </w:rPr>
        <w:t xml:space="preserve"> один раз, коли </w:t>
      </w:r>
      <w:proofErr w:type="spellStart"/>
      <w:r w:rsidRPr="00510C7E">
        <w:rPr>
          <w:rFonts w:ascii="Times New Roman" w:hAnsi="Times New Roman" w:cs="Times New Roman"/>
          <w:sz w:val="28"/>
          <w:szCs w:val="28"/>
          <w:lang w:val="ru-RU"/>
        </w:rPr>
        <w:t>об'єкт</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з'являється</w:t>
      </w:r>
      <w:proofErr w:type="spellEnd"/>
      <w:r w:rsidRPr="00510C7E">
        <w:rPr>
          <w:rFonts w:ascii="Times New Roman" w:hAnsi="Times New Roman" w:cs="Times New Roman"/>
          <w:sz w:val="28"/>
          <w:szCs w:val="28"/>
          <w:lang w:val="ru-RU"/>
        </w:rPr>
        <w:t xml:space="preserve"> в </w:t>
      </w:r>
      <w:proofErr w:type="spellStart"/>
      <w:r w:rsidRPr="00510C7E">
        <w:rPr>
          <w:rFonts w:ascii="Times New Roman" w:hAnsi="Times New Roman" w:cs="Times New Roman"/>
          <w:sz w:val="28"/>
          <w:szCs w:val="28"/>
          <w:lang w:val="ru-RU"/>
        </w:rPr>
        <w:t>грі</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Зазвичай</w:t>
      </w:r>
      <w:proofErr w:type="spellEnd"/>
      <w:r w:rsidRPr="00510C7E">
        <w:rPr>
          <w:rFonts w:ascii="Times New Roman" w:hAnsi="Times New Roman" w:cs="Times New Roman"/>
          <w:sz w:val="28"/>
          <w:szCs w:val="28"/>
          <w:lang w:val="ru-RU"/>
        </w:rPr>
        <w:t xml:space="preserve"> тут </w:t>
      </w:r>
      <w:proofErr w:type="spellStart"/>
      <w:r w:rsidRPr="00510C7E">
        <w:rPr>
          <w:rFonts w:ascii="Times New Roman" w:hAnsi="Times New Roman" w:cs="Times New Roman"/>
          <w:sz w:val="28"/>
          <w:szCs w:val="28"/>
          <w:lang w:val="ru-RU"/>
        </w:rPr>
        <w:t>відбувається</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ініціалізація</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змінних</w:t>
      </w:r>
      <w:proofErr w:type="spellEnd"/>
      <w:r w:rsidRPr="00510C7E">
        <w:rPr>
          <w:rFonts w:ascii="Times New Roman" w:hAnsi="Times New Roman" w:cs="Times New Roman"/>
          <w:sz w:val="28"/>
          <w:szCs w:val="28"/>
          <w:lang w:val="ru-RU"/>
        </w:rPr>
        <w:t xml:space="preserve"> – </w:t>
      </w:r>
      <w:proofErr w:type="spellStart"/>
      <w:r w:rsidRPr="00510C7E">
        <w:rPr>
          <w:rFonts w:ascii="Times New Roman" w:hAnsi="Times New Roman" w:cs="Times New Roman"/>
          <w:sz w:val="28"/>
          <w:szCs w:val="28"/>
          <w:lang w:val="ru-RU"/>
        </w:rPr>
        <w:t>тобто</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задаються</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початкові</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значення</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різних</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параметрів</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об'єкта</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Наприклад</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можна</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задати</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початкову</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швидкість</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колір</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або</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позицію</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об'єкта</w:t>
      </w:r>
      <w:proofErr w:type="spellEnd"/>
      <w:r w:rsidRPr="00510C7E">
        <w:rPr>
          <w:rFonts w:ascii="Times New Roman" w:hAnsi="Times New Roman" w:cs="Times New Roman"/>
          <w:sz w:val="28"/>
          <w:szCs w:val="28"/>
          <w:lang w:val="ru-RU"/>
        </w:rPr>
        <w:t>.</w:t>
      </w:r>
    </w:p>
    <w:p w14:paraId="5F5E2173" w14:textId="317E0AE8" w:rsidR="00945CB4" w:rsidRPr="00510C7E" w:rsidRDefault="00945CB4" w:rsidP="00F240AC">
      <w:pPr>
        <w:pStyle w:val="ac"/>
        <w:numPr>
          <w:ilvl w:val="0"/>
          <w:numId w:val="5"/>
        </w:numPr>
        <w:spacing w:after="0" w:line="360" w:lineRule="auto"/>
        <w:ind w:left="0" w:firstLine="709"/>
        <w:jc w:val="both"/>
        <w:rPr>
          <w:rFonts w:ascii="Times New Roman" w:hAnsi="Times New Roman" w:cs="Times New Roman"/>
          <w:sz w:val="28"/>
          <w:szCs w:val="28"/>
          <w:lang w:val="ru-RU"/>
        </w:rPr>
      </w:pPr>
      <w:proofErr w:type="spellStart"/>
      <w:r w:rsidRPr="00510C7E">
        <w:rPr>
          <w:rFonts w:ascii="Times New Roman" w:hAnsi="Times New Roman" w:cs="Times New Roman"/>
          <w:sz w:val="28"/>
          <w:szCs w:val="28"/>
          <w:lang w:val="ru-RU"/>
        </w:rPr>
        <w:t>Подія</w:t>
      </w:r>
      <w:proofErr w:type="spellEnd"/>
      <w:r w:rsidRPr="00510C7E">
        <w:rPr>
          <w:rFonts w:ascii="Times New Roman" w:hAnsi="Times New Roman" w:cs="Times New Roman"/>
          <w:sz w:val="28"/>
          <w:szCs w:val="28"/>
          <w:lang w:val="ru-RU"/>
        </w:rPr>
        <w:t xml:space="preserve"> Step (Крок): </w:t>
      </w:r>
      <w:proofErr w:type="spellStart"/>
      <w:r w:rsidRPr="00510C7E">
        <w:rPr>
          <w:rFonts w:ascii="Times New Roman" w:hAnsi="Times New Roman" w:cs="Times New Roman"/>
          <w:sz w:val="28"/>
          <w:szCs w:val="28"/>
          <w:lang w:val="ru-RU"/>
        </w:rPr>
        <w:t>Ця</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подія</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відбувається</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кожен</w:t>
      </w:r>
      <w:proofErr w:type="spellEnd"/>
      <w:r w:rsidRPr="00510C7E">
        <w:rPr>
          <w:rFonts w:ascii="Times New Roman" w:hAnsi="Times New Roman" w:cs="Times New Roman"/>
          <w:sz w:val="28"/>
          <w:szCs w:val="28"/>
          <w:lang w:val="ru-RU"/>
        </w:rPr>
        <w:t xml:space="preserve"> кадр </w:t>
      </w:r>
      <w:proofErr w:type="spellStart"/>
      <w:r w:rsidRPr="00510C7E">
        <w:rPr>
          <w:rFonts w:ascii="Times New Roman" w:hAnsi="Times New Roman" w:cs="Times New Roman"/>
          <w:sz w:val="28"/>
          <w:szCs w:val="28"/>
          <w:lang w:val="ru-RU"/>
        </w:rPr>
        <w:t>гри</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Це</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основне</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місце</w:t>
      </w:r>
      <w:proofErr w:type="spellEnd"/>
      <w:r w:rsidRPr="00510C7E">
        <w:rPr>
          <w:rFonts w:ascii="Times New Roman" w:hAnsi="Times New Roman" w:cs="Times New Roman"/>
          <w:sz w:val="28"/>
          <w:szCs w:val="28"/>
          <w:lang w:val="ru-RU"/>
        </w:rPr>
        <w:t xml:space="preserve">, де </w:t>
      </w:r>
      <w:proofErr w:type="spellStart"/>
      <w:r w:rsidRPr="00510C7E">
        <w:rPr>
          <w:rFonts w:ascii="Times New Roman" w:hAnsi="Times New Roman" w:cs="Times New Roman"/>
          <w:sz w:val="28"/>
          <w:szCs w:val="28"/>
          <w:lang w:val="ru-RU"/>
        </w:rPr>
        <w:t>реалізується</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логіка</w:t>
      </w:r>
      <w:proofErr w:type="spellEnd"/>
      <w:r w:rsidRPr="00510C7E">
        <w:rPr>
          <w:rFonts w:ascii="Times New Roman" w:hAnsi="Times New Roman" w:cs="Times New Roman"/>
          <w:sz w:val="28"/>
          <w:szCs w:val="28"/>
          <w:lang w:val="ru-RU"/>
        </w:rPr>
        <w:t xml:space="preserve"> руху, </w:t>
      </w:r>
      <w:proofErr w:type="spellStart"/>
      <w:r w:rsidRPr="00510C7E">
        <w:rPr>
          <w:rFonts w:ascii="Times New Roman" w:hAnsi="Times New Roman" w:cs="Times New Roman"/>
          <w:sz w:val="28"/>
          <w:szCs w:val="28"/>
          <w:lang w:val="ru-RU"/>
        </w:rPr>
        <w:t>перевірки</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зіткнень</w:t>
      </w:r>
      <w:proofErr w:type="spellEnd"/>
      <w:r w:rsidRPr="00510C7E">
        <w:rPr>
          <w:rFonts w:ascii="Times New Roman" w:hAnsi="Times New Roman" w:cs="Times New Roman"/>
          <w:sz w:val="28"/>
          <w:szCs w:val="28"/>
          <w:lang w:val="ru-RU"/>
        </w:rPr>
        <w:t xml:space="preserve"> та </w:t>
      </w:r>
      <w:proofErr w:type="spellStart"/>
      <w:r w:rsidRPr="00510C7E">
        <w:rPr>
          <w:rFonts w:ascii="Times New Roman" w:hAnsi="Times New Roman" w:cs="Times New Roman"/>
          <w:sz w:val="28"/>
          <w:szCs w:val="28"/>
          <w:lang w:val="ru-RU"/>
        </w:rPr>
        <w:t>інші</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важливі</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речі</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Фактично</w:t>
      </w:r>
      <w:proofErr w:type="spellEnd"/>
      <w:r w:rsidRPr="00510C7E">
        <w:rPr>
          <w:rFonts w:ascii="Times New Roman" w:hAnsi="Times New Roman" w:cs="Times New Roman"/>
          <w:sz w:val="28"/>
          <w:szCs w:val="28"/>
          <w:lang w:val="ru-RU"/>
        </w:rPr>
        <w:t xml:space="preserve">, тут </w:t>
      </w:r>
      <w:proofErr w:type="spellStart"/>
      <w:r w:rsidRPr="00510C7E">
        <w:rPr>
          <w:rFonts w:ascii="Times New Roman" w:hAnsi="Times New Roman" w:cs="Times New Roman"/>
          <w:sz w:val="28"/>
          <w:szCs w:val="28"/>
          <w:lang w:val="ru-RU"/>
        </w:rPr>
        <w:t>живе</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більшість</w:t>
      </w:r>
      <w:proofErr w:type="spellEnd"/>
      <w:r w:rsidRPr="00510C7E">
        <w:rPr>
          <w:rFonts w:ascii="Times New Roman" w:hAnsi="Times New Roman" w:cs="Times New Roman"/>
          <w:sz w:val="28"/>
          <w:szCs w:val="28"/>
          <w:lang w:val="ru-RU"/>
        </w:rPr>
        <w:t xml:space="preserve"> коду </w:t>
      </w:r>
      <w:proofErr w:type="spellStart"/>
      <w:r w:rsidRPr="00510C7E">
        <w:rPr>
          <w:rFonts w:ascii="Times New Roman" w:hAnsi="Times New Roman" w:cs="Times New Roman"/>
          <w:sz w:val="28"/>
          <w:szCs w:val="28"/>
          <w:lang w:val="ru-RU"/>
        </w:rPr>
        <w:t>вашої</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гри</w:t>
      </w:r>
      <w:proofErr w:type="spellEnd"/>
      <w:r w:rsidRPr="00510C7E">
        <w:rPr>
          <w:rFonts w:ascii="Times New Roman" w:hAnsi="Times New Roman" w:cs="Times New Roman"/>
          <w:sz w:val="28"/>
          <w:szCs w:val="28"/>
          <w:lang w:val="ru-RU"/>
        </w:rPr>
        <w:t>.</w:t>
      </w:r>
    </w:p>
    <w:p w14:paraId="3936105F" w14:textId="4B752778" w:rsidR="00945CB4" w:rsidRPr="00510C7E" w:rsidRDefault="00945CB4" w:rsidP="00F240AC">
      <w:pPr>
        <w:pStyle w:val="ac"/>
        <w:numPr>
          <w:ilvl w:val="0"/>
          <w:numId w:val="5"/>
        </w:numPr>
        <w:spacing w:after="0" w:line="360" w:lineRule="auto"/>
        <w:ind w:left="0" w:firstLine="709"/>
        <w:jc w:val="both"/>
        <w:rPr>
          <w:rFonts w:ascii="Times New Roman" w:hAnsi="Times New Roman" w:cs="Times New Roman"/>
          <w:sz w:val="28"/>
          <w:szCs w:val="28"/>
          <w:lang w:val="ru-RU"/>
        </w:rPr>
      </w:pPr>
      <w:proofErr w:type="spellStart"/>
      <w:r w:rsidRPr="00510C7E">
        <w:rPr>
          <w:rFonts w:ascii="Times New Roman" w:hAnsi="Times New Roman" w:cs="Times New Roman"/>
          <w:sz w:val="28"/>
          <w:szCs w:val="28"/>
          <w:lang w:val="ru-RU"/>
        </w:rPr>
        <w:t>Подія</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Draw</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Малювання</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Ця</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подія</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відповідає</w:t>
      </w:r>
      <w:proofErr w:type="spellEnd"/>
      <w:r w:rsidRPr="00510C7E">
        <w:rPr>
          <w:rFonts w:ascii="Times New Roman" w:hAnsi="Times New Roman" w:cs="Times New Roman"/>
          <w:sz w:val="28"/>
          <w:szCs w:val="28"/>
          <w:lang w:val="ru-RU"/>
        </w:rPr>
        <w:t xml:space="preserve"> за те, </w:t>
      </w:r>
      <w:proofErr w:type="spellStart"/>
      <w:r w:rsidRPr="00510C7E">
        <w:rPr>
          <w:rFonts w:ascii="Times New Roman" w:hAnsi="Times New Roman" w:cs="Times New Roman"/>
          <w:sz w:val="28"/>
          <w:szCs w:val="28"/>
          <w:lang w:val="ru-RU"/>
        </w:rPr>
        <w:t>що</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гравець</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бачить</w:t>
      </w:r>
      <w:proofErr w:type="spellEnd"/>
      <w:r w:rsidRPr="00510C7E">
        <w:rPr>
          <w:rFonts w:ascii="Times New Roman" w:hAnsi="Times New Roman" w:cs="Times New Roman"/>
          <w:sz w:val="28"/>
          <w:szCs w:val="28"/>
          <w:lang w:val="ru-RU"/>
        </w:rPr>
        <w:t xml:space="preserve"> на </w:t>
      </w:r>
      <w:proofErr w:type="spellStart"/>
      <w:r w:rsidRPr="00510C7E">
        <w:rPr>
          <w:rFonts w:ascii="Times New Roman" w:hAnsi="Times New Roman" w:cs="Times New Roman"/>
          <w:sz w:val="28"/>
          <w:szCs w:val="28"/>
          <w:lang w:val="ru-RU"/>
        </w:rPr>
        <w:t>екрані</w:t>
      </w:r>
      <w:proofErr w:type="spellEnd"/>
      <w:r w:rsidRPr="00510C7E">
        <w:rPr>
          <w:rFonts w:ascii="Times New Roman" w:hAnsi="Times New Roman" w:cs="Times New Roman"/>
          <w:sz w:val="28"/>
          <w:szCs w:val="28"/>
          <w:lang w:val="ru-RU"/>
        </w:rPr>
        <w:t xml:space="preserve">. Тут </w:t>
      </w:r>
      <w:proofErr w:type="spellStart"/>
      <w:r w:rsidRPr="00510C7E">
        <w:rPr>
          <w:rFonts w:ascii="Times New Roman" w:hAnsi="Times New Roman" w:cs="Times New Roman"/>
          <w:sz w:val="28"/>
          <w:szCs w:val="28"/>
          <w:lang w:val="ru-RU"/>
        </w:rPr>
        <w:t>відбувається</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малювання</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спрайтів</w:t>
      </w:r>
      <w:proofErr w:type="spellEnd"/>
      <w:r w:rsidRPr="00510C7E">
        <w:rPr>
          <w:rFonts w:ascii="Times New Roman" w:hAnsi="Times New Roman" w:cs="Times New Roman"/>
          <w:sz w:val="28"/>
          <w:szCs w:val="28"/>
          <w:lang w:val="ru-RU"/>
        </w:rPr>
        <w:t xml:space="preserve">, тексту, </w:t>
      </w:r>
      <w:proofErr w:type="spellStart"/>
      <w:r w:rsidRPr="00510C7E">
        <w:rPr>
          <w:rFonts w:ascii="Times New Roman" w:hAnsi="Times New Roman" w:cs="Times New Roman"/>
          <w:sz w:val="28"/>
          <w:szCs w:val="28"/>
          <w:lang w:val="ru-RU"/>
        </w:rPr>
        <w:t>графічних</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ефектів</w:t>
      </w:r>
      <w:proofErr w:type="spellEnd"/>
      <w:r w:rsidRPr="00510C7E">
        <w:rPr>
          <w:rFonts w:ascii="Times New Roman" w:hAnsi="Times New Roman" w:cs="Times New Roman"/>
          <w:sz w:val="28"/>
          <w:szCs w:val="28"/>
          <w:lang w:val="ru-RU"/>
        </w:rPr>
        <w:t xml:space="preserve"> і </w:t>
      </w:r>
      <w:proofErr w:type="spellStart"/>
      <w:r w:rsidRPr="00510C7E">
        <w:rPr>
          <w:rFonts w:ascii="Times New Roman" w:hAnsi="Times New Roman" w:cs="Times New Roman"/>
          <w:sz w:val="28"/>
          <w:szCs w:val="28"/>
          <w:lang w:val="ru-RU"/>
        </w:rPr>
        <w:t>усього</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іншого</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що</w:t>
      </w:r>
      <w:proofErr w:type="spellEnd"/>
      <w:r w:rsidRPr="00510C7E">
        <w:rPr>
          <w:rFonts w:ascii="Times New Roman" w:hAnsi="Times New Roman" w:cs="Times New Roman"/>
          <w:sz w:val="28"/>
          <w:szCs w:val="28"/>
          <w:lang w:val="ru-RU"/>
        </w:rPr>
        <w:t xml:space="preserve"> робить </w:t>
      </w:r>
      <w:proofErr w:type="spellStart"/>
      <w:r w:rsidRPr="00510C7E">
        <w:rPr>
          <w:rFonts w:ascii="Times New Roman" w:hAnsi="Times New Roman" w:cs="Times New Roman"/>
          <w:sz w:val="28"/>
          <w:szCs w:val="28"/>
          <w:lang w:val="ru-RU"/>
        </w:rPr>
        <w:t>гру</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візуально</w:t>
      </w:r>
      <w:proofErr w:type="spellEnd"/>
      <w:r w:rsidRPr="00510C7E">
        <w:rPr>
          <w:rFonts w:ascii="Times New Roman" w:hAnsi="Times New Roman" w:cs="Times New Roman"/>
          <w:sz w:val="28"/>
          <w:szCs w:val="28"/>
          <w:lang w:val="ru-RU"/>
        </w:rPr>
        <w:t xml:space="preserve"> </w:t>
      </w:r>
      <w:proofErr w:type="spellStart"/>
      <w:r w:rsidRPr="00510C7E">
        <w:rPr>
          <w:rFonts w:ascii="Times New Roman" w:hAnsi="Times New Roman" w:cs="Times New Roman"/>
          <w:sz w:val="28"/>
          <w:szCs w:val="28"/>
          <w:lang w:val="ru-RU"/>
        </w:rPr>
        <w:t>привабливою</w:t>
      </w:r>
      <w:proofErr w:type="spellEnd"/>
      <w:r w:rsidRPr="00510C7E">
        <w:rPr>
          <w:rFonts w:ascii="Times New Roman" w:hAnsi="Times New Roman" w:cs="Times New Roman"/>
          <w:sz w:val="28"/>
          <w:szCs w:val="28"/>
          <w:lang w:val="ru-RU"/>
        </w:rPr>
        <w:t>.</w:t>
      </w:r>
    </w:p>
    <w:p w14:paraId="6A1ECCF3" w14:textId="5EDDB22F" w:rsidR="00945CB4" w:rsidRPr="00F240AC" w:rsidRDefault="00945CB4" w:rsidP="00F240AC">
      <w:pPr>
        <w:pStyle w:val="ac"/>
        <w:numPr>
          <w:ilvl w:val="0"/>
          <w:numId w:val="5"/>
        </w:numPr>
        <w:spacing w:after="0" w:line="360" w:lineRule="auto"/>
        <w:ind w:left="0" w:firstLine="709"/>
        <w:jc w:val="both"/>
        <w:rPr>
          <w:rFonts w:ascii="Times New Roman" w:hAnsi="Times New Roman" w:cs="Times New Roman"/>
          <w:sz w:val="28"/>
          <w:szCs w:val="28"/>
          <w:lang w:val="ru-RU"/>
        </w:rPr>
      </w:pPr>
      <w:proofErr w:type="spellStart"/>
      <w:r w:rsidRPr="00F240AC">
        <w:rPr>
          <w:rFonts w:ascii="Times New Roman" w:hAnsi="Times New Roman" w:cs="Times New Roman"/>
          <w:sz w:val="28"/>
          <w:szCs w:val="28"/>
          <w:lang w:val="ru-RU"/>
        </w:rPr>
        <w:t>Подія</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Collision</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Зіткнення</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Ця</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подія</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виникає</w:t>
      </w:r>
      <w:proofErr w:type="spellEnd"/>
      <w:r w:rsidRPr="00F240AC">
        <w:rPr>
          <w:rFonts w:ascii="Times New Roman" w:hAnsi="Times New Roman" w:cs="Times New Roman"/>
          <w:sz w:val="28"/>
          <w:szCs w:val="28"/>
          <w:lang w:val="ru-RU"/>
        </w:rPr>
        <w:t xml:space="preserve">, коли два </w:t>
      </w:r>
      <w:proofErr w:type="spellStart"/>
      <w:r w:rsidRPr="00F240AC">
        <w:rPr>
          <w:rFonts w:ascii="Times New Roman" w:hAnsi="Times New Roman" w:cs="Times New Roman"/>
          <w:sz w:val="28"/>
          <w:szCs w:val="28"/>
          <w:lang w:val="ru-RU"/>
        </w:rPr>
        <w:t>ігрові</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об'єкти</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торкаються</w:t>
      </w:r>
      <w:proofErr w:type="spellEnd"/>
      <w:r w:rsidRPr="00F240AC">
        <w:rPr>
          <w:rFonts w:ascii="Times New Roman" w:hAnsi="Times New Roman" w:cs="Times New Roman"/>
          <w:sz w:val="28"/>
          <w:szCs w:val="28"/>
          <w:lang w:val="ru-RU"/>
        </w:rPr>
        <w:t xml:space="preserve"> один одного. </w:t>
      </w:r>
      <w:proofErr w:type="spellStart"/>
      <w:r w:rsidRPr="00F240AC">
        <w:rPr>
          <w:rFonts w:ascii="Times New Roman" w:hAnsi="Times New Roman" w:cs="Times New Roman"/>
          <w:sz w:val="28"/>
          <w:szCs w:val="28"/>
          <w:lang w:val="ru-RU"/>
        </w:rPr>
        <w:t>Її</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можна</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використовувати</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наприклад</w:t>
      </w:r>
      <w:proofErr w:type="spellEnd"/>
      <w:r w:rsidRPr="00F240AC">
        <w:rPr>
          <w:rFonts w:ascii="Times New Roman" w:hAnsi="Times New Roman" w:cs="Times New Roman"/>
          <w:sz w:val="28"/>
          <w:szCs w:val="28"/>
          <w:lang w:val="ru-RU"/>
        </w:rPr>
        <w:t xml:space="preserve">, для того, </w:t>
      </w:r>
      <w:proofErr w:type="spellStart"/>
      <w:r w:rsidRPr="00F240AC">
        <w:rPr>
          <w:rFonts w:ascii="Times New Roman" w:hAnsi="Times New Roman" w:cs="Times New Roman"/>
          <w:sz w:val="28"/>
          <w:szCs w:val="28"/>
          <w:lang w:val="ru-RU"/>
        </w:rPr>
        <w:t>щоб</w:t>
      </w:r>
      <w:proofErr w:type="spellEnd"/>
      <w:r w:rsidRPr="00F240AC">
        <w:rPr>
          <w:rFonts w:ascii="Times New Roman" w:hAnsi="Times New Roman" w:cs="Times New Roman"/>
          <w:sz w:val="28"/>
          <w:szCs w:val="28"/>
          <w:lang w:val="ru-RU"/>
        </w:rPr>
        <w:t xml:space="preserve"> персонаж </w:t>
      </w:r>
      <w:proofErr w:type="spellStart"/>
      <w:r w:rsidRPr="00F240AC">
        <w:rPr>
          <w:rFonts w:ascii="Times New Roman" w:hAnsi="Times New Roman" w:cs="Times New Roman"/>
          <w:sz w:val="28"/>
          <w:szCs w:val="28"/>
          <w:lang w:val="ru-RU"/>
        </w:rPr>
        <w:t>отримував</w:t>
      </w:r>
      <w:proofErr w:type="spellEnd"/>
      <w:r w:rsidRPr="00F240AC">
        <w:rPr>
          <w:rFonts w:ascii="Times New Roman" w:hAnsi="Times New Roman" w:cs="Times New Roman"/>
          <w:sz w:val="28"/>
          <w:szCs w:val="28"/>
          <w:lang w:val="ru-RU"/>
        </w:rPr>
        <w:t xml:space="preserve"> урон, коли </w:t>
      </w:r>
      <w:proofErr w:type="spellStart"/>
      <w:r w:rsidRPr="00F240AC">
        <w:rPr>
          <w:rFonts w:ascii="Times New Roman" w:hAnsi="Times New Roman" w:cs="Times New Roman"/>
          <w:sz w:val="28"/>
          <w:szCs w:val="28"/>
          <w:lang w:val="ru-RU"/>
        </w:rPr>
        <w:t>стикається</w:t>
      </w:r>
      <w:proofErr w:type="spellEnd"/>
      <w:r w:rsidRPr="00F240AC">
        <w:rPr>
          <w:rFonts w:ascii="Times New Roman" w:hAnsi="Times New Roman" w:cs="Times New Roman"/>
          <w:sz w:val="28"/>
          <w:szCs w:val="28"/>
          <w:lang w:val="ru-RU"/>
        </w:rPr>
        <w:t xml:space="preserve"> з ворогом, </w:t>
      </w:r>
      <w:proofErr w:type="spellStart"/>
      <w:r w:rsidRPr="00F240AC">
        <w:rPr>
          <w:rFonts w:ascii="Times New Roman" w:hAnsi="Times New Roman" w:cs="Times New Roman"/>
          <w:sz w:val="28"/>
          <w:szCs w:val="28"/>
          <w:lang w:val="ru-RU"/>
        </w:rPr>
        <w:t>або</w:t>
      </w:r>
      <w:proofErr w:type="spellEnd"/>
      <w:r w:rsidRPr="00F240AC">
        <w:rPr>
          <w:rFonts w:ascii="Times New Roman" w:hAnsi="Times New Roman" w:cs="Times New Roman"/>
          <w:sz w:val="28"/>
          <w:szCs w:val="28"/>
          <w:lang w:val="ru-RU"/>
        </w:rPr>
        <w:t xml:space="preserve"> для того, </w:t>
      </w:r>
      <w:proofErr w:type="spellStart"/>
      <w:r w:rsidRPr="00F240AC">
        <w:rPr>
          <w:rFonts w:ascii="Times New Roman" w:hAnsi="Times New Roman" w:cs="Times New Roman"/>
          <w:sz w:val="28"/>
          <w:szCs w:val="28"/>
          <w:lang w:val="ru-RU"/>
        </w:rPr>
        <w:t>щоб</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збирання</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бонусів</w:t>
      </w:r>
      <w:proofErr w:type="spellEnd"/>
      <w:r w:rsidRPr="00F240AC">
        <w:rPr>
          <w:rFonts w:ascii="Times New Roman" w:hAnsi="Times New Roman" w:cs="Times New Roman"/>
          <w:sz w:val="28"/>
          <w:szCs w:val="28"/>
          <w:lang w:val="ru-RU"/>
        </w:rPr>
        <w:t>.</w:t>
      </w:r>
    </w:p>
    <w:p w14:paraId="42DDD69F" w14:textId="43BE8D3D" w:rsidR="00945CB4" w:rsidRDefault="00F240AC" w:rsidP="00F240AC">
      <w:pPr>
        <w:spacing w:after="0" w:line="360" w:lineRule="auto"/>
        <w:ind w:firstLine="709"/>
        <w:jc w:val="both"/>
        <w:rPr>
          <w:rFonts w:ascii="Times New Roman" w:hAnsi="Times New Roman" w:cs="Times New Roman"/>
          <w:sz w:val="28"/>
          <w:szCs w:val="28"/>
          <w:lang w:val="ru-RU"/>
        </w:rPr>
      </w:pPr>
      <w:proofErr w:type="spellStart"/>
      <w:r w:rsidRPr="00F240AC">
        <w:rPr>
          <w:rFonts w:ascii="Times New Roman" w:hAnsi="Times New Roman" w:cs="Times New Roman"/>
          <w:sz w:val="28"/>
          <w:szCs w:val="28"/>
          <w:lang w:val="ru-RU"/>
        </w:rPr>
        <w:t>Коректний</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розподіл</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програмного</w:t>
      </w:r>
      <w:proofErr w:type="spellEnd"/>
      <w:r w:rsidRPr="00F240AC">
        <w:rPr>
          <w:rFonts w:ascii="Times New Roman" w:hAnsi="Times New Roman" w:cs="Times New Roman"/>
          <w:sz w:val="28"/>
          <w:szCs w:val="28"/>
          <w:lang w:val="ru-RU"/>
        </w:rPr>
        <w:t xml:space="preserve"> коду </w:t>
      </w:r>
      <w:proofErr w:type="spellStart"/>
      <w:r w:rsidRPr="00F240AC">
        <w:rPr>
          <w:rFonts w:ascii="Times New Roman" w:hAnsi="Times New Roman" w:cs="Times New Roman"/>
          <w:sz w:val="28"/>
          <w:szCs w:val="28"/>
          <w:lang w:val="ru-RU"/>
        </w:rPr>
        <w:t>між</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відповідними</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подіями</w:t>
      </w:r>
      <w:proofErr w:type="spellEnd"/>
      <w:r w:rsidRPr="00F240AC">
        <w:rPr>
          <w:rFonts w:ascii="Times New Roman" w:hAnsi="Times New Roman" w:cs="Times New Roman"/>
          <w:sz w:val="28"/>
          <w:szCs w:val="28"/>
          <w:lang w:val="ru-RU"/>
        </w:rPr>
        <w:t xml:space="preserve"> є критично </w:t>
      </w:r>
      <w:proofErr w:type="spellStart"/>
      <w:r w:rsidRPr="00F240AC">
        <w:rPr>
          <w:rFonts w:ascii="Times New Roman" w:hAnsi="Times New Roman" w:cs="Times New Roman"/>
          <w:sz w:val="28"/>
          <w:szCs w:val="28"/>
          <w:lang w:val="ru-RU"/>
        </w:rPr>
        <w:t>важливим</w:t>
      </w:r>
      <w:proofErr w:type="spellEnd"/>
      <w:r w:rsidRPr="00F240AC">
        <w:rPr>
          <w:rFonts w:ascii="Times New Roman" w:hAnsi="Times New Roman" w:cs="Times New Roman"/>
          <w:sz w:val="28"/>
          <w:szCs w:val="28"/>
          <w:lang w:val="ru-RU"/>
        </w:rPr>
        <w:t xml:space="preserve"> для </w:t>
      </w:r>
      <w:proofErr w:type="spellStart"/>
      <w:r w:rsidRPr="00F240AC">
        <w:rPr>
          <w:rFonts w:ascii="Times New Roman" w:hAnsi="Times New Roman" w:cs="Times New Roman"/>
          <w:sz w:val="28"/>
          <w:szCs w:val="28"/>
          <w:lang w:val="ru-RU"/>
        </w:rPr>
        <w:t>стабільної</w:t>
      </w:r>
      <w:proofErr w:type="spellEnd"/>
      <w:r w:rsidRPr="00F240AC">
        <w:rPr>
          <w:rFonts w:ascii="Times New Roman" w:hAnsi="Times New Roman" w:cs="Times New Roman"/>
          <w:sz w:val="28"/>
          <w:szCs w:val="28"/>
          <w:lang w:val="ru-RU"/>
        </w:rPr>
        <w:t xml:space="preserve"> та </w:t>
      </w:r>
      <w:proofErr w:type="spellStart"/>
      <w:r w:rsidRPr="00F240AC">
        <w:rPr>
          <w:rFonts w:ascii="Times New Roman" w:hAnsi="Times New Roman" w:cs="Times New Roman"/>
          <w:sz w:val="28"/>
          <w:szCs w:val="28"/>
          <w:lang w:val="ru-RU"/>
        </w:rPr>
        <w:t>продуктивної</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роботи</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гри</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Невідповідне</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розміщення</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алгоритмів</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зокрема</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виконання</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складних</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обчислень</w:t>
      </w:r>
      <w:proofErr w:type="spellEnd"/>
      <w:r w:rsidRPr="00F240AC">
        <w:rPr>
          <w:rFonts w:ascii="Times New Roman" w:hAnsi="Times New Roman" w:cs="Times New Roman"/>
          <w:sz w:val="28"/>
          <w:szCs w:val="28"/>
          <w:lang w:val="ru-RU"/>
        </w:rPr>
        <w:t xml:space="preserve"> у </w:t>
      </w:r>
      <w:proofErr w:type="spellStart"/>
      <w:r w:rsidRPr="00F240AC">
        <w:rPr>
          <w:rFonts w:ascii="Times New Roman" w:hAnsi="Times New Roman" w:cs="Times New Roman"/>
          <w:sz w:val="28"/>
          <w:szCs w:val="28"/>
          <w:lang w:val="ru-RU"/>
        </w:rPr>
        <w:t>подіях</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що</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lastRenderedPageBreak/>
        <w:t>викликаються</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кожен</w:t>
      </w:r>
      <w:proofErr w:type="spellEnd"/>
      <w:r w:rsidRPr="00F240AC">
        <w:rPr>
          <w:rFonts w:ascii="Times New Roman" w:hAnsi="Times New Roman" w:cs="Times New Roman"/>
          <w:sz w:val="28"/>
          <w:szCs w:val="28"/>
          <w:lang w:val="ru-RU"/>
        </w:rPr>
        <w:t xml:space="preserve"> кадр, </w:t>
      </w:r>
      <w:proofErr w:type="spellStart"/>
      <w:r w:rsidRPr="00F240AC">
        <w:rPr>
          <w:rFonts w:ascii="Times New Roman" w:hAnsi="Times New Roman" w:cs="Times New Roman"/>
          <w:sz w:val="28"/>
          <w:szCs w:val="28"/>
          <w:lang w:val="ru-RU"/>
        </w:rPr>
        <w:t>може</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призвести</w:t>
      </w:r>
      <w:proofErr w:type="spellEnd"/>
      <w:r w:rsidRPr="00F240AC">
        <w:rPr>
          <w:rFonts w:ascii="Times New Roman" w:hAnsi="Times New Roman" w:cs="Times New Roman"/>
          <w:sz w:val="28"/>
          <w:szCs w:val="28"/>
          <w:lang w:val="ru-RU"/>
        </w:rPr>
        <w:t xml:space="preserve"> до </w:t>
      </w:r>
      <w:proofErr w:type="spellStart"/>
      <w:r w:rsidRPr="00F240AC">
        <w:rPr>
          <w:rFonts w:ascii="Times New Roman" w:hAnsi="Times New Roman" w:cs="Times New Roman"/>
          <w:sz w:val="28"/>
          <w:szCs w:val="28"/>
          <w:lang w:val="ru-RU"/>
        </w:rPr>
        <w:t>зниження</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швидкодії</w:t>
      </w:r>
      <w:proofErr w:type="spellEnd"/>
      <w:r w:rsidRPr="00F240AC">
        <w:rPr>
          <w:rFonts w:ascii="Times New Roman" w:hAnsi="Times New Roman" w:cs="Times New Roman"/>
          <w:sz w:val="28"/>
          <w:szCs w:val="28"/>
          <w:lang w:val="ru-RU"/>
        </w:rPr>
        <w:t xml:space="preserve"> та </w:t>
      </w:r>
      <w:proofErr w:type="spellStart"/>
      <w:r w:rsidRPr="00F240AC">
        <w:rPr>
          <w:rFonts w:ascii="Times New Roman" w:hAnsi="Times New Roman" w:cs="Times New Roman"/>
          <w:sz w:val="28"/>
          <w:szCs w:val="28"/>
          <w:lang w:val="ru-RU"/>
        </w:rPr>
        <w:t>некоректної</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поведінки</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ігрових</w:t>
      </w:r>
      <w:proofErr w:type="spellEnd"/>
      <w:r w:rsidRPr="00F240AC">
        <w:rPr>
          <w:rFonts w:ascii="Times New Roman" w:hAnsi="Times New Roman" w:cs="Times New Roman"/>
          <w:sz w:val="28"/>
          <w:szCs w:val="28"/>
          <w:lang w:val="ru-RU"/>
        </w:rPr>
        <w:t xml:space="preserve"> </w:t>
      </w:r>
      <w:proofErr w:type="spellStart"/>
      <w:r w:rsidRPr="00F240AC">
        <w:rPr>
          <w:rFonts w:ascii="Times New Roman" w:hAnsi="Times New Roman" w:cs="Times New Roman"/>
          <w:sz w:val="28"/>
          <w:szCs w:val="28"/>
          <w:lang w:val="ru-RU"/>
        </w:rPr>
        <w:t>об’єктів</w:t>
      </w:r>
      <w:proofErr w:type="spellEnd"/>
      <w:r w:rsidRPr="00F240AC">
        <w:rPr>
          <w:rFonts w:ascii="Times New Roman" w:hAnsi="Times New Roman" w:cs="Times New Roman"/>
          <w:sz w:val="28"/>
          <w:szCs w:val="28"/>
          <w:lang w:val="ru-RU"/>
        </w:rPr>
        <w:t>.</w:t>
      </w:r>
    </w:p>
    <w:p w14:paraId="5C40C05C" w14:textId="77777777" w:rsidR="00F240AC" w:rsidRPr="00945CB4" w:rsidRDefault="00F240AC" w:rsidP="00F240AC">
      <w:pPr>
        <w:spacing w:after="0" w:line="360" w:lineRule="auto"/>
        <w:ind w:firstLine="709"/>
        <w:jc w:val="both"/>
        <w:rPr>
          <w:rFonts w:ascii="Times New Roman" w:hAnsi="Times New Roman" w:cs="Times New Roman"/>
          <w:sz w:val="28"/>
          <w:szCs w:val="28"/>
          <w:lang w:val="ru-RU"/>
        </w:rPr>
      </w:pPr>
    </w:p>
    <w:p w14:paraId="537F6216" w14:textId="77777777" w:rsidR="00945CB4" w:rsidRPr="00F240AC" w:rsidRDefault="00945CB4" w:rsidP="00F240AC">
      <w:pPr>
        <w:spacing w:after="0" w:line="360" w:lineRule="auto"/>
        <w:jc w:val="center"/>
        <w:rPr>
          <w:rFonts w:ascii="Times New Roman" w:hAnsi="Times New Roman" w:cs="Times New Roman"/>
          <w:sz w:val="28"/>
          <w:szCs w:val="28"/>
          <w:lang w:val="ru-RU"/>
        </w:rPr>
      </w:pPr>
      <w:r w:rsidRPr="00F240AC">
        <w:rPr>
          <w:rFonts w:ascii="Times New Roman" w:hAnsi="Times New Roman" w:cs="Times New Roman"/>
          <w:noProof/>
          <w:sz w:val="28"/>
          <w:szCs w:val="28"/>
          <w:lang w:val="ru-RU" w:eastAsia="ru-RU"/>
        </w:rPr>
        <w:drawing>
          <wp:inline distT="0" distB="0" distL="0" distR="0" wp14:anchorId="470A9642" wp14:editId="58E7A10A">
            <wp:extent cx="5296006" cy="28768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11536" cy="2885279"/>
                    </a:xfrm>
                    <a:prstGeom prst="rect">
                      <a:avLst/>
                    </a:prstGeom>
                  </pic:spPr>
                </pic:pic>
              </a:graphicData>
            </a:graphic>
          </wp:inline>
        </w:drawing>
      </w:r>
    </w:p>
    <w:p w14:paraId="58E2B50A" w14:textId="135D5326" w:rsidR="00945CB4" w:rsidRPr="00F240AC" w:rsidRDefault="00945CB4" w:rsidP="00DC6652">
      <w:pPr>
        <w:spacing w:after="0" w:line="360" w:lineRule="auto"/>
        <w:jc w:val="center"/>
        <w:rPr>
          <w:rFonts w:ascii="Times New Roman" w:hAnsi="Times New Roman" w:cs="Times New Roman"/>
          <w:sz w:val="28"/>
          <w:szCs w:val="28"/>
          <w:lang w:val="ru-RU"/>
        </w:rPr>
      </w:pPr>
      <w:r w:rsidRPr="00F240AC">
        <w:rPr>
          <w:rFonts w:ascii="Times New Roman" w:hAnsi="Times New Roman" w:cs="Times New Roman"/>
          <w:sz w:val="28"/>
          <w:szCs w:val="28"/>
          <w:lang w:val="ru-RU"/>
        </w:rPr>
        <w:t xml:space="preserve">Рисунок 2.2 – </w:t>
      </w:r>
      <w:proofErr w:type="spellStart"/>
      <w:r w:rsidR="00F240AC" w:rsidRPr="00F240AC">
        <w:rPr>
          <w:rFonts w:ascii="Times New Roman" w:hAnsi="Times New Roman" w:cs="Times New Roman"/>
          <w:sz w:val="28"/>
          <w:szCs w:val="28"/>
          <w:lang w:val="ru-RU"/>
        </w:rPr>
        <w:t>Перелік</w:t>
      </w:r>
      <w:proofErr w:type="spellEnd"/>
      <w:r w:rsidR="00F240AC" w:rsidRPr="00F240AC">
        <w:rPr>
          <w:rFonts w:ascii="Times New Roman" w:hAnsi="Times New Roman" w:cs="Times New Roman"/>
          <w:sz w:val="28"/>
          <w:szCs w:val="28"/>
          <w:lang w:val="ru-RU"/>
        </w:rPr>
        <w:t xml:space="preserve"> </w:t>
      </w:r>
      <w:proofErr w:type="spellStart"/>
      <w:r w:rsidR="00F240AC" w:rsidRPr="00F240AC">
        <w:rPr>
          <w:rFonts w:ascii="Times New Roman" w:hAnsi="Times New Roman" w:cs="Times New Roman"/>
          <w:sz w:val="28"/>
          <w:szCs w:val="28"/>
          <w:lang w:val="ru-RU"/>
        </w:rPr>
        <w:t>основних</w:t>
      </w:r>
      <w:proofErr w:type="spellEnd"/>
      <w:r w:rsidR="00F240AC" w:rsidRPr="00F240AC">
        <w:rPr>
          <w:rFonts w:ascii="Times New Roman" w:hAnsi="Times New Roman" w:cs="Times New Roman"/>
          <w:sz w:val="28"/>
          <w:szCs w:val="28"/>
          <w:lang w:val="ru-RU"/>
        </w:rPr>
        <w:t xml:space="preserve"> </w:t>
      </w:r>
      <w:proofErr w:type="spellStart"/>
      <w:r w:rsidR="00F240AC" w:rsidRPr="00F240AC">
        <w:rPr>
          <w:rFonts w:ascii="Times New Roman" w:hAnsi="Times New Roman" w:cs="Times New Roman"/>
          <w:sz w:val="28"/>
          <w:szCs w:val="28"/>
          <w:lang w:val="ru-RU"/>
        </w:rPr>
        <w:t>подій</w:t>
      </w:r>
      <w:proofErr w:type="spellEnd"/>
      <w:r w:rsidR="00F240AC" w:rsidRPr="00F240AC">
        <w:rPr>
          <w:rFonts w:ascii="Times New Roman" w:hAnsi="Times New Roman" w:cs="Times New Roman"/>
          <w:sz w:val="28"/>
          <w:szCs w:val="28"/>
          <w:lang w:val="ru-RU"/>
        </w:rPr>
        <w:t xml:space="preserve"> </w:t>
      </w:r>
      <w:proofErr w:type="spellStart"/>
      <w:r w:rsidR="00F240AC" w:rsidRPr="00F240AC">
        <w:rPr>
          <w:rFonts w:ascii="Times New Roman" w:hAnsi="Times New Roman" w:cs="Times New Roman"/>
          <w:sz w:val="28"/>
          <w:szCs w:val="28"/>
          <w:lang w:val="ru-RU"/>
        </w:rPr>
        <w:t>ігрового</w:t>
      </w:r>
      <w:proofErr w:type="spellEnd"/>
      <w:r w:rsidR="00F240AC" w:rsidRPr="00F240AC">
        <w:rPr>
          <w:rFonts w:ascii="Times New Roman" w:hAnsi="Times New Roman" w:cs="Times New Roman"/>
          <w:sz w:val="28"/>
          <w:szCs w:val="28"/>
          <w:lang w:val="ru-RU"/>
        </w:rPr>
        <w:t xml:space="preserve"> </w:t>
      </w:r>
      <w:proofErr w:type="spellStart"/>
      <w:r w:rsidR="00F240AC" w:rsidRPr="00F240AC">
        <w:rPr>
          <w:rFonts w:ascii="Times New Roman" w:hAnsi="Times New Roman" w:cs="Times New Roman"/>
          <w:sz w:val="28"/>
          <w:szCs w:val="28"/>
          <w:lang w:val="ru-RU"/>
        </w:rPr>
        <w:t>об’єкта</w:t>
      </w:r>
      <w:proofErr w:type="spellEnd"/>
      <w:r w:rsidR="00F240AC" w:rsidRPr="00F240AC">
        <w:rPr>
          <w:rFonts w:ascii="Times New Roman" w:hAnsi="Times New Roman" w:cs="Times New Roman"/>
          <w:sz w:val="28"/>
          <w:szCs w:val="28"/>
          <w:lang w:val="ru-RU"/>
        </w:rPr>
        <w:t xml:space="preserve"> в </w:t>
      </w:r>
      <w:proofErr w:type="spellStart"/>
      <w:r w:rsidR="00F240AC" w:rsidRPr="00F240AC">
        <w:rPr>
          <w:rFonts w:ascii="Times New Roman" w:hAnsi="Times New Roman" w:cs="Times New Roman"/>
          <w:sz w:val="28"/>
          <w:szCs w:val="28"/>
          <w:lang w:val="ru-RU"/>
        </w:rPr>
        <w:t>середовищі</w:t>
      </w:r>
      <w:proofErr w:type="spellEnd"/>
      <w:r w:rsidR="00F240AC" w:rsidRPr="00F240AC">
        <w:rPr>
          <w:rFonts w:ascii="Times New Roman" w:hAnsi="Times New Roman" w:cs="Times New Roman"/>
          <w:sz w:val="28"/>
          <w:szCs w:val="28"/>
          <w:lang w:val="ru-RU"/>
        </w:rPr>
        <w:t xml:space="preserve"> </w:t>
      </w:r>
      <w:proofErr w:type="spellStart"/>
      <w:r w:rsidR="00F240AC" w:rsidRPr="00F240AC">
        <w:rPr>
          <w:rFonts w:ascii="Times New Roman" w:hAnsi="Times New Roman" w:cs="Times New Roman"/>
          <w:sz w:val="28"/>
          <w:szCs w:val="28"/>
          <w:lang w:val="ru-RU"/>
        </w:rPr>
        <w:t>GameMaker</w:t>
      </w:r>
      <w:proofErr w:type="spellEnd"/>
    </w:p>
    <w:p w14:paraId="0C4832AD" w14:textId="77777777" w:rsidR="00945CB4" w:rsidRPr="00F240AC" w:rsidRDefault="00945CB4" w:rsidP="00DC6652">
      <w:pPr>
        <w:spacing w:after="0" w:line="360" w:lineRule="auto"/>
        <w:jc w:val="both"/>
        <w:rPr>
          <w:rFonts w:ascii="Times New Roman" w:hAnsi="Times New Roman" w:cs="Times New Roman"/>
          <w:sz w:val="28"/>
          <w:szCs w:val="28"/>
          <w:lang w:val="ru-RU"/>
        </w:rPr>
      </w:pPr>
    </w:p>
    <w:p w14:paraId="5966CCEF" w14:textId="77777777" w:rsidR="00F240AC" w:rsidRPr="00F240AC" w:rsidRDefault="00F240AC" w:rsidP="00F240AC">
      <w:pPr>
        <w:spacing w:after="0" w:line="360" w:lineRule="auto"/>
        <w:ind w:firstLine="709"/>
        <w:jc w:val="both"/>
        <w:rPr>
          <w:rFonts w:ascii="Times New Roman" w:hAnsi="Times New Roman" w:cs="Times New Roman"/>
          <w:sz w:val="28"/>
          <w:szCs w:val="28"/>
          <w:lang w:val="uk-UA"/>
        </w:rPr>
      </w:pPr>
      <w:r w:rsidRPr="00F240AC">
        <w:rPr>
          <w:rFonts w:ascii="Times New Roman" w:hAnsi="Times New Roman" w:cs="Times New Roman"/>
          <w:sz w:val="28"/>
          <w:szCs w:val="28"/>
          <w:lang w:val="uk-UA"/>
        </w:rPr>
        <w:t xml:space="preserve">На рисунку представлено стандартний набір подій, доступних для ігрового об’єкта в редакторі </w:t>
      </w:r>
      <w:proofErr w:type="spellStart"/>
      <w:r w:rsidRPr="00F240AC">
        <w:rPr>
          <w:rFonts w:ascii="Times New Roman" w:hAnsi="Times New Roman" w:cs="Times New Roman"/>
          <w:sz w:val="28"/>
          <w:szCs w:val="28"/>
          <w:lang w:val="uk-UA"/>
        </w:rPr>
        <w:t>GameMaker</w:t>
      </w:r>
      <w:proofErr w:type="spellEnd"/>
      <w:r w:rsidRPr="00F240AC">
        <w:rPr>
          <w:rFonts w:ascii="Times New Roman" w:hAnsi="Times New Roman" w:cs="Times New Roman"/>
          <w:sz w:val="28"/>
          <w:szCs w:val="28"/>
          <w:lang w:val="uk-UA"/>
        </w:rPr>
        <w:t>. Візуальне подання структури подій дозволяє розробнику чітко визначити, у якому саме контексті виконується той чи інший фрагмент програмного коду. Такий підхід сприяє підвищенню читабельності програмної логіки, полегшує налагодження та забезпечує більш структуровану організацію ігрового застосунку.</w:t>
      </w:r>
    </w:p>
    <w:p w14:paraId="334E97F5" w14:textId="77777777" w:rsidR="00F240AC" w:rsidRPr="001639F1" w:rsidRDefault="00F240AC" w:rsidP="00DC6652">
      <w:pPr>
        <w:spacing w:after="0" w:line="360" w:lineRule="auto"/>
        <w:jc w:val="both"/>
        <w:rPr>
          <w:rFonts w:ascii="Times New Roman" w:hAnsi="Times New Roman" w:cs="Times New Roman"/>
          <w:sz w:val="28"/>
          <w:szCs w:val="28"/>
          <w:lang w:val="uk-UA"/>
        </w:rPr>
      </w:pPr>
    </w:p>
    <w:p w14:paraId="48CCDBDB" w14:textId="77777777" w:rsidR="00945CB4" w:rsidRPr="00945CB4" w:rsidRDefault="00945CB4" w:rsidP="00DC6652">
      <w:pPr>
        <w:pStyle w:val="21"/>
        <w:spacing w:before="0" w:beforeAutospacing="0" w:after="0" w:afterAutospacing="0"/>
      </w:pPr>
      <w:bookmarkStart w:id="10" w:name="_Toc219710711"/>
      <w:r w:rsidRPr="00945CB4">
        <w:t xml:space="preserve">2.3. Про </w:t>
      </w:r>
      <w:proofErr w:type="spellStart"/>
      <w:r w:rsidRPr="00945CB4">
        <w:t>алгоритми</w:t>
      </w:r>
      <w:proofErr w:type="spellEnd"/>
      <w:r w:rsidRPr="00945CB4">
        <w:t xml:space="preserve"> штучного </w:t>
      </w:r>
      <w:proofErr w:type="spellStart"/>
      <w:r w:rsidRPr="00945CB4">
        <w:t>інтелекту</w:t>
      </w:r>
      <w:proofErr w:type="spellEnd"/>
      <w:r w:rsidRPr="00945CB4">
        <w:t xml:space="preserve"> (ШІ) в </w:t>
      </w:r>
      <w:proofErr w:type="spellStart"/>
      <w:r w:rsidRPr="00945CB4">
        <w:t>іграх</w:t>
      </w:r>
      <w:bookmarkEnd w:id="10"/>
      <w:proofErr w:type="spellEnd"/>
    </w:p>
    <w:p w14:paraId="761B458F" w14:textId="77777777" w:rsidR="00945CB4" w:rsidRPr="00945CB4" w:rsidRDefault="00945CB4" w:rsidP="00DC6652">
      <w:pPr>
        <w:spacing w:after="0" w:line="360" w:lineRule="auto"/>
        <w:jc w:val="both"/>
        <w:rPr>
          <w:rFonts w:ascii="Times New Roman" w:hAnsi="Times New Roman" w:cs="Times New Roman"/>
          <w:sz w:val="28"/>
          <w:szCs w:val="28"/>
          <w:lang w:val="ru-RU"/>
        </w:rPr>
      </w:pPr>
    </w:p>
    <w:p w14:paraId="114DD41D" w14:textId="77777777" w:rsidR="00395707" w:rsidRPr="00395707" w:rsidRDefault="00395707" w:rsidP="00395707">
      <w:pPr>
        <w:spacing w:after="0" w:line="360" w:lineRule="auto"/>
        <w:ind w:firstLine="709"/>
        <w:jc w:val="both"/>
        <w:rPr>
          <w:rFonts w:ascii="Times New Roman" w:hAnsi="Times New Roman" w:cs="Times New Roman"/>
          <w:sz w:val="28"/>
          <w:szCs w:val="28"/>
          <w:lang w:val="uk-UA"/>
        </w:rPr>
      </w:pPr>
      <w:r w:rsidRPr="00395707">
        <w:rPr>
          <w:rFonts w:ascii="Times New Roman" w:hAnsi="Times New Roman" w:cs="Times New Roman"/>
          <w:sz w:val="28"/>
          <w:szCs w:val="28"/>
          <w:lang w:val="uk-UA"/>
        </w:rPr>
        <w:t xml:space="preserve">Жодна сучасна комп’ютерна гра не обходиться без використання алгоритмів штучного інтелекту. У ігровій розробці під штучним інтелектом (ШІ) розуміють сукупність алгоритмів, що імітують поведінку живих істот та забезпечують взаємодію ігрових персонажів з гравцем і навколишнім середовищем. Практика </w:t>
      </w:r>
      <w:r w:rsidRPr="00395707">
        <w:rPr>
          <w:rFonts w:ascii="Times New Roman" w:hAnsi="Times New Roman" w:cs="Times New Roman"/>
          <w:sz w:val="28"/>
          <w:szCs w:val="28"/>
          <w:lang w:val="uk-UA"/>
        </w:rPr>
        <w:lastRenderedPageBreak/>
        <w:t>показує, що якісно реалізований ШІ значно підвищує зацікавленість гравця та робить ігровий процес більш динамічним і захопливим.</w:t>
      </w:r>
    </w:p>
    <w:p w14:paraId="71CF0525" w14:textId="77777777" w:rsidR="00395707" w:rsidRPr="00395707" w:rsidRDefault="00395707" w:rsidP="00395707">
      <w:pPr>
        <w:spacing w:after="0" w:line="360" w:lineRule="auto"/>
        <w:ind w:firstLine="709"/>
        <w:jc w:val="both"/>
        <w:rPr>
          <w:rFonts w:ascii="Times New Roman" w:hAnsi="Times New Roman" w:cs="Times New Roman"/>
          <w:sz w:val="28"/>
          <w:szCs w:val="28"/>
          <w:lang w:val="uk-UA"/>
        </w:rPr>
      </w:pPr>
      <w:r w:rsidRPr="00395707">
        <w:rPr>
          <w:rFonts w:ascii="Times New Roman" w:hAnsi="Times New Roman" w:cs="Times New Roman"/>
          <w:sz w:val="28"/>
          <w:szCs w:val="28"/>
          <w:lang w:val="uk-UA"/>
        </w:rPr>
        <w:t xml:space="preserve">У середовищі </w:t>
      </w:r>
      <w:proofErr w:type="spellStart"/>
      <w:r w:rsidRPr="00395707">
        <w:rPr>
          <w:rFonts w:ascii="Times New Roman" w:hAnsi="Times New Roman" w:cs="Times New Roman"/>
          <w:sz w:val="28"/>
          <w:szCs w:val="28"/>
          <w:lang w:val="uk-UA"/>
        </w:rPr>
        <w:t>GameMaker</w:t>
      </w:r>
      <w:proofErr w:type="spellEnd"/>
      <w:r w:rsidRPr="00395707">
        <w:rPr>
          <w:rFonts w:ascii="Times New Roman" w:hAnsi="Times New Roman" w:cs="Times New Roman"/>
          <w:sz w:val="28"/>
          <w:szCs w:val="28"/>
          <w:lang w:val="uk-UA"/>
        </w:rPr>
        <w:t xml:space="preserve"> алгоритми штучного інтелекту реалізуються за допомогою мови програмування GML у межах </w:t>
      </w:r>
      <w:proofErr w:type="spellStart"/>
      <w:r w:rsidRPr="00395707">
        <w:rPr>
          <w:rFonts w:ascii="Times New Roman" w:hAnsi="Times New Roman" w:cs="Times New Roman"/>
          <w:sz w:val="28"/>
          <w:szCs w:val="28"/>
          <w:lang w:val="uk-UA"/>
        </w:rPr>
        <w:t>подієво</w:t>
      </w:r>
      <w:proofErr w:type="spellEnd"/>
      <w:r w:rsidRPr="00395707">
        <w:rPr>
          <w:rFonts w:ascii="Times New Roman" w:hAnsi="Times New Roman" w:cs="Times New Roman"/>
          <w:sz w:val="28"/>
          <w:szCs w:val="28"/>
          <w:lang w:val="uk-UA"/>
        </w:rPr>
        <w:t>-орієнтованої моделі. Це дозволяє створювати різні сценарії поведінки ігрових супротивників залежно від ситуації, що виникає під час гри.</w:t>
      </w:r>
    </w:p>
    <w:p w14:paraId="2E054784" w14:textId="77777777" w:rsidR="00395707" w:rsidRPr="00395707" w:rsidRDefault="00395707" w:rsidP="00395707">
      <w:pPr>
        <w:spacing w:after="0" w:line="360" w:lineRule="auto"/>
        <w:ind w:firstLine="709"/>
        <w:jc w:val="both"/>
        <w:rPr>
          <w:rFonts w:ascii="Times New Roman" w:hAnsi="Times New Roman" w:cs="Times New Roman"/>
          <w:sz w:val="28"/>
          <w:szCs w:val="28"/>
          <w:lang w:val="uk-UA"/>
        </w:rPr>
      </w:pPr>
      <w:r w:rsidRPr="00395707">
        <w:rPr>
          <w:rFonts w:ascii="Times New Roman" w:hAnsi="Times New Roman" w:cs="Times New Roman"/>
          <w:sz w:val="28"/>
          <w:szCs w:val="28"/>
          <w:lang w:val="uk-UA"/>
        </w:rPr>
        <w:t xml:space="preserve">Ось декілька ключових аспектів, які стосуються ШІ в </w:t>
      </w:r>
      <w:proofErr w:type="spellStart"/>
      <w:r w:rsidRPr="00395707">
        <w:rPr>
          <w:rFonts w:ascii="Times New Roman" w:hAnsi="Times New Roman" w:cs="Times New Roman"/>
          <w:sz w:val="28"/>
          <w:szCs w:val="28"/>
          <w:lang w:val="uk-UA"/>
        </w:rPr>
        <w:t>GameMaker</w:t>
      </w:r>
      <w:proofErr w:type="spellEnd"/>
      <w:r w:rsidRPr="00395707">
        <w:rPr>
          <w:rFonts w:ascii="Times New Roman" w:hAnsi="Times New Roman" w:cs="Times New Roman"/>
          <w:sz w:val="28"/>
          <w:szCs w:val="28"/>
          <w:lang w:val="uk-UA"/>
        </w:rPr>
        <w:t>:</w:t>
      </w:r>
    </w:p>
    <w:p w14:paraId="1B955C29" w14:textId="30838299" w:rsidR="00395707" w:rsidRPr="00395707" w:rsidRDefault="00395707" w:rsidP="00750BFA">
      <w:pPr>
        <w:numPr>
          <w:ilvl w:val="0"/>
          <w:numId w:val="24"/>
        </w:numPr>
        <w:tabs>
          <w:tab w:val="clear" w:pos="720"/>
        </w:tabs>
        <w:spacing w:after="0" w:line="360" w:lineRule="auto"/>
        <w:ind w:left="0" w:firstLine="709"/>
        <w:jc w:val="both"/>
        <w:rPr>
          <w:rFonts w:ascii="Times New Roman" w:hAnsi="Times New Roman" w:cs="Times New Roman"/>
          <w:sz w:val="28"/>
          <w:szCs w:val="28"/>
          <w:lang w:val="uk-UA"/>
        </w:rPr>
      </w:pPr>
      <w:r w:rsidRPr="00395707">
        <w:rPr>
          <w:rFonts w:ascii="Times New Roman" w:hAnsi="Times New Roman" w:cs="Times New Roman"/>
          <w:sz w:val="28"/>
          <w:szCs w:val="28"/>
          <w:lang w:val="uk-UA"/>
        </w:rPr>
        <w:t>Пошук шляху (</w:t>
      </w:r>
      <w:proofErr w:type="spellStart"/>
      <w:r w:rsidRPr="00395707">
        <w:rPr>
          <w:rFonts w:ascii="Times New Roman" w:hAnsi="Times New Roman" w:cs="Times New Roman"/>
          <w:sz w:val="28"/>
          <w:szCs w:val="28"/>
          <w:lang w:val="uk-UA"/>
        </w:rPr>
        <w:t>Pathfinding</w:t>
      </w:r>
      <w:proofErr w:type="spellEnd"/>
      <w:r w:rsidRPr="00395707">
        <w:rPr>
          <w:rFonts w:ascii="Times New Roman" w:hAnsi="Times New Roman" w:cs="Times New Roman"/>
          <w:sz w:val="28"/>
          <w:szCs w:val="28"/>
          <w:lang w:val="uk-UA"/>
        </w:rPr>
        <w:t>). Важливо, щоб ігровий персонаж міг знаходити шлях до гравця навіть за наявності перешкод, таких як стіни або інші об’єкти. Для цього застосовуються алгоритми пошуку шляху, зокрема A* (A-</w:t>
      </w:r>
      <w:proofErr w:type="spellStart"/>
      <w:r w:rsidRPr="00395707">
        <w:rPr>
          <w:rFonts w:ascii="Times New Roman" w:hAnsi="Times New Roman" w:cs="Times New Roman"/>
          <w:sz w:val="28"/>
          <w:szCs w:val="28"/>
          <w:lang w:val="uk-UA"/>
        </w:rPr>
        <w:t>Star</w:t>
      </w:r>
      <w:proofErr w:type="spellEnd"/>
      <w:r w:rsidRPr="00395707">
        <w:rPr>
          <w:rFonts w:ascii="Times New Roman" w:hAnsi="Times New Roman" w:cs="Times New Roman"/>
          <w:sz w:val="28"/>
          <w:szCs w:val="28"/>
          <w:lang w:val="uk-UA"/>
        </w:rPr>
        <w:t xml:space="preserve">). У </w:t>
      </w:r>
      <w:proofErr w:type="spellStart"/>
      <w:r w:rsidRPr="00395707">
        <w:rPr>
          <w:rFonts w:ascii="Times New Roman" w:hAnsi="Times New Roman" w:cs="Times New Roman"/>
          <w:sz w:val="28"/>
          <w:szCs w:val="28"/>
          <w:lang w:val="uk-UA"/>
        </w:rPr>
        <w:t>GameMaker</w:t>
      </w:r>
      <w:proofErr w:type="spellEnd"/>
      <w:r w:rsidRPr="00395707">
        <w:rPr>
          <w:rFonts w:ascii="Times New Roman" w:hAnsi="Times New Roman" w:cs="Times New Roman"/>
          <w:sz w:val="28"/>
          <w:szCs w:val="28"/>
          <w:lang w:val="uk-UA"/>
        </w:rPr>
        <w:t xml:space="preserve"> для спрощення реалізації навігації використовуються вбудовані функції </w:t>
      </w:r>
      <w:proofErr w:type="spellStart"/>
      <w:r w:rsidRPr="00395707">
        <w:rPr>
          <w:rFonts w:ascii="Times New Roman" w:hAnsi="Times New Roman" w:cs="Times New Roman"/>
          <w:sz w:val="28"/>
          <w:szCs w:val="28"/>
          <w:lang w:val="uk-UA"/>
        </w:rPr>
        <w:t>mp_grid</w:t>
      </w:r>
      <w:proofErr w:type="spellEnd"/>
      <w:r w:rsidRPr="00395707">
        <w:rPr>
          <w:rFonts w:ascii="Times New Roman" w:hAnsi="Times New Roman" w:cs="Times New Roman"/>
          <w:sz w:val="28"/>
          <w:szCs w:val="28"/>
          <w:lang w:val="uk-UA"/>
        </w:rPr>
        <w:t>.</w:t>
      </w:r>
    </w:p>
    <w:p w14:paraId="4BFD5621" w14:textId="71E87342" w:rsidR="00395707" w:rsidRPr="00395707" w:rsidRDefault="00395707" w:rsidP="00750BFA">
      <w:pPr>
        <w:numPr>
          <w:ilvl w:val="0"/>
          <w:numId w:val="24"/>
        </w:numPr>
        <w:tabs>
          <w:tab w:val="clear" w:pos="720"/>
        </w:tabs>
        <w:spacing w:after="0" w:line="360" w:lineRule="auto"/>
        <w:ind w:left="0" w:firstLine="709"/>
        <w:jc w:val="both"/>
        <w:rPr>
          <w:rFonts w:ascii="Times New Roman" w:hAnsi="Times New Roman" w:cs="Times New Roman"/>
          <w:sz w:val="28"/>
          <w:szCs w:val="28"/>
          <w:lang w:val="uk-UA"/>
        </w:rPr>
      </w:pPr>
      <w:r w:rsidRPr="00395707">
        <w:rPr>
          <w:rFonts w:ascii="Times New Roman" w:hAnsi="Times New Roman" w:cs="Times New Roman"/>
          <w:sz w:val="28"/>
          <w:szCs w:val="28"/>
          <w:lang w:val="uk-UA"/>
        </w:rPr>
        <w:t>Стани (</w:t>
      </w:r>
      <w:proofErr w:type="spellStart"/>
      <w:r w:rsidRPr="00395707">
        <w:rPr>
          <w:rFonts w:ascii="Times New Roman" w:hAnsi="Times New Roman" w:cs="Times New Roman"/>
          <w:sz w:val="28"/>
          <w:szCs w:val="28"/>
          <w:lang w:val="uk-UA"/>
        </w:rPr>
        <w:t>States</w:t>
      </w:r>
      <w:proofErr w:type="spellEnd"/>
      <w:r w:rsidRPr="00395707">
        <w:rPr>
          <w:rFonts w:ascii="Times New Roman" w:hAnsi="Times New Roman" w:cs="Times New Roman"/>
          <w:sz w:val="28"/>
          <w:szCs w:val="28"/>
          <w:lang w:val="uk-UA"/>
        </w:rPr>
        <w:t>). Ігровий супротивник може перебувати в різних станах, наприклад патрулювання, переслідування або атака. Для реалізації такої поведінки часто застосовується алгоритм кінцевого автомата (</w:t>
      </w:r>
      <w:proofErr w:type="spellStart"/>
      <w:r w:rsidRPr="00395707">
        <w:rPr>
          <w:rFonts w:ascii="Times New Roman" w:hAnsi="Times New Roman" w:cs="Times New Roman"/>
          <w:sz w:val="28"/>
          <w:szCs w:val="28"/>
          <w:lang w:val="uk-UA"/>
        </w:rPr>
        <w:t>State</w:t>
      </w:r>
      <w:proofErr w:type="spellEnd"/>
      <w:r w:rsidRPr="00395707">
        <w:rPr>
          <w:rFonts w:ascii="Times New Roman" w:hAnsi="Times New Roman" w:cs="Times New Roman"/>
          <w:sz w:val="28"/>
          <w:szCs w:val="28"/>
          <w:lang w:val="uk-UA"/>
        </w:rPr>
        <w:t xml:space="preserve"> </w:t>
      </w:r>
      <w:proofErr w:type="spellStart"/>
      <w:r w:rsidRPr="00395707">
        <w:rPr>
          <w:rFonts w:ascii="Times New Roman" w:hAnsi="Times New Roman" w:cs="Times New Roman"/>
          <w:sz w:val="28"/>
          <w:szCs w:val="28"/>
          <w:lang w:val="uk-UA"/>
        </w:rPr>
        <w:t>Machine</w:t>
      </w:r>
      <w:proofErr w:type="spellEnd"/>
      <w:r w:rsidRPr="00395707">
        <w:rPr>
          <w:rFonts w:ascii="Times New Roman" w:hAnsi="Times New Roman" w:cs="Times New Roman"/>
          <w:sz w:val="28"/>
          <w:szCs w:val="28"/>
          <w:lang w:val="uk-UA"/>
        </w:rPr>
        <w:t>), який дозволяє чітко визначити дії персонажа в кожному конкретному стані.</w:t>
      </w:r>
    </w:p>
    <w:p w14:paraId="50DE0388" w14:textId="1DD8FFBC" w:rsidR="00395707" w:rsidRPr="00395707" w:rsidRDefault="00395707" w:rsidP="00750BFA">
      <w:pPr>
        <w:numPr>
          <w:ilvl w:val="0"/>
          <w:numId w:val="24"/>
        </w:numPr>
        <w:tabs>
          <w:tab w:val="clear" w:pos="720"/>
        </w:tabs>
        <w:spacing w:after="0" w:line="360" w:lineRule="auto"/>
        <w:ind w:left="0" w:firstLine="709"/>
        <w:jc w:val="both"/>
        <w:rPr>
          <w:rFonts w:ascii="Times New Roman" w:hAnsi="Times New Roman" w:cs="Times New Roman"/>
          <w:sz w:val="28"/>
          <w:szCs w:val="28"/>
          <w:lang w:val="uk-UA"/>
        </w:rPr>
      </w:pPr>
      <w:r w:rsidRPr="00395707">
        <w:rPr>
          <w:rFonts w:ascii="Times New Roman" w:hAnsi="Times New Roman" w:cs="Times New Roman"/>
          <w:sz w:val="28"/>
          <w:szCs w:val="28"/>
          <w:lang w:val="uk-UA"/>
        </w:rPr>
        <w:t>Прийняття рішень. Штучний інтелект повинен приймати рішення залежно від ігрової ситуації, наприклад визначати момент для атаки або необхідність ухилення. Такі рішення базуються на аналізі поточного стану гри та параметрів ігрових об’єктів.</w:t>
      </w:r>
    </w:p>
    <w:p w14:paraId="703A668C" w14:textId="77777777" w:rsidR="00395707" w:rsidRPr="00395707" w:rsidRDefault="00395707" w:rsidP="00395707">
      <w:pPr>
        <w:spacing w:after="0" w:line="360" w:lineRule="auto"/>
        <w:ind w:firstLine="709"/>
        <w:jc w:val="both"/>
        <w:rPr>
          <w:rFonts w:ascii="Times New Roman" w:hAnsi="Times New Roman" w:cs="Times New Roman"/>
          <w:sz w:val="28"/>
          <w:szCs w:val="28"/>
          <w:lang w:val="uk-UA"/>
        </w:rPr>
      </w:pPr>
      <w:r w:rsidRPr="00395707">
        <w:rPr>
          <w:rFonts w:ascii="Times New Roman" w:hAnsi="Times New Roman" w:cs="Times New Roman"/>
          <w:sz w:val="28"/>
          <w:szCs w:val="28"/>
          <w:lang w:val="uk-UA"/>
        </w:rPr>
        <w:t>Прикладом складної реалізації штучного інтелекту є боси в іграх, які зазвичай мають кілька фаз атак і реагують на дії гравця. Створення подібних алгоритмів потребує глибокого розуміння принципів роботи ШІ та експериментального підбору оптимальної поведінки.</w:t>
      </w:r>
    </w:p>
    <w:p w14:paraId="295ED468" w14:textId="77777777" w:rsidR="00945CB4" w:rsidRPr="00945CB4" w:rsidRDefault="00945CB4" w:rsidP="00395707">
      <w:pPr>
        <w:spacing w:after="0" w:line="360" w:lineRule="auto"/>
        <w:jc w:val="center"/>
        <w:rPr>
          <w:rFonts w:ascii="Times New Roman" w:hAnsi="Times New Roman" w:cs="Times New Roman"/>
          <w:sz w:val="28"/>
          <w:szCs w:val="28"/>
          <w:lang w:val="ru-RU"/>
        </w:rPr>
      </w:pPr>
      <w:r w:rsidRPr="00945CB4">
        <w:rPr>
          <w:rFonts w:ascii="Times New Roman" w:hAnsi="Times New Roman" w:cs="Times New Roman"/>
          <w:noProof/>
          <w:sz w:val="28"/>
          <w:szCs w:val="28"/>
          <w:lang w:val="ru-RU" w:eastAsia="ru-RU"/>
        </w:rPr>
        <w:lastRenderedPageBreak/>
        <w:drawing>
          <wp:inline distT="0" distB="0" distL="0" distR="0" wp14:anchorId="56DAB7F5" wp14:editId="32A68A72">
            <wp:extent cx="6233389" cy="4501662"/>
            <wp:effectExtent l="0" t="0" r="0" b="0"/>
            <wp:docPr id="1" name="Picture 1" descr="Штучний інтелект в іграх та читерство: коли краще робити чесний ШІ | D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тучний інтелект в іграх та читерство: коли краще робити чесний ШІ | DO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8947" cy="4505676"/>
                    </a:xfrm>
                    <a:prstGeom prst="rect">
                      <a:avLst/>
                    </a:prstGeom>
                    <a:noFill/>
                    <a:ln>
                      <a:noFill/>
                    </a:ln>
                  </pic:spPr>
                </pic:pic>
              </a:graphicData>
            </a:graphic>
          </wp:inline>
        </w:drawing>
      </w:r>
    </w:p>
    <w:p w14:paraId="360761DD" w14:textId="1F3C19F0" w:rsidR="00945CB4" w:rsidRPr="00945CB4" w:rsidRDefault="00945CB4" w:rsidP="00395707">
      <w:pPr>
        <w:spacing w:after="0" w:line="360" w:lineRule="auto"/>
        <w:jc w:val="center"/>
        <w:rPr>
          <w:rFonts w:ascii="Times New Roman" w:hAnsi="Times New Roman" w:cs="Times New Roman"/>
          <w:sz w:val="28"/>
          <w:szCs w:val="28"/>
          <w:lang w:val="ru-RU"/>
        </w:rPr>
      </w:pPr>
      <w:r w:rsidRPr="00395707">
        <w:rPr>
          <w:rFonts w:ascii="Times New Roman" w:hAnsi="Times New Roman" w:cs="Times New Roman"/>
          <w:sz w:val="28"/>
          <w:szCs w:val="28"/>
          <w:lang w:val="ru-RU"/>
        </w:rPr>
        <w:t xml:space="preserve">Рисунок 2.3 – </w:t>
      </w:r>
      <w:proofErr w:type="spellStart"/>
      <w:r w:rsidR="00395707" w:rsidRPr="00395707">
        <w:rPr>
          <w:rFonts w:ascii="Times New Roman" w:hAnsi="Times New Roman" w:cs="Times New Roman"/>
          <w:sz w:val="28"/>
          <w:szCs w:val="28"/>
          <w:lang w:val="ru-RU"/>
        </w:rPr>
        <w:t>Візуалізація</w:t>
      </w:r>
      <w:proofErr w:type="spellEnd"/>
      <w:r w:rsidR="00395707" w:rsidRPr="00395707">
        <w:rPr>
          <w:rFonts w:ascii="Times New Roman" w:hAnsi="Times New Roman" w:cs="Times New Roman"/>
          <w:sz w:val="28"/>
          <w:szCs w:val="28"/>
          <w:lang w:val="ru-RU"/>
        </w:rPr>
        <w:t xml:space="preserve"> шляху руху </w:t>
      </w:r>
      <w:proofErr w:type="spellStart"/>
      <w:r w:rsidR="00395707" w:rsidRPr="00395707">
        <w:rPr>
          <w:rFonts w:ascii="Times New Roman" w:hAnsi="Times New Roman" w:cs="Times New Roman"/>
          <w:sz w:val="28"/>
          <w:szCs w:val="28"/>
          <w:lang w:val="ru-RU"/>
        </w:rPr>
        <w:t>ігрового</w:t>
      </w:r>
      <w:proofErr w:type="spellEnd"/>
      <w:r w:rsidR="00395707" w:rsidRPr="00395707">
        <w:rPr>
          <w:rFonts w:ascii="Times New Roman" w:hAnsi="Times New Roman" w:cs="Times New Roman"/>
          <w:sz w:val="28"/>
          <w:szCs w:val="28"/>
          <w:lang w:val="ru-RU"/>
        </w:rPr>
        <w:t xml:space="preserve"> персонажа до </w:t>
      </w:r>
      <w:proofErr w:type="spellStart"/>
      <w:r w:rsidR="00395707" w:rsidRPr="00395707">
        <w:rPr>
          <w:rFonts w:ascii="Times New Roman" w:hAnsi="Times New Roman" w:cs="Times New Roman"/>
          <w:sz w:val="28"/>
          <w:szCs w:val="28"/>
          <w:lang w:val="ru-RU"/>
        </w:rPr>
        <w:t>цілі</w:t>
      </w:r>
      <w:proofErr w:type="spellEnd"/>
      <w:r w:rsidR="00395707" w:rsidRPr="00395707">
        <w:rPr>
          <w:rFonts w:ascii="Times New Roman" w:hAnsi="Times New Roman" w:cs="Times New Roman"/>
          <w:sz w:val="28"/>
          <w:szCs w:val="28"/>
          <w:lang w:val="ru-RU"/>
        </w:rPr>
        <w:t xml:space="preserve"> з </w:t>
      </w:r>
      <w:proofErr w:type="spellStart"/>
      <w:r w:rsidR="00395707" w:rsidRPr="00395707">
        <w:rPr>
          <w:rFonts w:ascii="Times New Roman" w:hAnsi="Times New Roman" w:cs="Times New Roman"/>
          <w:sz w:val="28"/>
          <w:szCs w:val="28"/>
          <w:lang w:val="ru-RU"/>
        </w:rPr>
        <w:t>урахуванням</w:t>
      </w:r>
      <w:proofErr w:type="spellEnd"/>
      <w:r w:rsidR="00395707" w:rsidRPr="00395707">
        <w:rPr>
          <w:rFonts w:ascii="Times New Roman" w:hAnsi="Times New Roman" w:cs="Times New Roman"/>
          <w:sz w:val="28"/>
          <w:szCs w:val="28"/>
          <w:lang w:val="ru-RU"/>
        </w:rPr>
        <w:t xml:space="preserve"> </w:t>
      </w:r>
      <w:proofErr w:type="spellStart"/>
      <w:r w:rsidR="00395707" w:rsidRPr="00395707">
        <w:rPr>
          <w:rFonts w:ascii="Times New Roman" w:hAnsi="Times New Roman" w:cs="Times New Roman"/>
          <w:sz w:val="28"/>
          <w:szCs w:val="28"/>
          <w:lang w:val="ru-RU"/>
        </w:rPr>
        <w:t>перешкод</w:t>
      </w:r>
      <w:proofErr w:type="spellEnd"/>
    </w:p>
    <w:p w14:paraId="54422B15" w14:textId="77777777" w:rsidR="00945CB4" w:rsidRDefault="00945CB4" w:rsidP="00DC6652">
      <w:pPr>
        <w:spacing w:after="0" w:line="360" w:lineRule="auto"/>
        <w:jc w:val="both"/>
        <w:rPr>
          <w:rFonts w:ascii="Times New Roman" w:hAnsi="Times New Roman" w:cs="Times New Roman"/>
          <w:sz w:val="28"/>
          <w:szCs w:val="28"/>
          <w:lang w:val="ru-RU"/>
        </w:rPr>
      </w:pPr>
    </w:p>
    <w:p w14:paraId="07516268" w14:textId="086E15E9" w:rsidR="00F240AC" w:rsidRDefault="00395707" w:rsidP="00395707">
      <w:pPr>
        <w:spacing w:after="0" w:line="360" w:lineRule="auto"/>
        <w:ind w:firstLine="709"/>
        <w:jc w:val="both"/>
        <w:rPr>
          <w:rFonts w:ascii="Times New Roman" w:hAnsi="Times New Roman" w:cs="Times New Roman"/>
          <w:sz w:val="28"/>
          <w:szCs w:val="28"/>
          <w:lang w:val="ru-RU"/>
        </w:rPr>
      </w:pPr>
      <w:r w:rsidRPr="00395707">
        <w:rPr>
          <w:rFonts w:ascii="Times New Roman" w:hAnsi="Times New Roman" w:cs="Times New Roman"/>
          <w:sz w:val="28"/>
          <w:szCs w:val="28"/>
          <w:lang w:val="ru-RU"/>
        </w:rPr>
        <w:t xml:space="preserve">Наведена </w:t>
      </w:r>
      <w:proofErr w:type="spellStart"/>
      <w:r w:rsidRPr="00395707">
        <w:rPr>
          <w:rFonts w:ascii="Times New Roman" w:hAnsi="Times New Roman" w:cs="Times New Roman"/>
          <w:sz w:val="28"/>
          <w:szCs w:val="28"/>
          <w:lang w:val="ru-RU"/>
        </w:rPr>
        <w:t>візуалізація</w:t>
      </w:r>
      <w:proofErr w:type="spellEnd"/>
      <w:r w:rsidRPr="00395707">
        <w:rPr>
          <w:rFonts w:ascii="Times New Roman" w:hAnsi="Times New Roman" w:cs="Times New Roman"/>
          <w:sz w:val="28"/>
          <w:szCs w:val="28"/>
          <w:lang w:val="ru-RU"/>
        </w:rPr>
        <w:t xml:space="preserve"> </w:t>
      </w:r>
      <w:proofErr w:type="spellStart"/>
      <w:r w:rsidRPr="00395707">
        <w:rPr>
          <w:rFonts w:ascii="Times New Roman" w:hAnsi="Times New Roman" w:cs="Times New Roman"/>
          <w:sz w:val="28"/>
          <w:szCs w:val="28"/>
          <w:lang w:val="ru-RU"/>
        </w:rPr>
        <w:t>демонструє</w:t>
      </w:r>
      <w:proofErr w:type="spellEnd"/>
      <w:r w:rsidRPr="00395707">
        <w:rPr>
          <w:rFonts w:ascii="Times New Roman" w:hAnsi="Times New Roman" w:cs="Times New Roman"/>
          <w:sz w:val="28"/>
          <w:szCs w:val="28"/>
          <w:lang w:val="ru-RU"/>
        </w:rPr>
        <w:t xml:space="preserve"> роботу алгоритму </w:t>
      </w:r>
      <w:proofErr w:type="spellStart"/>
      <w:r w:rsidRPr="00395707">
        <w:rPr>
          <w:rFonts w:ascii="Times New Roman" w:hAnsi="Times New Roman" w:cs="Times New Roman"/>
          <w:sz w:val="28"/>
          <w:szCs w:val="28"/>
          <w:lang w:val="ru-RU"/>
        </w:rPr>
        <w:t>пошуку</w:t>
      </w:r>
      <w:proofErr w:type="spellEnd"/>
      <w:r w:rsidRPr="00395707">
        <w:rPr>
          <w:rFonts w:ascii="Times New Roman" w:hAnsi="Times New Roman" w:cs="Times New Roman"/>
          <w:sz w:val="28"/>
          <w:szCs w:val="28"/>
          <w:lang w:val="ru-RU"/>
        </w:rPr>
        <w:t xml:space="preserve"> шляху, </w:t>
      </w:r>
      <w:proofErr w:type="spellStart"/>
      <w:r w:rsidRPr="00395707">
        <w:rPr>
          <w:rFonts w:ascii="Times New Roman" w:hAnsi="Times New Roman" w:cs="Times New Roman"/>
          <w:sz w:val="28"/>
          <w:szCs w:val="28"/>
          <w:lang w:val="ru-RU"/>
        </w:rPr>
        <w:t>який</w:t>
      </w:r>
      <w:proofErr w:type="spellEnd"/>
      <w:r w:rsidRPr="00395707">
        <w:rPr>
          <w:rFonts w:ascii="Times New Roman" w:hAnsi="Times New Roman" w:cs="Times New Roman"/>
          <w:sz w:val="28"/>
          <w:szCs w:val="28"/>
          <w:lang w:val="ru-RU"/>
        </w:rPr>
        <w:t xml:space="preserve"> </w:t>
      </w:r>
      <w:proofErr w:type="spellStart"/>
      <w:r w:rsidRPr="00395707">
        <w:rPr>
          <w:rFonts w:ascii="Times New Roman" w:hAnsi="Times New Roman" w:cs="Times New Roman"/>
          <w:sz w:val="28"/>
          <w:szCs w:val="28"/>
          <w:lang w:val="ru-RU"/>
        </w:rPr>
        <w:t>дозволяє</w:t>
      </w:r>
      <w:proofErr w:type="spellEnd"/>
      <w:r w:rsidRPr="00395707">
        <w:rPr>
          <w:rFonts w:ascii="Times New Roman" w:hAnsi="Times New Roman" w:cs="Times New Roman"/>
          <w:sz w:val="28"/>
          <w:szCs w:val="28"/>
          <w:lang w:val="ru-RU"/>
        </w:rPr>
        <w:t xml:space="preserve"> </w:t>
      </w:r>
      <w:proofErr w:type="spellStart"/>
      <w:r w:rsidRPr="00395707">
        <w:rPr>
          <w:rFonts w:ascii="Times New Roman" w:hAnsi="Times New Roman" w:cs="Times New Roman"/>
          <w:sz w:val="28"/>
          <w:szCs w:val="28"/>
          <w:lang w:val="ru-RU"/>
        </w:rPr>
        <w:t>ігровому</w:t>
      </w:r>
      <w:proofErr w:type="spellEnd"/>
      <w:r w:rsidRPr="00395707">
        <w:rPr>
          <w:rFonts w:ascii="Times New Roman" w:hAnsi="Times New Roman" w:cs="Times New Roman"/>
          <w:sz w:val="28"/>
          <w:szCs w:val="28"/>
          <w:lang w:val="ru-RU"/>
        </w:rPr>
        <w:t xml:space="preserve"> персонажу </w:t>
      </w:r>
      <w:proofErr w:type="spellStart"/>
      <w:r w:rsidRPr="00395707">
        <w:rPr>
          <w:rFonts w:ascii="Times New Roman" w:hAnsi="Times New Roman" w:cs="Times New Roman"/>
          <w:sz w:val="28"/>
          <w:szCs w:val="28"/>
          <w:lang w:val="ru-RU"/>
        </w:rPr>
        <w:t>коректно</w:t>
      </w:r>
      <w:proofErr w:type="spellEnd"/>
      <w:r w:rsidRPr="00395707">
        <w:rPr>
          <w:rFonts w:ascii="Times New Roman" w:hAnsi="Times New Roman" w:cs="Times New Roman"/>
          <w:sz w:val="28"/>
          <w:szCs w:val="28"/>
          <w:lang w:val="ru-RU"/>
        </w:rPr>
        <w:t xml:space="preserve"> </w:t>
      </w:r>
      <w:proofErr w:type="spellStart"/>
      <w:r w:rsidRPr="00395707">
        <w:rPr>
          <w:rFonts w:ascii="Times New Roman" w:hAnsi="Times New Roman" w:cs="Times New Roman"/>
          <w:sz w:val="28"/>
          <w:szCs w:val="28"/>
          <w:lang w:val="ru-RU"/>
        </w:rPr>
        <w:t>оминати</w:t>
      </w:r>
      <w:proofErr w:type="spellEnd"/>
      <w:r w:rsidRPr="00395707">
        <w:rPr>
          <w:rFonts w:ascii="Times New Roman" w:hAnsi="Times New Roman" w:cs="Times New Roman"/>
          <w:sz w:val="28"/>
          <w:szCs w:val="28"/>
          <w:lang w:val="ru-RU"/>
        </w:rPr>
        <w:t xml:space="preserve"> </w:t>
      </w:r>
      <w:proofErr w:type="spellStart"/>
      <w:r w:rsidRPr="00395707">
        <w:rPr>
          <w:rFonts w:ascii="Times New Roman" w:hAnsi="Times New Roman" w:cs="Times New Roman"/>
          <w:sz w:val="28"/>
          <w:szCs w:val="28"/>
          <w:lang w:val="ru-RU"/>
        </w:rPr>
        <w:t>перешкоди</w:t>
      </w:r>
      <w:proofErr w:type="spellEnd"/>
      <w:r w:rsidRPr="00395707">
        <w:rPr>
          <w:rFonts w:ascii="Times New Roman" w:hAnsi="Times New Roman" w:cs="Times New Roman"/>
          <w:sz w:val="28"/>
          <w:szCs w:val="28"/>
          <w:lang w:val="ru-RU"/>
        </w:rPr>
        <w:t xml:space="preserve"> та </w:t>
      </w:r>
      <w:proofErr w:type="spellStart"/>
      <w:r w:rsidRPr="00395707">
        <w:rPr>
          <w:rFonts w:ascii="Times New Roman" w:hAnsi="Times New Roman" w:cs="Times New Roman"/>
          <w:sz w:val="28"/>
          <w:szCs w:val="28"/>
          <w:lang w:val="ru-RU"/>
        </w:rPr>
        <w:t>досягати</w:t>
      </w:r>
      <w:proofErr w:type="spellEnd"/>
      <w:r w:rsidRPr="00395707">
        <w:rPr>
          <w:rFonts w:ascii="Times New Roman" w:hAnsi="Times New Roman" w:cs="Times New Roman"/>
          <w:sz w:val="28"/>
          <w:szCs w:val="28"/>
          <w:lang w:val="ru-RU"/>
        </w:rPr>
        <w:t xml:space="preserve"> </w:t>
      </w:r>
      <w:proofErr w:type="spellStart"/>
      <w:r w:rsidRPr="00395707">
        <w:rPr>
          <w:rFonts w:ascii="Times New Roman" w:hAnsi="Times New Roman" w:cs="Times New Roman"/>
          <w:sz w:val="28"/>
          <w:szCs w:val="28"/>
          <w:lang w:val="ru-RU"/>
        </w:rPr>
        <w:t>заданої</w:t>
      </w:r>
      <w:proofErr w:type="spellEnd"/>
      <w:r w:rsidRPr="00395707">
        <w:rPr>
          <w:rFonts w:ascii="Times New Roman" w:hAnsi="Times New Roman" w:cs="Times New Roman"/>
          <w:sz w:val="28"/>
          <w:szCs w:val="28"/>
          <w:lang w:val="ru-RU"/>
        </w:rPr>
        <w:t xml:space="preserve"> </w:t>
      </w:r>
      <w:proofErr w:type="spellStart"/>
      <w:r w:rsidRPr="00395707">
        <w:rPr>
          <w:rFonts w:ascii="Times New Roman" w:hAnsi="Times New Roman" w:cs="Times New Roman"/>
          <w:sz w:val="28"/>
          <w:szCs w:val="28"/>
          <w:lang w:val="ru-RU"/>
        </w:rPr>
        <w:t>цілі</w:t>
      </w:r>
      <w:proofErr w:type="spellEnd"/>
      <w:r w:rsidRPr="00395707">
        <w:rPr>
          <w:rFonts w:ascii="Times New Roman" w:hAnsi="Times New Roman" w:cs="Times New Roman"/>
          <w:sz w:val="28"/>
          <w:szCs w:val="28"/>
          <w:lang w:val="ru-RU"/>
        </w:rPr>
        <w:t xml:space="preserve"> в </w:t>
      </w:r>
      <w:proofErr w:type="spellStart"/>
      <w:r w:rsidRPr="00395707">
        <w:rPr>
          <w:rFonts w:ascii="Times New Roman" w:hAnsi="Times New Roman" w:cs="Times New Roman"/>
          <w:sz w:val="28"/>
          <w:szCs w:val="28"/>
          <w:lang w:val="ru-RU"/>
        </w:rPr>
        <w:t>ігровому</w:t>
      </w:r>
      <w:proofErr w:type="spellEnd"/>
      <w:r w:rsidRPr="00395707">
        <w:rPr>
          <w:rFonts w:ascii="Times New Roman" w:hAnsi="Times New Roman" w:cs="Times New Roman"/>
          <w:sz w:val="28"/>
          <w:szCs w:val="28"/>
          <w:lang w:val="ru-RU"/>
        </w:rPr>
        <w:t xml:space="preserve"> </w:t>
      </w:r>
      <w:proofErr w:type="spellStart"/>
      <w:r w:rsidRPr="00395707">
        <w:rPr>
          <w:rFonts w:ascii="Times New Roman" w:hAnsi="Times New Roman" w:cs="Times New Roman"/>
          <w:sz w:val="28"/>
          <w:szCs w:val="28"/>
          <w:lang w:val="ru-RU"/>
        </w:rPr>
        <w:t>просторі</w:t>
      </w:r>
      <w:proofErr w:type="spellEnd"/>
      <w:r w:rsidRPr="00395707">
        <w:rPr>
          <w:rFonts w:ascii="Times New Roman" w:hAnsi="Times New Roman" w:cs="Times New Roman"/>
          <w:sz w:val="28"/>
          <w:szCs w:val="28"/>
          <w:lang w:val="ru-RU"/>
        </w:rPr>
        <w:t>.</w:t>
      </w:r>
    </w:p>
    <w:p w14:paraId="37378818" w14:textId="77777777" w:rsidR="00F240AC" w:rsidRPr="00945CB4" w:rsidRDefault="00F240AC" w:rsidP="00DC6652">
      <w:pPr>
        <w:spacing w:after="0" w:line="360" w:lineRule="auto"/>
        <w:jc w:val="both"/>
        <w:rPr>
          <w:rFonts w:ascii="Times New Roman" w:hAnsi="Times New Roman" w:cs="Times New Roman"/>
          <w:sz w:val="28"/>
          <w:szCs w:val="28"/>
          <w:lang w:val="ru-RU"/>
        </w:rPr>
      </w:pPr>
    </w:p>
    <w:p w14:paraId="097BAFA1" w14:textId="77777777" w:rsidR="00945CB4" w:rsidRPr="00945CB4" w:rsidRDefault="00945CB4" w:rsidP="00DC6652">
      <w:pPr>
        <w:pStyle w:val="21"/>
        <w:spacing w:before="0" w:beforeAutospacing="0" w:after="0" w:afterAutospacing="0"/>
      </w:pPr>
      <w:bookmarkStart w:id="11" w:name="_Toc219710712"/>
      <w:r w:rsidRPr="00945CB4">
        <w:t xml:space="preserve">2.4. Як </w:t>
      </w:r>
      <w:proofErr w:type="spellStart"/>
      <w:r w:rsidRPr="00945CB4">
        <w:t>оптимізувати</w:t>
      </w:r>
      <w:proofErr w:type="spellEnd"/>
      <w:r w:rsidRPr="00945CB4">
        <w:t xml:space="preserve"> код в </w:t>
      </w:r>
      <w:proofErr w:type="spellStart"/>
      <w:r w:rsidRPr="00945CB4">
        <w:t>іграх</w:t>
      </w:r>
      <w:bookmarkEnd w:id="11"/>
      <w:proofErr w:type="spellEnd"/>
    </w:p>
    <w:p w14:paraId="690D75A6" w14:textId="77777777" w:rsidR="00945CB4" w:rsidRPr="00945CB4" w:rsidRDefault="00945CB4" w:rsidP="00DC6652">
      <w:pPr>
        <w:spacing w:after="0" w:line="360" w:lineRule="auto"/>
        <w:jc w:val="both"/>
        <w:rPr>
          <w:rFonts w:ascii="Times New Roman" w:hAnsi="Times New Roman" w:cs="Times New Roman"/>
          <w:sz w:val="28"/>
          <w:szCs w:val="28"/>
          <w:lang w:val="ru-RU"/>
        </w:rPr>
      </w:pPr>
    </w:p>
    <w:p w14:paraId="01E10C16" w14:textId="77777777" w:rsidR="00B24D60" w:rsidRPr="00B24D60" w:rsidRDefault="00B24D60" w:rsidP="00B24D60">
      <w:pPr>
        <w:spacing w:after="0" w:line="360" w:lineRule="auto"/>
        <w:ind w:firstLine="709"/>
        <w:jc w:val="both"/>
        <w:rPr>
          <w:rFonts w:ascii="Times New Roman" w:hAnsi="Times New Roman" w:cs="Times New Roman"/>
          <w:sz w:val="28"/>
          <w:szCs w:val="28"/>
          <w:lang w:val="uk-UA"/>
        </w:rPr>
      </w:pPr>
      <w:r w:rsidRPr="00B24D60">
        <w:rPr>
          <w:rFonts w:ascii="Times New Roman" w:hAnsi="Times New Roman" w:cs="Times New Roman"/>
          <w:sz w:val="28"/>
          <w:szCs w:val="28"/>
          <w:lang w:val="uk-UA"/>
        </w:rPr>
        <w:t xml:space="preserve">Для забезпечення стабільної та плавної роботи ігрових застосунків важливо враховувати вимоги до продуктивності, особливо з огляду на різноманітність апаратних платформ, на яких можуть запускатися ігри. Оптимізація коду є невід’ємним етапом процесу розроблення, оскільки дозволяє зменшити </w:t>
      </w:r>
      <w:r w:rsidRPr="00B24D60">
        <w:rPr>
          <w:rFonts w:ascii="Times New Roman" w:hAnsi="Times New Roman" w:cs="Times New Roman"/>
          <w:sz w:val="28"/>
          <w:szCs w:val="28"/>
          <w:lang w:val="uk-UA"/>
        </w:rPr>
        <w:lastRenderedPageBreak/>
        <w:t>навантаження на процесор і пам’ять, а також підвищити загальну швидкодію гри. Під оптимізацією слід розуміти сукупність заходів, спрямованих на підвищення ефективності виконання програмного коду без зміни функціональної логіки гри.</w:t>
      </w:r>
    </w:p>
    <w:p w14:paraId="31995D6B" w14:textId="77777777" w:rsidR="00B24D60" w:rsidRPr="00B24D60" w:rsidRDefault="00B24D60" w:rsidP="00B24D60">
      <w:pPr>
        <w:spacing w:after="0" w:line="360" w:lineRule="auto"/>
        <w:ind w:firstLine="709"/>
        <w:jc w:val="both"/>
        <w:rPr>
          <w:rFonts w:ascii="Times New Roman" w:hAnsi="Times New Roman" w:cs="Times New Roman"/>
          <w:sz w:val="28"/>
          <w:szCs w:val="28"/>
          <w:lang w:val="uk-UA"/>
        </w:rPr>
      </w:pPr>
      <w:r w:rsidRPr="00B24D60">
        <w:rPr>
          <w:rFonts w:ascii="Times New Roman" w:hAnsi="Times New Roman" w:cs="Times New Roman"/>
          <w:sz w:val="28"/>
          <w:szCs w:val="28"/>
          <w:lang w:val="uk-UA"/>
        </w:rPr>
        <w:t xml:space="preserve">У середовищі </w:t>
      </w:r>
      <w:proofErr w:type="spellStart"/>
      <w:r w:rsidRPr="00B24D60">
        <w:rPr>
          <w:rFonts w:ascii="Times New Roman" w:hAnsi="Times New Roman" w:cs="Times New Roman"/>
          <w:sz w:val="28"/>
          <w:szCs w:val="28"/>
          <w:lang w:val="uk-UA"/>
        </w:rPr>
        <w:t>GameMaker</w:t>
      </w:r>
      <w:proofErr w:type="spellEnd"/>
      <w:r w:rsidRPr="00B24D60">
        <w:rPr>
          <w:rFonts w:ascii="Times New Roman" w:hAnsi="Times New Roman" w:cs="Times New Roman"/>
          <w:sz w:val="28"/>
          <w:szCs w:val="28"/>
          <w:lang w:val="uk-UA"/>
        </w:rPr>
        <w:t xml:space="preserve"> існує низка практичних методів оптимізації, які можуть бути застосовані під час розроблення ігрових </w:t>
      </w:r>
      <w:proofErr w:type="spellStart"/>
      <w:r w:rsidRPr="00B24D60">
        <w:rPr>
          <w:rFonts w:ascii="Times New Roman" w:hAnsi="Times New Roman" w:cs="Times New Roman"/>
          <w:sz w:val="28"/>
          <w:szCs w:val="28"/>
          <w:lang w:val="uk-UA"/>
        </w:rPr>
        <w:t>проєктів</w:t>
      </w:r>
      <w:proofErr w:type="spellEnd"/>
      <w:r w:rsidRPr="00B24D60">
        <w:rPr>
          <w:rFonts w:ascii="Times New Roman" w:hAnsi="Times New Roman" w:cs="Times New Roman"/>
          <w:sz w:val="28"/>
          <w:szCs w:val="28"/>
          <w:lang w:val="uk-UA"/>
        </w:rPr>
        <w:t>:</w:t>
      </w:r>
    </w:p>
    <w:p w14:paraId="63A198E7" w14:textId="6661F6DC" w:rsidR="00B24D60" w:rsidRPr="00B24D60" w:rsidRDefault="00B24D60" w:rsidP="00B24D60">
      <w:pPr>
        <w:numPr>
          <w:ilvl w:val="0"/>
          <w:numId w:val="21"/>
        </w:numPr>
        <w:spacing w:after="0" w:line="360" w:lineRule="auto"/>
        <w:ind w:left="0" w:firstLine="709"/>
        <w:jc w:val="both"/>
        <w:rPr>
          <w:rFonts w:ascii="Times New Roman" w:hAnsi="Times New Roman" w:cs="Times New Roman"/>
          <w:sz w:val="28"/>
          <w:szCs w:val="28"/>
          <w:lang w:val="uk-UA"/>
        </w:rPr>
      </w:pPr>
      <w:r w:rsidRPr="00B24D60">
        <w:rPr>
          <w:rFonts w:ascii="Times New Roman" w:hAnsi="Times New Roman" w:cs="Times New Roman"/>
          <w:sz w:val="28"/>
          <w:szCs w:val="28"/>
          <w:lang w:val="uk-UA"/>
        </w:rPr>
        <w:t>Вимкнення невидимих об’єктів.</w:t>
      </w:r>
      <w:r>
        <w:rPr>
          <w:rFonts w:ascii="Times New Roman" w:hAnsi="Times New Roman" w:cs="Times New Roman"/>
          <w:sz w:val="28"/>
          <w:szCs w:val="28"/>
          <w:lang w:val="uk-UA"/>
        </w:rPr>
        <w:t xml:space="preserve"> </w:t>
      </w:r>
      <w:r w:rsidRPr="00B24D60">
        <w:rPr>
          <w:rFonts w:ascii="Times New Roman" w:hAnsi="Times New Roman" w:cs="Times New Roman"/>
          <w:sz w:val="28"/>
          <w:szCs w:val="28"/>
          <w:lang w:val="uk-UA"/>
        </w:rPr>
        <w:t>Якщо ігровий об’єкт знаходиться за межами видимої області екрана, немає потреби виконувати його відображення або обробку логіки. Обмеження обчислень для таких об’єктів дозволяє суттєво знизити навантаження на систему та підвищити кількість кадрів за секунду.</w:t>
      </w:r>
    </w:p>
    <w:p w14:paraId="4973CE41" w14:textId="0A0EFE7A" w:rsidR="00B24D60" w:rsidRPr="00B24D60" w:rsidRDefault="00B24D60" w:rsidP="00B24D60">
      <w:pPr>
        <w:numPr>
          <w:ilvl w:val="0"/>
          <w:numId w:val="21"/>
        </w:numPr>
        <w:spacing w:after="0" w:line="360" w:lineRule="auto"/>
        <w:ind w:left="0" w:firstLine="709"/>
        <w:jc w:val="both"/>
        <w:rPr>
          <w:rFonts w:ascii="Times New Roman" w:hAnsi="Times New Roman" w:cs="Times New Roman"/>
          <w:sz w:val="28"/>
          <w:szCs w:val="28"/>
          <w:lang w:val="uk-UA"/>
        </w:rPr>
      </w:pPr>
      <w:r w:rsidRPr="00B24D60">
        <w:rPr>
          <w:rFonts w:ascii="Times New Roman" w:hAnsi="Times New Roman" w:cs="Times New Roman"/>
          <w:sz w:val="28"/>
          <w:szCs w:val="28"/>
          <w:lang w:val="uk-UA"/>
        </w:rPr>
        <w:t>Використання ефективних структур даних.</w:t>
      </w:r>
      <w:r>
        <w:rPr>
          <w:rFonts w:ascii="Times New Roman" w:hAnsi="Times New Roman" w:cs="Times New Roman"/>
          <w:sz w:val="28"/>
          <w:szCs w:val="28"/>
          <w:lang w:val="uk-UA"/>
        </w:rPr>
        <w:t xml:space="preserve"> </w:t>
      </w:r>
      <w:r w:rsidRPr="00B24D60">
        <w:rPr>
          <w:rFonts w:ascii="Times New Roman" w:hAnsi="Times New Roman" w:cs="Times New Roman"/>
          <w:sz w:val="28"/>
          <w:szCs w:val="28"/>
          <w:lang w:val="uk-UA"/>
        </w:rPr>
        <w:t>Правильний вибір структур даних (масиви, списки, структури) безпосередньо впливає на швидкість доступу до інформації та обробку ігрових подій. Раціональна організація даних сприяє скороченню часу виконання алгоритмів і підвищенню продуктивності гри загалом.</w:t>
      </w:r>
    </w:p>
    <w:p w14:paraId="7ABC6282" w14:textId="092AB314" w:rsidR="00B24D60" w:rsidRPr="00B24D60" w:rsidRDefault="00B24D60" w:rsidP="00B24D60">
      <w:pPr>
        <w:numPr>
          <w:ilvl w:val="0"/>
          <w:numId w:val="21"/>
        </w:numPr>
        <w:spacing w:after="0" w:line="360" w:lineRule="auto"/>
        <w:ind w:left="0" w:firstLine="709"/>
        <w:jc w:val="both"/>
        <w:rPr>
          <w:rFonts w:ascii="Times New Roman" w:hAnsi="Times New Roman" w:cs="Times New Roman"/>
          <w:sz w:val="28"/>
          <w:szCs w:val="28"/>
          <w:lang w:val="uk-UA"/>
        </w:rPr>
      </w:pPr>
      <w:r w:rsidRPr="00B24D60">
        <w:rPr>
          <w:rFonts w:ascii="Times New Roman" w:hAnsi="Times New Roman" w:cs="Times New Roman"/>
          <w:sz w:val="28"/>
          <w:szCs w:val="28"/>
          <w:lang w:val="uk-UA"/>
        </w:rPr>
        <w:t>Очищення пам’яті та керування ресурсами.</w:t>
      </w:r>
      <w:r>
        <w:rPr>
          <w:rFonts w:ascii="Times New Roman" w:hAnsi="Times New Roman" w:cs="Times New Roman"/>
          <w:sz w:val="28"/>
          <w:szCs w:val="28"/>
          <w:lang w:val="uk-UA"/>
        </w:rPr>
        <w:t xml:space="preserve"> </w:t>
      </w:r>
      <w:r w:rsidRPr="00B24D60">
        <w:rPr>
          <w:rFonts w:ascii="Times New Roman" w:hAnsi="Times New Roman" w:cs="Times New Roman"/>
          <w:sz w:val="28"/>
          <w:szCs w:val="28"/>
          <w:lang w:val="uk-UA"/>
        </w:rPr>
        <w:t>Важливо своєчасно видаляти об’єкти та ресурси, які більше не використовуються в ігровому процесі. Накопичення непотрібних об’єктів у пам’яті може призвести до її перевантаження, що негативно впливає на стабільність і швидкодію гри.</w:t>
      </w:r>
    </w:p>
    <w:p w14:paraId="281C1FB2" w14:textId="77777777" w:rsidR="00B24D60" w:rsidRPr="00B24D60" w:rsidRDefault="00B24D60" w:rsidP="00B24D60">
      <w:pPr>
        <w:spacing w:after="0" w:line="360" w:lineRule="auto"/>
        <w:ind w:firstLine="709"/>
        <w:jc w:val="both"/>
        <w:rPr>
          <w:rFonts w:ascii="Times New Roman" w:hAnsi="Times New Roman" w:cs="Times New Roman"/>
          <w:sz w:val="28"/>
          <w:szCs w:val="28"/>
          <w:lang w:val="uk-UA"/>
        </w:rPr>
      </w:pPr>
      <w:r w:rsidRPr="00B24D60">
        <w:rPr>
          <w:rFonts w:ascii="Times New Roman" w:hAnsi="Times New Roman" w:cs="Times New Roman"/>
          <w:sz w:val="28"/>
          <w:szCs w:val="28"/>
          <w:lang w:val="uk-UA"/>
        </w:rPr>
        <w:t>Раніше оптимізація вважалася актуальною переважно для ігор, орієнтованих на малопотужні комп’ютери. Проте на практиці навіть сучасні високопродуктивні системи можуть демонструвати зниження швидкодії у разі неефективної реалізації програмного коду. Таким чином, оптимізація є важливою складовою розроблення будь-якої гри незалежно від цільової платформи, оскільки вона забезпечує якісний і комфортний ігровий досвід для користувача.</w:t>
      </w:r>
    </w:p>
    <w:p w14:paraId="62D72059" w14:textId="77777777" w:rsidR="00945CB4" w:rsidRPr="001639F1" w:rsidRDefault="00945CB4" w:rsidP="00DC6652">
      <w:pPr>
        <w:spacing w:after="0" w:line="360" w:lineRule="auto"/>
        <w:jc w:val="both"/>
        <w:rPr>
          <w:rFonts w:ascii="Times New Roman" w:hAnsi="Times New Roman" w:cs="Times New Roman"/>
          <w:sz w:val="28"/>
          <w:szCs w:val="28"/>
          <w:lang w:val="uk-UA"/>
        </w:rPr>
      </w:pPr>
    </w:p>
    <w:p w14:paraId="07AC1A15" w14:textId="77777777" w:rsidR="00B24D60" w:rsidRPr="001639F1" w:rsidRDefault="00B24D60" w:rsidP="00DC6652">
      <w:pPr>
        <w:spacing w:after="0" w:line="360" w:lineRule="auto"/>
        <w:jc w:val="both"/>
        <w:rPr>
          <w:rFonts w:ascii="Times New Roman" w:hAnsi="Times New Roman" w:cs="Times New Roman"/>
          <w:sz w:val="28"/>
          <w:szCs w:val="28"/>
          <w:lang w:val="uk-UA"/>
        </w:rPr>
      </w:pPr>
    </w:p>
    <w:p w14:paraId="44CB62F2" w14:textId="77777777" w:rsidR="00B24D60" w:rsidRPr="001639F1" w:rsidRDefault="00B24D60" w:rsidP="00DC6652">
      <w:pPr>
        <w:spacing w:after="0" w:line="360" w:lineRule="auto"/>
        <w:jc w:val="both"/>
        <w:rPr>
          <w:rFonts w:ascii="Times New Roman" w:hAnsi="Times New Roman" w:cs="Times New Roman"/>
          <w:sz w:val="28"/>
          <w:szCs w:val="28"/>
          <w:lang w:val="uk-UA"/>
        </w:rPr>
      </w:pPr>
    </w:p>
    <w:p w14:paraId="116A20FE" w14:textId="77777777" w:rsidR="00B24D60" w:rsidRPr="001639F1" w:rsidRDefault="00B24D60" w:rsidP="00DC6652">
      <w:pPr>
        <w:spacing w:after="0" w:line="360" w:lineRule="auto"/>
        <w:jc w:val="both"/>
        <w:rPr>
          <w:rFonts w:ascii="Times New Roman" w:hAnsi="Times New Roman" w:cs="Times New Roman"/>
          <w:sz w:val="28"/>
          <w:szCs w:val="28"/>
          <w:lang w:val="uk-UA"/>
        </w:rPr>
      </w:pPr>
    </w:p>
    <w:p w14:paraId="7200DC3B" w14:textId="77777777" w:rsidR="00945CB4" w:rsidRPr="00945CB4" w:rsidRDefault="00945CB4" w:rsidP="00DC6652">
      <w:pPr>
        <w:pStyle w:val="21"/>
        <w:spacing w:before="0" w:beforeAutospacing="0" w:after="0" w:afterAutospacing="0"/>
      </w:pPr>
      <w:bookmarkStart w:id="12" w:name="_Toc219710713"/>
      <w:r w:rsidRPr="00945CB4">
        <w:lastRenderedPageBreak/>
        <w:t xml:space="preserve">2.5. Як </w:t>
      </w:r>
      <w:proofErr w:type="spellStart"/>
      <w:r w:rsidRPr="00945CB4">
        <w:t>інтегрувати</w:t>
      </w:r>
      <w:proofErr w:type="spellEnd"/>
      <w:r w:rsidRPr="00945CB4">
        <w:t xml:space="preserve"> </w:t>
      </w:r>
      <w:proofErr w:type="spellStart"/>
      <w:r w:rsidRPr="00945CB4">
        <w:t>фізичні</w:t>
      </w:r>
      <w:proofErr w:type="spellEnd"/>
      <w:r w:rsidRPr="00945CB4">
        <w:t xml:space="preserve"> </w:t>
      </w:r>
      <w:proofErr w:type="spellStart"/>
      <w:r w:rsidRPr="00945CB4">
        <w:t>алгоритми</w:t>
      </w:r>
      <w:proofErr w:type="spellEnd"/>
      <w:r w:rsidRPr="00945CB4">
        <w:t xml:space="preserve"> в </w:t>
      </w:r>
      <w:proofErr w:type="spellStart"/>
      <w:r w:rsidRPr="00945CB4">
        <w:t>ігри</w:t>
      </w:r>
      <w:bookmarkEnd w:id="12"/>
      <w:proofErr w:type="spellEnd"/>
    </w:p>
    <w:p w14:paraId="260DC4D6" w14:textId="77777777" w:rsidR="00945CB4" w:rsidRPr="00945CB4" w:rsidRDefault="00945CB4" w:rsidP="00DC6652">
      <w:pPr>
        <w:spacing w:after="0" w:line="360" w:lineRule="auto"/>
        <w:jc w:val="both"/>
        <w:rPr>
          <w:rFonts w:ascii="Times New Roman" w:hAnsi="Times New Roman" w:cs="Times New Roman"/>
          <w:sz w:val="28"/>
          <w:szCs w:val="28"/>
          <w:lang w:val="ru-RU"/>
        </w:rPr>
      </w:pPr>
    </w:p>
    <w:p w14:paraId="41383838" w14:textId="77777777" w:rsidR="00B24D60" w:rsidRPr="00B24D60" w:rsidRDefault="00B24D60" w:rsidP="00B24D60">
      <w:pPr>
        <w:spacing w:after="0" w:line="360" w:lineRule="auto"/>
        <w:ind w:firstLine="709"/>
        <w:jc w:val="both"/>
        <w:rPr>
          <w:rFonts w:ascii="Times New Roman" w:hAnsi="Times New Roman" w:cs="Times New Roman"/>
          <w:sz w:val="28"/>
          <w:szCs w:val="28"/>
          <w:lang w:val="uk-UA"/>
        </w:rPr>
      </w:pPr>
      <w:r w:rsidRPr="00B24D60">
        <w:rPr>
          <w:rFonts w:ascii="Times New Roman" w:hAnsi="Times New Roman" w:cs="Times New Roman"/>
          <w:sz w:val="28"/>
          <w:szCs w:val="28"/>
          <w:lang w:val="uk-UA"/>
        </w:rPr>
        <w:t xml:space="preserve">Фізичні алгоритми відіграють важливу роль у формуванні реалістичного та динамічного ігрового середовища, оскільки саме вони визначають поведінку ігрових об’єктів у просторі. Завдяки використанню фізики ігровий світ стає більш правдоподібним, а взаємодія персонажа з навколишнім середовищем — інтуїтивно зрозумілою для гравця. У середовищі </w:t>
      </w:r>
      <w:proofErr w:type="spellStart"/>
      <w:r w:rsidRPr="00B24D60">
        <w:rPr>
          <w:rFonts w:ascii="Times New Roman" w:hAnsi="Times New Roman" w:cs="Times New Roman"/>
          <w:sz w:val="28"/>
          <w:szCs w:val="28"/>
          <w:lang w:val="uk-UA"/>
        </w:rPr>
        <w:t>GameMaker</w:t>
      </w:r>
      <w:proofErr w:type="spellEnd"/>
      <w:r w:rsidRPr="00B24D60">
        <w:rPr>
          <w:rFonts w:ascii="Times New Roman" w:hAnsi="Times New Roman" w:cs="Times New Roman"/>
          <w:sz w:val="28"/>
          <w:szCs w:val="28"/>
          <w:lang w:val="uk-UA"/>
        </w:rPr>
        <w:t xml:space="preserve"> передбачена можливість використання вбудованого фізичного рушія Box2D, проте на практиці розробники часто реалізують власні фізичні алгоритми, особливо під час створення </w:t>
      </w:r>
      <w:proofErr w:type="spellStart"/>
      <w:r w:rsidRPr="00B24D60">
        <w:rPr>
          <w:rFonts w:ascii="Times New Roman" w:hAnsi="Times New Roman" w:cs="Times New Roman"/>
          <w:sz w:val="28"/>
          <w:szCs w:val="28"/>
          <w:lang w:val="uk-UA"/>
        </w:rPr>
        <w:t>платформерів</w:t>
      </w:r>
      <w:proofErr w:type="spellEnd"/>
      <w:r w:rsidRPr="00B24D60">
        <w:rPr>
          <w:rFonts w:ascii="Times New Roman" w:hAnsi="Times New Roman" w:cs="Times New Roman"/>
          <w:sz w:val="28"/>
          <w:szCs w:val="28"/>
          <w:lang w:val="uk-UA"/>
        </w:rPr>
        <w:t xml:space="preserve"> та </w:t>
      </w:r>
      <w:proofErr w:type="spellStart"/>
      <w:r w:rsidRPr="00B24D60">
        <w:rPr>
          <w:rFonts w:ascii="Times New Roman" w:hAnsi="Times New Roman" w:cs="Times New Roman"/>
          <w:sz w:val="28"/>
          <w:szCs w:val="28"/>
          <w:lang w:val="uk-UA"/>
        </w:rPr>
        <w:t>аркадних</w:t>
      </w:r>
      <w:proofErr w:type="spellEnd"/>
      <w:r w:rsidRPr="00B24D60">
        <w:rPr>
          <w:rFonts w:ascii="Times New Roman" w:hAnsi="Times New Roman" w:cs="Times New Roman"/>
          <w:sz w:val="28"/>
          <w:szCs w:val="28"/>
          <w:lang w:val="uk-UA"/>
        </w:rPr>
        <w:t xml:space="preserve"> ігор, де важливими є точність керування і відчуття динаміки руху.</w:t>
      </w:r>
    </w:p>
    <w:p w14:paraId="24D190A4" w14:textId="77777777" w:rsidR="00B24D60" w:rsidRPr="00B24D60" w:rsidRDefault="00B24D60" w:rsidP="00B24D60">
      <w:pPr>
        <w:spacing w:after="0" w:line="360" w:lineRule="auto"/>
        <w:ind w:firstLine="709"/>
        <w:jc w:val="both"/>
        <w:rPr>
          <w:rFonts w:ascii="Times New Roman" w:hAnsi="Times New Roman" w:cs="Times New Roman"/>
          <w:sz w:val="28"/>
          <w:szCs w:val="28"/>
          <w:lang w:val="uk-UA"/>
        </w:rPr>
      </w:pPr>
      <w:r w:rsidRPr="00B24D60">
        <w:rPr>
          <w:rFonts w:ascii="Times New Roman" w:hAnsi="Times New Roman" w:cs="Times New Roman"/>
          <w:sz w:val="28"/>
          <w:szCs w:val="28"/>
          <w:lang w:val="uk-UA"/>
        </w:rPr>
        <w:t>До основних аспектів фізичних алгоритмів, що застосовуються в іграх, належать:</w:t>
      </w:r>
    </w:p>
    <w:p w14:paraId="4BF3BD4E" w14:textId="710BC057" w:rsidR="00395707" w:rsidRPr="00395707" w:rsidRDefault="00395707" w:rsidP="00750BFA">
      <w:pPr>
        <w:numPr>
          <w:ilvl w:val="0"/>
          <w:numId w:val="9"/>
        </w:numPr>
        <w:tabs>
          <w:tab w:val="clear" w:pos="720"/>
        </w:tabs>
        <w:spacing w:after="0" w:line="360" w:lineRule="auto"/>
        <w:ind w:left="0" w:firstLine="709"/>
        <w:jc w:val="both"/>
        <w:rPr>
          <w:rFonts w:ascii="Times New Roman" w:hAnsi="Times New Roman" w:cs="Times New Roman"/>
          <w:sz w:val="28"/>
          <w:szCs w:val="28"/>
          <w:lang w:val="uk-UA"/>
        </w:rPr>
      </w:pPr>
      <w:r w:rsidRPr="00395707">
        <w:rPr>
          <w:rFonts w:ascii="Times New Roman" w:hAnsi="Times New Roman" w:cs="Times New Roman"/>
          <w:sz w:val="28"/>
          <w:szCs w:val="28"/>
          <w:lang w:val="uk-UA"/>
        </w:rPr>
        <w:t>Гравітація. Забезпечує падіння ігрового персонажа або об’єктів у разі відсутності опори під ними.</w:t>
      </w:r>
    </w:p>
    <w:p w14:paraId="60B23D10" w14:textId="7B64B065" w:rsidR="00395707" w:rsidRPr="00395707" w:rsidRDefault="00395707" w:rsidP="00750BFA">
      <w:pPr>
        <w:numPr>
          <w:ilvl w:val="0"/>
          <w:numId w:val="9"/>
        </w:numPr>
        <w:tabs>
          <w:tab w:val="clear" w:pos="720"/>
        </w:tabs>
        <w:spacing w:after="0" w:line="360" w:lineRule="auto"/>
        <w:ind w:left="0" w:firstLine="709"/>
        <w:jc w:val="both"/>
        <w:rPr>
          <w:rFonts w:ascii="Times New Roman" w:hAnsi="Times New Roman" w:cs="Times New Roman"/>
          <w:sz w:val="28"/>
          <w:szCs w:val="28"/>
          <w:lang w:val="uk-UA"/>
        </w:rPr>
      </w:pPr>
      <w:r w:rsidRPr="00395707">
        <w:rPr>
          <w:rFonts w:ascii="Times New Roman" w:hAnsi="Times New Roman" w:cs="Times New Roman"/>
          <w:sz w:val="28"/>
          <w:szCs w:val="28"/>
          <w:lang w:val="uk-UA"/>
        </w:rPr>
        <w:t>Інерція. Передбачає збереження швидкості руху об’єкта після прикладання сили, що унеможливлює миттєву зупинку персонажа.</w:t>
      </w:r>
    </w:p>
    <w:p w14:paraId="30DD85F3" w14:textId="28A2B640" w:rsidR="00395707" w:rsidRPr="00395707" w:rsidRDefault="00395707" w:rsidP="00750BFA">
      <w:pPr>
        <w:numPr>
          <w:ilvl w:val="0"/>
          <w:numId w:val="9"/>
        </w:numPr>
        <w:tabs>
          <w:tab w:val="clear" w:pos="720"/>
        </w:tabs>
        <w:spacing w:after="0" w:line="360" w:lineRule="auto"/>
        <w:ind w:left="0" w:firstLine="709"/>
        <w:jc w:val="both"/>
        <w:rPr>
          <w:rFonts w:ascii="Times New Roman" w:hAnsi="Times New Roman" w:cs="Times New Roman"/>
          <w:sz w:val="28"/>
          <w:szCs w:val="28"/>
          <w:lang w:val="uk-UA"/>
        </w:rPr>
      </w:pPr>
      <w:r w:rsidRPr="00395707">
        <w:rPr>
          <w:rFonts w:ascii="Times New Roman" w:hAnsi="Times New Roman" w:cs="Times New Roman"/>
          <w:sz w:val="28"/>
          <w:szCs w:val="28"/>
          <w:lang w:val="uk-UA"/>
        </w:rPr>
        <w:t>Колізії. Забезпечують коректну взаємодію об’єктів між собою та запобігають проходженню крізь стіни й інші елементи ігрового середовища.</w:t>
      </w:r>
    </w:p>
    <w:p w14:paraId="5B894A56" w14:textId="77777777" w:rsidR="00B24D60" w:rsidRPr="00B24D60" w:rsidRDefault="00B24D60" w:rsidP="00B24D60">
      <w:pPr>
        <w:spacing w:after="0" w:line="360" w:lineRule="auto"/>
        <w:ind w:firstLine="709"/>
        <w:jc w:val="both"/>
        <w:rPr>
          <w:rFonts w:ascii="Times New Roman" w:hAnsi="Times New Roman" w:cs="Times New Roman"/>
          <w:sz w:val="28"/>
          <w:szCs w:val="28"/>
          <w:lang w:val="uk-UA"/>
        </w:rPr>
      </w:pPr>
      <w:r w:rsidRPr="00B24D60">
        <w:rPr>
          <w:rFonts w:ascii="Times New Roman" w:hAnsi="Times New Roman" w:cs="Times New Roman"/>
          <w:sz w:val="28"/>
          <w:szCs w:val="28"/>
          <w:lang w:val="uk-UA"/>
        </w:rPr>
        <w:t xml:space="preserve">Реалізація власних фізичних алгоритмів надає розробнику більшу гнучкість у налаштуванні ігрової механіки та дозволяє досягти бажаних </w:t>
      </w:r>
      <w:proofErr w:type="spellStart"/>
      <w:r w:rsidRPr="00B24D60">
        <w:rPr>
          <w:rFonts w:ascii="Times New Roman" w:hAnsi="Times New Roman" w:cs="Times New Roman"/>
          <w:sz w:val="28"/>
          <w:szCs w:val="28"/>
          <w:lang w:val="uk-UA"/>
        </w:rPr>
        <w:t>відчуттів</w:t>
      </w:r>
      <w:proofErr w:type="spellEnd"/>
      <w:r w:rsidRPr="00B24D60">
        <w:rPr>
          <w:rFonts w:ascii="Times New Roman" w:hAnsi="Times New Roman" w:cs="Times New Roman"/>
          <w:sz w:val="28"/>
          <w:szCs w:val="28"/>
          <w:lang w:val="uk-UA"/>
        </w:rPr>
        <w:t xml:space="preserve"> від керування персонажем. Такі параметри, як сила гравітації, коефіцієнт тертя, прискорення та імпульс відштовхування, задаються у вигляді математичних </w:t>
      </w:r>
      <w:proofErr w:type="spellStart"/>
      <w:r w:rsidRPr="00B24D60">
        <w:rPr>
          <w:rFonts w:ascii="Times New Roman" w:hAnsi="Times New Roman" w:cs="Times New Roman"/>
          <w:sz w:val="28"/>
          <w:szCs w:val="28"/>
          <w:lang w:val="uk-UA"/>
        </w:rPr>
        <w:t>залежностей</w:t>
      </w:r>
      <w:proofErr w:type="spellEnd"/>
      <w:r w:rsidRPr="00B24D60">
        <w:rPr>
          <w:rFonts w:ascii="Times New Roman" w:hAnsi="Times New Roman" w:cs="Times New Roman"/>
          <w:sz w:val="28"/>
          <w:szCs w:val="28"/>
          <w:lang w:val="uk-UA"/>
        </w:rPr>
        <w:t xml:space="preserve"> і безпосередньо реалізуються в програмному коді гри.</w:t>
      </w:r>
    </w:p>
    <w:p w14:paraId="5453F2F3" w14:textId="77777777" w:rsidR="00395707" w:rsidRPr="001639F1" w:rsidRDefault="00395707" w:rsidP="00DC6652">
      <w:pPr>
        <w:spacing w:after="0" w:line="360" w:lineRule="auto"/>
        <w:jc w:val="both"/>
        <w:rPr>
          <w:rFonts w:ascii="Times New Roman" w:hAnsi="Times New Roman" w:cs="Times New Roman"/>
          <w:sz w:val="28"/>
          <w:szCs w:val="28"/>
          <w:lang w:val="uk-UA"/>
        </w:rPr>
      </w:pPr>
    </w:p>
    <w:p w14:paraId="5A242E57" w14:textId="77777777" w:rsidR="00334472" w:rsidRDefault="00334472" w:rsidP="00395707">
      <w:pPr>
        <w:spacing w:after="0" w:line="360" w:lineRule="auto"/>
        <w:jc w:val="center"/>
        <w:rPr>
          <w:rFonts w:ascii="Times New Roman" w:hAnsi="Times New Roman" w:cs="Times New Roman"/>
          <w:sz w:val="28"/>
          <w:szCs w:val="28"/>
          <w:lang w:val="ru-RU"/>
        </w:rPr>
      </w:pPr>
      <w:r>
        <w:rPr>
          <w:noProof/>
          <w:lang w:val="ru-RU" w:eastAsia="ru-RU"/>
        </w:rPr>
        <w:lastRenderedPageBreak/>
        <w:drawing>
          <wp:inline distT="0" distB="0" distL="0" distR="0" wp14:anchorId="0A943875" wp14:editId="7B7A0D38">
            <wp:extent cx="6357543" cy="3713871"/>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61405" cy="3716127"/>
                    </a:xfrm>
                    <a:prstGeom prst="rect">
                      <a:avLst/>
                    </a:prstGeom>
                  </pic:spPr>
                </pic:pic>
              </a:graphicData>
            </a:graphic>
          </wp:inline>
        </w:drawing>
      </w:r>
    </w:p>
    <w:p w14:paraId="1DEB0A2B" w14:textId="1D221D7B" w:rsidR="00334472" w:rsidRDefault="00945CB4" w:rsidP="00395707">
      <w:pPr>
        <w:spacing w:after="0" w:line="360" w:lineRule="auto"/>
        <w:jc w:val="center"/>
        <w:rPr>
          <w:rFonts w:ascii="Times New Roman" w:hAnsi="Times New Roman" w:cs="Times New Roman"/>
          <w:sz w:val="28"/>
          <w:szCs w:val="28"/>
          <w:lang w:val="ru-RU"/>
        </w:rPr>
      </w:pPr>
      <w:r w:rsidRPr="00395707">
        <w:rPr>
          <w:rFonts w:ascii="Times New Roman" w:hAnsi="Times New Roman" w:cs="Times New Roman"/>
          <w:sz w:val="28"/>
          <w:szCs w:val="28"/>
          <w:lang w:val="ru-RU"/>
        </w:rPr>
        <w:t xml:space="preserve">Рисунок 2.4 – </w:t>
      </w:r>
      <w:proofErr w:type="spellStart"/>
      <w:r w:rsidR="00395707" w:rsidRPr="00395707">
        <w:rPr>
          <w:rFonts w:ascii="Times New Roman" w:hAnsi="Times New Roman" w:cs="Times New Roman"/>
          <w:sz w:val="28"/>
          <w:szCs w:val="28"/>
          <w:lang w:val="ru-RU"/>
        </w:rPr>
        <w:t>Налаштування</w:t>
      </w:r>
      <w:proofErr w:type="spellEnd"/>
      <w:r w:rsidR="00395707" w:rsidRPr="00395707">
        <w:rPr>
          <w:rFonts w:ascii="Times New Roman" w:hAnsi="Times New Roman" w:cs="Times New Roman"/>
          <w:sz w:val="28"/>
          <w:szCs w:val="28"/>
          <w:lang w:val="ru-RU"/>
        </w:rPr>
        <w:t xml:space="preserve"> </w:t>
      </w:r>
      <w:proofErr w:type="spellStart"/>
      <w:r w:rsidR="00395707" w:rsidRPr="00395707">
        <w:rPr>
          <w:rFonts w:ascii="Times New Roman" w:hAnsi="Times New Roman" w:cs="Times New Roman"/>
          <w:sz w:val="28"/>
          <w:szCs w:val="28"/>
          <w:lang w:val="ru-RU"/>
        </w:rPr>
        <w:t>фізичних</w:t>
      </w:r>
      <w:proofErr w:type="spellEnd"/>
      <w:r w:rsidR="00395707" w:rsidRPr="00395707">
        <w:rPr>
          <w:rFonts w:ascii="Times New Roman" w:hAnsi="Times New Roman" w:cs="Times New Roman"/>
          <w:sz w:val="28"/>
          <w:szCs w:val="28"/>
          <w:lang w:val="ru-RU"/>
        </w:rPr>
        <w:t xml:space="preserve"> </w:t>
      </w:r>
      <w:proofErr w:type="spellStart"/>
      <w:r w:rsidR="00395707" w:rsidRPr="00395707">
        <w:rPr>
          <w:rFonts w:ascii="Times New Roman" w:hAnsi="Times New Roman" w:cs="Times New Roman"/>
          <w:sz w:val="28"/>
          <w:szCs w:val="28"/>
          <w:lang w:val="ru-RU"/>
        </w:rPr>
        <w:t>властивостей</w:t>
      </w:r>
      <w:proofErr w:type="spellEnd"/>
      <w:r w:rsidR="00395707" w:rsidRPr="00395707">
        <w:rPr>
          <w:rFonts w:ascii="Times New Roman" w:hAnsi="Times New Roman" w:cs="Times New Roman"/>
          <w:sz w:val="28"/>
          <w:szCs w:val="28"/>
          <w:lang w:val="ru-RU"/>
        </w:rPr>
        <w:t xml:space="preserve"> </w:t>
      </w:r>
      <w:proofErr w:type="spellStart"/>
      <w:r w:rsidR="00395707" w:rsidRPr="00395707">
        <w:rPr>
          <w:rFonts w:ascii="Times New Roman" w:hAnsi="Times New Roman" w:cs="Times New Roman"/>
          <w:sz w:val="28"/>
          <w:szCs w:val="28"/>
          <w:lang w:val="ru-RU"/>
        </w:rPr>
        <w:t>ігрового</w:t>
      </w:r>
      <w:proofErr w:type="spellEnd"/>
      <w:r w:rsidR="00395707" w:rsidRPr="00395707">
        <w:rPr>
          <w:rFonts w:ascii="Times New Roman" w:hAnsi="Times New Roman" w:cs="Times New Roman"/>
          <w:sz w:val="28"/>
          <w:szCs w:val="28"/>
          <w:lang w:val="ru-RU"/>
        </w:rPr>
        <w:t xml:space="preserve"> </w:t>
      </w:r>
      <w:proofErr w:type="spellStart"/>
      <w:r w:rsidR="00395707" w:rsidRPr="00395707">
        <w:rPr>
          <w:rFonts w:ascii="Times New Roman" w:hAnsi="Times New Roman" w:cs="Times New Roman"/>
          <w:sz w:val="28"/>
          <w:szCs w:val="28"/>
          <w:lang w:val="ru-RU"/>
        </w:rPr>
        <w:t>об’єкта</w:t>
      </w:r>
      <w:proofErr w:type="spellEnd"/>
      <w:r w:rsidR="00395707" w:rsidRPr="00395707">
        <w:rPr>
          <w:rFonts w:ascii="Times New Roman" w:hAnsi="Times New Roman" w:cs="Times New Roman"/>
          <w:sz w:val="28"/>
          <w:szCs w:val="28"/>
          <w:lang w:val="ru-RU"/>
        </w:rPr>
        <w:t xml:space="preserve"> в </w:t>
      </w:r>
      <w:proofErr w:type="spellStart"/>
      <w:r w:rsidR="00395707" w:rsidRPr="00395707">
        <w:rPr>
          <w:rFonts w:ascii="Times New Roman" w:hAnsi="Times New Roman" w:cs="Times New Roman"/>
          <w:sz w:val="28"/>
          <w:szCs w:val="28"/>
          <w:lang w:val="ru-RU"/>
        </w:rPr>
        <w:t>середовищі</w:t>
      </w:r>
      <w:proofErr w:type="spellEnd"/>
      <w:r w:rsidR="00395707" w:rsidRPr="00395707">
        <w:rPr>
          <w:rFonts w:ascii="Times New Roman" w:hAnsi="Times New Roman" w:cs="Times New Roman"/>
          <w:sz w:val="28"/>
          <w:szCs w:val="28"/>
          <w:lang w:val="ru-RU"/>
        </w:rPr>
        <w:t xml:space="preserve"> </w:t>
      </w:r>
      <w:proofErr w:type="spellStart"/>
      <w:r w:rsidR="00395707" w:rsidRPr="00395707">
        <w:rPr>
          <w:rFonts w:ascii="Times New Roman" w:hAnsi="Times New Roman" w:cs="Times New Roman"/>
          <w:sz w:val="28"/>
          <w:szCs w:val="28"/>
          <w:lang w:val="ru-RU"/>
        </w:rPr>
        <w:t>GameMaker</w:t>
      </w:r>
      <w:proofErr w:type="spellEnd"/>
    </w:p>
    <w:p w14:paraId="6DACE6E0" w14:textId="77777777" w:rsidR="00395707" w:rsidRDefault="00395707" w:rsidP="00DC6652">
      <w:pPr>
        <w:spacing w:after="0" w:line="360" w:lineRule="auto"/>
        <w:jc w:val="both"/>
        <w:rPr>
          <w:rFonts w:ascii="Times New Roman" w:hAnsi="Times New Roman" w:cs="Times New Roman"/>
          <w:sz w:val="28"/>
          <w:szCs w:val="28"/>
          <w:lang w:val="ru-RU"/>
        </w:rPr>
      </w:pPr>
    </w:p>
    <w:p w14:paraId="41C85916" w14:textId="01A21E7D" w:rsidR="00B24D60" w:rsidRPr="00B24D60" w:rsidRDefault="00B24D60" w:rsidP="00B24D60">
      <w:pPr>
        <w:spacing w:after="0" w:line="360" w:lineRule="auto"/>
        <w:ind w:firstLine="709"/>
        <w:jc w:val="both"/>
        <w:rPr>
          <w:rFonts w:ascii="Times New Roman" w:hAnsi="Times New Roman" w:cs="Times New Roman"/>
          <w:sz w:val="28"/>
          <w:szCs w:val="28"/>
          <w:lang w:val="uk-UA"/>
        </w:rPr>
      </w:pPr>
      <w:r w:rsidRPr="00B24D60">
        <w:rPr>
          <w:rFonts w:ascii="Times New Roman" w:hAnsi="Times New Roman" w:cs="Times New Roman"/>
          <w:sz w:val="28"/>
          <w:szCs w:val="28"/>
          <w:lang w:val="uk-UA"/>
        </w:rPr>
        <w:t xml:space="preserve">На рис. 2.4 наведено приклад налаштування фізичних властивостей ігрового об’єкта в середовищі </w:t>
      </w:r>
      <w:proofErr w:type="spellStart"/>
      <w:r w:rsidRPr="00B24D60">
        <w:rPr>
          <w:rFonts w:ascii="Times New Roman" w:hAnsi="Times New Roman" w:cs="Times New Roman"/>
          <w:sz w:val="28"/>
          <w:szCs w:val="28"/>
          <w:lang w:val="uk-UA"/>
        </w:rPr>
        <w:t>GameMaker</w:t>
      </w:r>
      <w:proofErr w:type="spellEnd"/>
      <w:r w:rsidRPr="00B24D60">
        <w:rPr>
          <w:rFonts w:ascii="Times New Roman" w:hAnsi="Times New Roman" w:cs="Times New Roman"/>
          <w:sz w:val="28"/>
          <w:szCs w:val="28"/>
          <w:lang w:val="uk-UA"/>
        </w:rPr>
        <w:t>. Представлені параметри використовуються для керування поведінкою об’єкта під час його руху, зіткнень з іншими об’єктами та взаємодії з ігровим середовищем, що дозволяє забезпечити стабільну й передбачувану фізичну модель у межах ігрової системи.</w:t>
      </w:r>
    </w:p>
    <w:p w14:paraId="5CF1DB2D" w14:textId="77777777" w:rsidR="00334472" w:rsidRPr="001639F1" w:rsidRDefault="00334472" w:rsidP="00DC6652">
      <w:pPr>
        <w:spacing w:after="0" w:line="360" w:lineRule="auto"/>
        <w:jc w:val="both"/>
        <w:rPr>
          <w:rFonts w:ascii="Times New Roman" w:hAnsi="Times New Roman" w:cs="Times New Roman"/>
          <w:b/>
          <w:sz w:val="28"/>
          <w:szCs w:val="28"/>
          <w:lang w:val="uk-UA"/>
        </w:rPr>
      </w:pPr>
    </w:p>
    <w:p w14:paraId="45723918" w14:textId="7C62C2DB" w:rsidR="00EA5DF7" w:rsidRPr="00323CB7" w:rsidRDefault="00334472" w:rsidP="00DC6652">
      <w:pPr>
        <w:spacing w:after="0" w:line="360" w:lineRule="auto"/>
        <w:jc w:val="center"/>
        <w:rPr>
          <w:rFonts w:ascii="Times New Roman" w:hAnsi="Times New Roman" w:cs="Times New Roman"/>
          <w:sz w:val="28"/>
          <w:szCs w:val="28"/>
          <w:lang w:val="ru-RU"/>
        </w:rPr>
      </w:pPr>
      <w:r w:rsidRPr="00EA5DF7">
        <w:rPr>
          <w:rFonts w:ascii="Times New Roman" w:hAnsi="Times New Roman" w:cs="Times New Roman"/>
          <w:b/>
          <w:sz w:val="28"/>
          <w:szCs w:val="28"/>
          <w:lang w:val="ru-RU"/>
        </w:rPr>
        <w:t>2.</w:t>
      </w:r>
      <w:r w:rsidR="00B24D60">
        <w:rPr>
          <w:rFonts w:ascii="Times New Roman" w:hAnsi="Times New Roman" w:cs="Times New Roman"/>
          <w:b/>
          <w:sz w:val="28"/>
          <w:szCs w:val="28"/>
          <w:lang w:val="ru-RU"/>
        </w:rPr>
        <w:t>6</w:t>
      </w:r>
      <w:r w:rsidRPr="00EA5DF7">
        <w:rPr>
          <w:rFonts w:ascii="Times New Roman" w:hAnsi="Times New Roman" w:cs="Times New Roman"/>
          <w:b/>
          <w:sz w:val="28"/>
          <w:szCs w:val="28"/>
          <w:lang w:val="ru-RU"/>
        </w:rPr>
        <w:t xml:space="preserve"> </w:t>
      </w:r>
      <w:proofErr w:type="spellStart"/>
      <w:proofErr w:type="gramStart"/>
      <w:r w:rsidRPr="00EA5DF7">
        <w:rPr>
          <w:rFonts w:ascii="Times New Roman" w:hAnsi="Times New Roman" w:cs="Times New Roman"/>
          <w:b/>
          <w:sz w:val="28"/>
          <w:szCs w:val="28"/>
          <w:lang w:val="ru-RU"/>
        </w:rPr>
        <w:t>порівнняня</w:t>
      </w:r>
      <w:proofErr w:type="spellEnd"/>
      <w:r w:rsidRPr="00EA5DF7">
        <w:rPr>
          <w:rFonts w:ascii="Times New Roman" w:hAnsi="Times New Roman" w:cs="Times New Roman"/>
          <w:b/>
          <w:sz w:val="28"/>
          <w:szCs w:val="28"/>
          <w:lang w:val="ru-RU"/>
        </w:rPr>
        <w:t xml:space="preserve">  </w:t>
      </w:r>
      <w:proofErr w:type="spellStart"/>
      <w:r w:rsidR="00EA5DF7" w:rsidRPr="00EA5DF7">
        <w:rPr>
          <w:rFonts w:ascii="Times New Roman" w:hAnsi="Times New Roman" w:cs="Times New Roman"/>
          <w:b/>
          <w:sz w:val="28"/>
          <w:szCs w:val="28"/>
          <w:lang w:val="ru-RU"/>
        </w:rPr>
        <w:t>ігрових</w:t>
      </w:r>
      <w:proofErr w:type="spellEnd"/>
      <w:proofErr w:type="gramEnd"/>
      <w:r w:rsidR="00EA5DF7" w:rsidRPr="00EA5DF7">
        <w:rPr>
          <w:rFonts w:ascii="Times New Roman" w:hAnsi="Times New Roman" w:cs="Times New Roman"/>
          <w:b/>
          <w:sz w:val="28"/>
          <w:szCs w:val="28"/>
          <w:lang w:val="ru-RU"/>
        </w:rPr>
        <w:t xml:space="preserve"> </w:t>
      </w:r>
      <w:proofErr w:type="spellStart"/>
      <w:r w:rsidR="00EA5DF7" w:rsidRPr="00EA5DF7">
        <w:rPr>
          <w:rFonts w:ascii="Times New Roman" w:hAnsi="Times New Roman" w:cs="Times New Roman"/>
          <w:b/>
          <w:sz w:val="28"/>
          <w:szCs w:val="28"/>
          <w:lang w:val="ru-RU"/>
        </w:rPr>
        <w:t>рішіїв</w:t>
      </w:r>
      <w:proofErr w:type="spellEnd"/>
      <w:r w:rsidR="00EA5DF7" w:rsidRPr="00EA5DF7">
        <w:rPr>
          <w:rFonts w:ascii="Times New Roman" w:hAnsi="Times New Roman" w:cs="Times New Roman"/>
          <w:b/>
          <w:sz w:val="28"/>
          <w:szCs w:val="28"/>
          <w:lang w:val="ru-RU"/>
        </w:rPr>
        <w:t xml:space="preserve"> з </w:t>
      </w:r>
      <w:proofErr w:type="spellStart"/>
      <w:r w:rsidR="00EA5DF7" w:rsidRPr="00EA5DF7">
        <w:rPr>
          <w:rFonts w:ascii="Times New Roman" w:hAnsi="Times New Roman" w:cs="Times New Roman"/>
          <w:b/>
          <w:sz w:val="28"/>
          <w:szCs w:val="28"/>
        </w:rPr>
        <w:t>GameMaker</w:t>
      </w:r>
      <w:proofErr w:type="spellEnd"/>
      <w:r w:rsidR="00EA5DF7" w:rsidRPr="00EA5DF7">
        <w:rPr>
          <w:rFonts w:ascii="Times New Roman" w:hAnsi="Times New Roman" w:cs="Times New Roman"/>
          <w:sz w:val="28"/>
          <w:szCs w:val="28"/>
          <w:lang w:val="ru-RU"/>
        </w:rPr>
        <w:t xml:space="preserve"> </w:t>
      </w:r>
      <w:r w:rsidR="00EA5DF7" w:rsidRPr="00EA5DF7">
        <w:rPr>
          <w:rFonts w:ascii="Times New Roman" w:hAnsi="Times New Roman" w:cs="Times New Roman"/>
          <w:sz w:val="28"/>
          <w:szCs w:val="28"/>
          <w:lang w:val="ru-RU"/>
        </w:rPr>
        <w:tab/>
      </w:r>
    </w:p>
    <w:p w14:paraId="3904FC10" w14:textId="77777777" w:rsidR="00395707" w:rsidRDefault="00395707" w:rsidP="00DC6652">
      <w:pPr>
        <w:spacing w:after="0" w:line="360" w:lineRule="auto"/>
        <w:jc w:val="both"/>
        <w:rPr>
          <w:rFonts w:ascii="Times New Roman" w:hAnsi="Times New Roman" w:cs="Times New Roman"/>
          <w:sz w:val="28"/>
          <w:szCs w:val="28"/>
          <w:lang w:val="ru-RU"/>
        </w:rPr>
      </w:pPr>
    </w:p>
    <w:p w14:paraId="0E89C5A7" w14:textId="77777777" w:rsidR="003D2A91" w:rsidRPr="003D2A91" w:rsidRDefault="003D2A91" w:rsidP="003D2A91">
      <w:pPr>
        <w:spacing w:after="0" w:line="360" w:lineRule="auto"/>
        <w:ind w:firstLine="709"/>
        <w:jc w:val="both"/>
        <w:rPr>
          <w:rFonts w:ascii="Times New Roman" w:hAnsi="Times New Roman" w:cs="Times New Roman"/>
          <w:sz w:val="28"/>
          <w:szCs w:val="28"/>
          <w:lang w:val="uk-UA"/>
        </w:rPr>
      </w:pPr>
      <w:r w:rsidRPr="003D2A91">
        <w:rPr>
          <w:rFonts w:ascii="Times New Roman" w:hAnsi="Times New Roman" w:cs="Times New Roman"/>
          <w:sz w:val="28"/>
          <w:szCs w:val="28"/>
          <w:lang w:val="uk-UA"/>
        </w:rPr>
        <w:t xml:space="preserve">У сучасній розробці ігрових застосунків важливу роль відіграють ігрові рушії, які надають розробникам готові інструменти для реалізації ігрової логіки, графіки, фізики та взаємодії з користувачем. Одним із ключових аспектів функціонування будь-якого ігрового рушія є система обробки подій, що визначає </w:t>
      </w:r>
      <w:r w:rsidRPr="003D2A91">
        <w:rPr>
          <w:rFonts w:ascii="Times New Roman" w:hAnsi="Times New Roman" w:cs="Times New Roman"/>
          <w:sz w:val="28"/>
          <w:szCs w:val="28"/>
          <w:lang w:val="uk-UA"/>
        </w:rPr>
        <w:lastRenderedPageBreak/>
        <w:t xml:space="preserve">спосіб реакції програми на дії користувача, зміни стану ігрового світу або внутрішні системні сигнали. У цьому контексті доцільно розглянути та порівняти підходи до обробки подій у таких рушіях, як </w:t>
      </w:r>
      <w:proofErr w:type="spellStart"/>
      <w:r w:rsidRPr="003D2A91">
        <w:rPr>
          <w:rFonts w:ascii="Times New Roman" w:hAnsi="Times New Roman" w:cs="Times New Roman"/>
          <w:sz w:val="28"/>
          <w:szCs w:val="28"/>
          <w:lang w:val="uk-UA"/>
        </w:rPr>
        <w:t>GameMaker</w:t>
      </w:r>
      <w:proofErr w:type="spellEnd"/>
      <w:r w:rsidRPr="003D2A91">
        <w:rPr>
          <w:rFonts w:ascii="Times New Roman" w:hAnsi="Times New Roman" w:cs="Times New Roman"/>
          <w:sz w:val="28"/>
          <w:szCs w:val="28"/>
          <w:lang w:val="uk-UA"/>
        </w:rPr>
        <w:t xml:space="preserve">, </w:t>
      </w:r>
      <w:proofErr w:type="spellStart"/>
      <w:r w:rsidRPr="003D2A91">
        <w:rPr>
          <w:rFonts w:ascii="Times New Roman" w:hAnsi="Times New Roman" w:cs="Times New Roman"/>
          <w:sz w:val="28"/>
          <w:szCs w:val="28"/>
          <w:lang w:val="uk-UA"/>
        </w:rPr>
        <w:t>Unity</w:t>
      </w:r>
      <w:proofErr w:type="spellEnd"/>
      <w:r w:rsidRPr="003D2A91">
        <w:rPr>
          <w:rFonts w:ascii="Times New Roman" w:hAnsi="Times New Roman" w:cs="Times New Roman"/>
          <w:sz w:val="28"/>
          <w:szCs w:val="28"/>
          <w:lang w:val="uk-UA"/>
        </w:rPr>
        <w:t xml:space="preserve"> та </w:t>
      </w:r>
      <w:proofErr w:type="spellStart"/>
      <w:r w:rsidRPr="003D2A91">
        <w:rPr>
          <w:rFonts w:ascii="Times New Roman" w:hAnsi="Times New Roman" w:cs="Times New Roman"/>
          <w:sz w:val="28"/>
          <w:szCs w:val="28"/>
          <w:lang w:val="uk-UA"/>
        </w:rPr>
        <w:t>Unreal</w:t>
      </w:r>
      <w:proofErr w:type="spellEnd"/>
      <w:r w:rsidRPr="003D2A91">
        <w:rPr>
          <w:rFonts w:ascii="Times New Roman" w:hAnsi="Times New Roman" w:cs="Times New Roman"/>
          <w:sz w:val="28"/>
          <w:szCs w:val="28"/>
          <w:lang w:val="uk-UA"/>
        </w:rPr>
        <w:t xml:space="preserve"> </w:t>
      </w:r>
      <w:proofErr w:type="spellStart"/>
      <w:r w:rsidRPr="003D2A91">
        <w:rPr>
          <w:rFonts w:ascii="Times New Roman" w:hAnsi="Times New Roman" w:cs="Times New Roman"/>
          <w:sz w:val="28"/>
          <w:szCs w:val="28"/>
          <w:lang w:val="uk-UA"/>
        </w:rPr>
        <w:t>Engine</w:t>
      </w:r>
      <w:proofErr w:type="spellEnd"/>
      <w:r w:rsidRPr="003D2A91">
        <w:rPr>
          <w:rFonts w:ascii="Times New Roman" w:hAnsi="Times New Roman" w:cs="Times New Roman"/>
          <w:sz w:val="28"/>
          <w:szCs w:val="28"/>
          <w:lang w:val="uk-UA"/>
        </w:rPr>
        <w:t>.</w:t>
      </w:r>
    </w:p>
    <w:p w14:paraId="56704599" w14:textId="77777777" w:rsidR="003D2A91" w:rsidRPr="003D2A91" w:rsidRDefault="003D2A91" w:rsidP="003D2A91">
      <w:pPr>
        <w:spacing w:after="0" w:line="360" w:lineRule="auto"/>
        <w:ind w:firstLine="709"/>
        <w:jc w:val="both"/>
        <w:rPr>
          <w:rFonts w:ascii="Times New Roman" w:hAnsi="Times New Roman" w:cs="Times New Roman"/>
          <w:sz w:val="28"/>
          <w:szCs w:val="28"/>
          <w:lang w:val="uk-UA"/>
        </w:rPr>
      </w:pPr>
      <w:proofErr w:type="spellStart"/>
      <w:r w:rsidRPr="003D2A91">
        <w:rPr>
          <w:rFonts w:ascii="Times New Roman" w:hAnsi="Times New Roman" w:cs="Times New Roman"/>
          <w:sz w:val="28"/>
          <w:szCs w:val="28"/>
          <w:lang w:val="uk-UA"/>
        </w:rPr>
        <w:t>Подійно</w:t>
      </w:r>
      <w:proofErr w:type="spellEnd"/>
      <w:r w:rsidRPr="003D2A91">
        <w:rPr>
          <w:rFonts w:ascii="Times New Roman" w:hAnsi="Times New Roman" w:cs="Times New Roman"/>
          <w:sz w:val="28"/>
          <w:szCs w:val="28"/>
          <w:lang w:val="uk-UA"/>
        </w:rPr>
        <w:t>-орієнтований підхід у програмуванні ґрунтується на концепції виконання програмного коду у відповідь на виникнення певних подій. В ігрових рушіях такими подіями можуть бути натискання клавіш, рух миші, зіткнення об’єктів, завершення анімацій або зміна станів персонажів. Застосування цього підходу дозволяє структурувати ігрову логіку у вигляді набору обробників подій, що спрощує розуміння програмного коду та підвищує його модульність.</w:t>
      </w:r>
    </w:p>
    <w:p w14:paraId="2C2AE5AF" w14:textId="77777777" w:rsidR="003D2A91" w:rsidRPr="003D2A91" w:rsidRDefault="003D2A91" w:rsidP="003D2A91">
      <w:pPr>
        <w:spacing w:after="0" w:line="360" w:lineRule="auto"/>
        <w:ind w:firstLine="709"/>
        <w:jc w:val="both"/>
        <w:rPr>
          <w:rFonts w:ascii="Times New Roman" w:hAnsi="Times New Roman" w:cs="Times New Roman"/>
          <w:sz w:val="28"/>
          <w:szCs w:val="28"/>
          <w:lang w:val="uk-UA"/>
        </w:rPr>
      </w:pPr>
      <w:r w:rsidRPr="003D2A91">
        <w:rPr>
          <w:rFonts w:ascii="Times New Roman" w:hAnsi="Times New Roman" w:cs="Times New Roman"/>
          <w:sz w:val="28"/>
          <w:szCs w:val="28"/>
          <w:lang w:val="uk-UA"/>
        </w:rPr>
        <w:t xml:space="preserve">Ігровий рушій </w:t>
      </w:r>
      <w:proofErr w:type="spellStart"/>
      <w:r w:rsidRPr="003D2A91">
        <w:rPr>
          <w:rFonts w:ascii="Times New Roman" w:hAnsi="Times New Roman" w:cs="Times New Roman"/>
          <w:sz w:val="28"/>
          <w:szCs w:val="28"/>
          <w:lang w:val="uk-UA"/>
        </w:rPr>
        <w:t>GameMaker</w:t>
      </w:r>
      <w:proofErr w:type="spellEnd"/>
      <w:r w:rsidRPr="003D2A91">
        <w:rPr>
          <w:rFonts w:ascii="Times New Roman" w:hAnsi="Times New Roman" w:cs="Times New Roman"/>
          <w:sz w:val="28"/>
          <w:szCs w:val="28"/>
          <w:lang w:val="uk-UA"/>
        </w:rPr>
        <w:t xml:space="preserve"> спочатку був орієнтований на простоту використання та швидке створення двовимірних ігор. Основою його програмної логіки є чітко виражена </w:t>
      </w:r>
      <w:proofErr w:type="spellStart"/>
      <w:r w:rsidRPr="003D2A91">
        <w:rPr>
          <w:rFonts w:ascii="Times New Roman" w:hAnsi="Times New Roman" w:cs="Times New Roman"/>
          <w:sz w:val="28"/>
          <w:szCs w:val="28"/>
          <w:lang w:val="uk-UA"/>
        </w:rPr>
        <w:t>подійна</w:t>
      </w:r>
      <w:proofErr w:type="spellEnd"/>
      <w:r w:rsidRPr="003D2A91">
        <w:rPr>
          <w:rFonts w:ascii="Times New Roman" w:hAnsi="Times New Roman" w:cs="Times New Roman"/>
          <w:sz w:val="28"/>
          <w:szCs w:val="28"/>
          <w:lang w:val="uk-UA"/>
        </w:rPr>
        <w:t xml:space="preserve"> модель, у межах якої кожен ігровий об’єкт має набір стандартних подій, зокрема </w:t>
      </w:r>
      <w:proofErr w:type="spellStart"/>
      <w:r w:rsidRPr="003D2A91">
        <w:rPr>
          <w:rFonts w:ascii="Times New Roman" w:hAnsi="Times New Roman" w:cs="Times New Roman"/>
          <w:sz w:val="28"/>
          <w:szCs w:val="28"/>
          <w:lang w:val="uk-UA"/>
        </w:rPr>
        <w:t>Create</w:t>
      </w:r>
      <w:proofErr w:type="spellEnd"/>
      <w:r w:rsidRPr="003D2A91">
        <w:rPr>
          <w:rFonts w:ascii="Times New Roman" w:hAnsi="Times New Roman" w:cs="Times New Roman"/>
          <w:sz w:val="28"/>
          <w:szCs w:val="28"/>
          <w:lang w:val="uk-UA"/>
        </w:rPr>
        <w:t xml:space="preserve">, </w:t>
      </w:r>
      <w:proofErr w:type="spellStart"/>
      <w:r w:rsidRPr="003D2A91">
        <w:rPr>
          <w:rFonts w:ascii="Times New Roman" w:hAnsi="Times New Roman" w:cs="Times New Roman"/>
          <w:sz w:val="28"/>
          <w:szCs w:val="28"/>
          <w:lang w:val="uk-UA"/>
        </w:rPr>
        <w:t>Step</w:t>
      </w:r>
      <w:proofErr w:type="spellEnd"/>
      <w:r w:rsidRPr="003D2A91">
        <w:rPr>
          <w:rFonts w:ascii="Times New Roman" w:hAnsi="Times New Roman" w:cs="Times New Roman"/>
          <w:sz w:val="28"/>
          <w:szCs w:val="28"/>
          <w:lang w:val="uk-UA"/>
        </w:rPr>
        <w:t xml:space="preserve">, </w:t>
      </w:r>
      <w:proofErr w:type="spellStart"/>
      <w:r w:rsidRPr="003D2A91">
        <w:rPr>
          <w:rFonts w:ascii="Times New Roman" w:hAnsi="Times New Roman" w:cs="Times New Roman"/>
          <w:sz w:val="28"/>
          <w:szCs w:val="28"/>
          <w:lang w:val="uk-UA"/>
        </w:rPr>
        <w:t>Draw</w:t>
      </w:r>
      <w:proofErr w:type="spellEnd"/>
      <w:r w:rsidRPr="003D2A91">
        <w:rPr>
          <w:rFonts w:ascii="Times New Roman" w:hAnsi="Times New Roman" w:cs="Times New Roman"/>
          <w:sz w:val="28"/>
          <w:szCs w:val="28"/>
          <w:lang w:val="uk-UA"/>
        </w:rPr>
        <w:t xml:space="preserve">, </w:t>
      </w:r>
      <w:proofErr w:type="spellStart"/>
      <w:r w:rsidRPr="003D2A91">
        <w:rPr>
          <w:rFonts w:ascii="Times New Roman" w:hAnsi="Times New Roman" w:cs="Times New Roman"/>
          <w:sz w:val="28"/>
          <w:szCs w:val="28"/>
          <w:lang w:val="uk-UA"/>
        </w:rPr>
        <w:t>Collision</w:t>
      </w:r>
      <w:proofErr w:type="spellEnd"/>
      <w:r w:rsidRPr="003D2A91">
        <w:rPr>
          <w:rFonts w:ascii="Times New Roman" w:hAnsi="Times New Roman" w:cs="Times New Roman"/>
          <w:sz w:val="28"/>
          <w:szCs w:val="28"/>
          <w:lang w:val="uk-UA"/>
        </w:rPr>
        <w:t xml:space="preserve">, </w:t>
      </w:r>
      <w:proofErr w:type="spellStart"/>
      <w:r w:rsidRPr="003D2A91">
        <w:rPr>
          <w:rFonts w:ascii="Times New Roman" w:hAnsi="Times New Roman" w:cs="Times New Roman"/>
          <w:sz w:val="28"/>
          <w:szCs w:val="28"/>
          <w:lang w:val="uk-UA"/>
        </w:rPr>
        <w:t>Keyboard</w:t>
      </w:r>
      <w:proofErr w:type="spellEnd"/>
      <w:r w:rsidRPr="003D2A91">
        <w:rPr>
          <w:rFonts w:ascii="Times New Roman" w:hAnsi="Times New Roman" w:cs="Times New Roman"/>
          <w:sz w:val="28"/>
          <w:szCs w:val="28"/>
          <w:lang w:val="uk-UA"/>
        </w:rPr>
        <w:t xml:space="preserve">, Mouse та інші. Кожна з цих подій виконується у визначений момент життєвого циклу об’єкта. Розробник не керує основним циклом програми безпосередньо, а лише описує реакцію об’єкта на конкретні події, що дозволяє зосередитися на </w:t>
      </w:r>
      <w:proofErr w:type="spellStart"/>
      <w:r w:rsidRPr="003D2A91">
        <w:rPr>
          <w:rFonts w:ascii="Times New Roman" w:hAnsi="Times New Roman" w:cs="Times New Roman"/>
          <w:sz w:val="28"/>
          <w:szCs w:val="28"/>
          <w:lang w:val="uk-UA"/>
        </w:rPr>
        <w:t>логіці</w:t>
      </w:r>
      <w:proofErr w:type="spellEnd"/>
      <w:r w:rsidRPr="003D2A91">
        <w:rPr>
          <w:rFonts w:ascii="Times New Roman" w:hAnsi="Times New Roman" w:cs="Times New Roman"/>
          <w:sz w:val="28"/>
          <w:szCs w:val="28"/>
          <w:lang w:val="uk-UA"/>
        </w:rPr>
        <w:t xml:space="preserve"> гри без заглиблення у </w:t>
      </w:r>
      <w:proofErr w:type="spellStart"/>
      <w:r w:rsidRPr="003D2A91">
        <w:rPr>
          <w:rFonts w:ascii="Times New Roman" w:hAnsi="Times New Roman" w:cs="Times New Roman"/>
          <w:sz w:val="28"/>
          <w:szCs w:val="28"/>
          <w:lang w:val="uk-UA"/>
        </w:rPr>
        <w:t>низькорівневі</w:t>
      </w:r>
      <w:proofErr w:type="spellEnd"/>
      <w:r w:rsidRPr="003D2A91">
        <w:rPr>
          <w:rFonts w:ascii="Times New Roman" w:hAnsi="Times New Roman" w:cs="Times New Roman"/>
          <w:sz w:val="28"/>
          <w:szCs w:val="28"/>
          <w:lang w:val="uk-UA"/>
        </w:rPr>
        <w:t xml:space="preserve"> аспекти реалізації.</w:t>
      </w:r>
    </w:p>
    <w:p w14:paraId="04BA4205" w14:textId="77777777" w:rsidR="003D2A91" w:rsidRPr="003D2A91" w:rsidRDefault="003D2A91" w:rsidP="003D2A91">
      <w:pPr>
        <w:spacing w:after="0" w:line="360" w:lineRule="auto"/>
        <w:ind w:firstLine="709"/>
        <w:jc w:val="both"/>
        <w:rPr>
          <w:rFonts w:ascii="Times New Roman" w:hAnsi="Times New Roman" w:cs="Times New Roman"/>
          <w:sz w:val="28"/>
          <w:szCs w:val="28"/>
          <w:lang w:val="uk-UA"/>
        </w:rPr>
      </w:pPr>
      <w:proofErr w:type="spellStart"/>
      <w:r w:rsidRPr="003D2A91">
        <w:rPr>
          <w:rFonts w:ascii="Times New Roman" w:hAnsi="Times New Roman" w:cs="Times New Roman"/>
          <w:sz w:val="28"/>
          <w:szCs w:val="28"/>
          <w:lang w:val="uk-UA"/>
        </w:rPr>
        <w:t>Unity</w:t>
      </w:r>
      <w:proofErr w:type="spellEnd"/>
      <w:r w:rsidRPr="003D2A91">
        <w:rPr>
          <w:rFonts w:ascii="Times New Roman" w:hAnsi="Times New Roman" w:cs="Times New Roman"/>
          <w:sz w:val="28"/>
          <w:szCs w:val="28"/>
          <w:lang w:val="uk-UA"/>
        </w:rPr>
        <w:t xml:space="preserve"> є одним із найбільш поширених ігрових рушіїв, який використовується для створення ігор на різних платформах, зокрема персональних комп’ютерах, мобільних пристроях та ігрових консолях. В основі </w:t>
      </w:r>
      <w:proofErr w:type="spellStart"/>
      <w:r w:rsidRPr="003D2A91">
        <w:rPr>
          <w:rFonts w:ascii="Times New Roman" w:hAnsi="Times New Roman" w:cs="Times New Roman"/>
          <w:sz w:val="28"/>
          <w:szCs w:val="28"/>
          <w:lang w:val="uk-UA"/>
        </w:rPr>
        <w:t>Unity</w:t>
      </w:r>
      <w:proofErr w:type="spellEnd"/>
      <w:r w:rsidRPr="003D2A91">
        <w:rPr>
          <w:rFonts w:ascii="Times New Roman" w:hAnsi="Times New Roman" w:cs="Times New Roman"/>
          <w:sz w:val="28"/>
          <w:szCs w:val="28"/>
          <w:lang w:val="uk-UA"/>
        </w:rPr>
        <w:t xml:space="preserve"> лежить </w:t>
      </w:r>
      <w:proofErr w:type="spellStart"/>
      <w:r w:rsidRPr="003D2A91">
        <w:rPr>
          <w:rFonts w:ascii="Times New Roman" w:hAnsi="Times New Roman" w:cs="Times New Roman"/>
          <w:sz w:val="28"/>
          <w:szCs w:val="28"/>
          <w:lang w:val="uk-UA"/>
        </w:rPr>
        <w:t>компонентно</w:t>
      </w:r>
      <w:proofErr w:type="spellEnd"/>
      <w:r w:rsidRPr="003D2A91">
        <w:rPr>
          <w:rFonts w:ascii="Times New Roman" w:hAnsi="Times New Roman" w:cs="Times New Roman"/>
          <w:sz w:val="28"/>
          <w:szCs w:val="28"/>
          <w:lang w:val="uk-UA"/>
        </w:rPr>
        <w:t xml:space="preserve">-орієнтована архітектура, де кожен ігровий об’єкт формується шляхом додавання до нього відповідних компонентів. Обробка подій у </w:t>
      </w:r>
      <w:proofErr w:type="spellStart"/>
      <w:r w:rsidRPr="003D2A91">
        <w:rPr>
          <w:rFonts w:ascii="Times New Roman" w:hAnsi="Times New Roman" w:cs="Times New Roman"/>
          <w:sz w:val="28"/>
          <w:szCs w:val="28"/>
          <w:lang w:val="uk-UA"/>
        </w:rPr>
        <w:t>Unity</w:t>
      </w:r>
      <w:proofErr w:type="spellEnd"/>
      <w:r w:rsidRPr="003D2A91">
        <w:rPr>
          <w:rFonts w:ascii="Times New Roman" w:hAnsi="Times New Roman" w:cs="Times New Roman"/>
          <w:sz w:val="28"/>
          <w:szCs w:val="28"/>
          <w:lang w:val="uk-UA"/>
        </w:rPr>
        <w:t xml:space="preserve"> реалізується через спеціальні методи життєвого циклу, такі як </w:t>
      </w:r>
      <w:proofErr w:type="spellStart"/>
      <w:r w:rsidRPr="003D2A91">
        <w:rPr>
          <w:rFonts w:ascii="Times New Roman" w:hAnsi="Times New Roman" w:cs="Times New Roman"/>
          <w:sz w:val="28"/>
          <w:szCs w:val="28"/>
          <w:lang w:val="uk-UA"/>
        </w:rPr>
        <w:t>Start</w:t>
      </w:r>
      <w:proofErr w:type="spellEnd"/>
      <w:r w:rsidRPr="003D2A91">
        <w:rPr>
          <w:rFonts w:ascii="Times New Roman" w:hAnsi="Times New Roman" w:cs="Times New Roman"/>
          <w:sz w:val="28"/>
          <w:szCs w:val="28"/>
          <w:lang w:val="uk-UA"/>
        </w:rPr>
        <w:t xml:space="preserve">(), </w:t>
      </w:r>
      <w:proofErr w:type="spellStart"/>
      <w:r w:rsidRPr="003D2A91">
        <w:rPr>
          <w:rFonts w:ascii="Times New Roman" w:hAnsi="Times New Roman" w:cs="Times New Roman"/>
          <w:sz w:val="28"/>
          <w:szCs w:val="28"/>
          <w:lang w:val="uk-UA"/>
        </w:rPr>
        <w:t>Update</w:t>
      </w:r>
      <w:proofErr w:type="spellEnd"/>
      <w:r w:rsidRPr="003D2A91">
        <w:rPr>
          <w:rFonts w:ascii="Times New Roman" w:hAnsi="Times New Roman" w:cs="Times New Roman"/>
          <w:sz w:val="28"/>
          <w:szCs w:val="28"/>
          <w:lang w:val="uk-UA"/>
        </w:rPr>
        <w:t xml:space="preserve">(), </w:t>
      </w:r>
      <w:proofErr w:type="spellStart"/>
      <w:r w:rsidRPr="003D2A91">
        <w:rPr>
          <w:rFonts w:ascii="Times New Roman" w:hAnsi="Times New Roman" w:cs="Times New Roman"/>
          <w:sz w:val="28"/>
          <w:szCs w:val="28"/>
          <w:lang w:val="uk-UA"/>
        </w:rPr>
        <w:t>FixedUpdate</w:t>
      </w:r>
      <w:proofErr w:type="spellEnd"/>
      <w:r w:rsidRPr="003D2A91">
        <w:rPr>
          <w:rFonts w:ascii="Times New Roman" w:hAnsi="Times New Roman" w:cs="Times New Roman"/>
          <w:sz w:val="28"/>
          <w:szCs w:val="28"/>
          <w:lang w:val="uk-UA"/>
        </w:rPr>
        <w:t xml:space="preserve">(), </w:t>
      </w:r>
      <w:proofErr w:type="spellStart"/>
      <w:r w:rsidRPr="003D2A91">
        <w:rPr>
          <w:rFonts w:ascii="Times New Roman" w:hAnsi="Times New Roman" w:cs="Times New Roman"/>
          <w:sz w:val="28"/>
          <w:szCs w:val="28"/>
          <w:lang w:val="uk-UA"/>
        </w:rPr>
        <w:t>OnCollisionEnter</w:t>
      </w:r>
      <w:proofErr w:type="spellEnd"/>
      <w:r w:rsidRPr="003D2A91">
        <w:rPr>
          <w:rFonts w:ascii="Times New Roman" w:hAnsi="Times New Roman" w:cs="Times New Roman"/>
          <w:sz w:val="28"/>
          <w:szCs w:val="28"/>
          <w:lang w:val="uk-UA"/>
        </w:rPr>
        <w:t xml:space="preserve">() та інші. Такий підхід поєднує елементи </w:t>
      </w:r>
      <w:proofErr w:type="spellStart"/>
      <w:r w:rsidRPr="003D2A91">
        <w:rPr>
          <w:rFonts w:ascii="Times New Roman" w:hAnsi="Times New Roman" w:cs="Times New Roman"/>
          <w:sz w:val="28"/>
          <w:szCs w:val="28"/>
          <w:lang w:val="uk-UA"/>
        </w:rPr>
        <w:t>подійно</w:t>
      </w:r>
      <w:proofErr w:type="spellEnd"/>
      <w:r w:rsidRPr="003D2A91">
        <w:rPr>
          <w:rFonts w:ascii="Times New Roman" w:hAnsi="Times New Roman" w:cs="Times New Roman"/>
          <w:sz w:val="28"/>
          <w:szCs w:val="28"/>
          <w:lang w:val="uk-UA"/>
        </w:rPr>
        <w:t>-орієнтованої моделі з постійною перевіркою станів у циклі виконання програми. Це забезпечує більшу гнучкість у реалізації складних сценаріїв взаємодії, проте потребує глибшого розуміння принципів програмування [4].</w:t>
      </w:r>
    </w:p>
    <w:p w14:paraId="78836C51" w14:textId="77777777" w:rsidR="003D2A91" w:rsidRPr="003D2A91" w:rsidRDefault="003D2A91" w:rsidP="003D2A91">
      <w:pPr>
        <w:spacing w:after="0" w:line="360" w:lineRule="auto"/>
        <w:ind w:firstLine="709"/>
        <w:jc w:val="both"/>
        <w:rPr>
          <w:rFonts w:ascii="Times New Roman" w:hAnsi="Times New Roman" w:cs="Times New Roman"/>
          <w:sz w:val="28"/>
          <w:szCs w:val="28"/>
          <w:lang w:val="uk-UA"/>
        </w:rPr>
      </w:pPr>
      <w:proofErr w:type="spellStart"/>
      <w:r w:rsidRPr="003D2A91">
        <w:rPr>
          <w:rFonts w:ascii="Times New Roman" w:hAnsi="Times New Roman" w:cs="Times New Roman"/>
          <w:sz w:val="28"/>
          <w:szCs w:val="28"/>
          <w:lang w:val="uk-UA"/>
        </w:rPr>
        <w:lastRenderedPageBreak/>
        <w:t>Unreal</w:t>
      </w:r>
      <w:proofErr w:type="spellEnd"/>
      <w:r w:rsidRPr="003D2A91">
        <w:rPr>
          <w:rFonts w:ascii="Times New Roman" w:hAnsi="Times New Roman" w:cs="Times New Roman"/>
          <w:sz w:val="28"/>
          <w:szCs w:val="28"/>
          <w:lang w:val="uk-UA"/>
        </w:rPr>
        <w:t xml:space="preserve"> </w:t>
      </w:r>
      <w:proofErr w:type="spellStart"/>
      <w:r w:rsidRPr="003D2A91">
        <w:rPr>
          <w:rFonts w:ascii="Times New Roman" w:hAnsi="Times New Roman" w:cs="Times New Roman"/>
          <w:sz w:val="28"/>
          <w:szCs w:val="28"/>
          <w:lang w:val="uk-UA"/>
        </w:rPr>
        <w:t>Engine</w:t>
      </w:r>
      <w:proofErr w:type="spellEnd"/>
      <w:r w:rsidRPr="003D2A91">
        <w:rPr>
          <w:rFonts w:ascii="Times New Roman" w:hAnsi="Times New Roman" w:cs="Times New Roman"/>
          <w:sz w:val="28"/>
          <w:szCs w:val="28"/>
          <w:lang w:val="uk-UA"/>
        </w:rPr>
        <w:t xml:space="preserve"> є потужним ігровим рушієм, орієнтованим переважно на створення високоякісних тривимірних ігор. Обробка подій у ньому базується на поєднанні </w:t>
      </w:r>
      <w:proofErr w:type="spellStart"/>
      <w:r w:rsidRPr="003D2A91">
        <w:rPr>
          <w:rFonts w:ascii="Times New Roman" w:hAnsi="Times New Roman" w:cs="Times New Roman"/>
          <w:sz w:val="28"/>
          <w:szCs w:val="28"/>
          <w:lang w:val="uk-UA"/>
        </w:rPr>
        <w:t>подійно</w:t>
      </w:r>
      <w:proofErr w:type="spellEnd"/>
      <w:r w:rsidRPr="003D2A91">
        <w:rPr>
          <w:rFonts w:ascii="Times New Roman" w:hAnsi="Times New Roman" w:cs="Times New Roman"/>
          <w:sz w:val="28"/>
          <w:szCs w:val="28"/>
          <w:lang w:val="uk-UA"/>
        </w:rPr>
        <w:t xml:space="preserve">-орієнтованого та об’єктно-орієнтованого підходів. Однією з характерних особливостей </w:t>
      </w:r>
      <w:proofErr w:type="spellStart"/>
      <w:r w:rsidRPr="003D2A91">
        <w:rPr>
          <w:rFonts w:ascii="Times New Roman" w:hAnsi="Times New Roman" w:cs="Times New Roman"/>
          <w:sz w:val="28"/>
          <w:szCs w:val="28"/>
          <w:lang w:val="uk-UA"/>
        </w:rPr>
        <w:t>Unreal</w:t>
      </w:r>
      <w:proofErr w:type="spellEnd"/>
      <w:r w:rsidRPr="003D2A91">
        <w:rPr>
          <w:rFonts w:ascii="Times New Roman" w:hAnsi="Times New Roman" w:cs="Times New Roman"/>
          <w:sz w:val="28"/>
          <w:szCs w:val="28"/>
          <w:lang w:val="uk-UA"/>
        </w:rPr>
        <w:t xml:space="preserve"> </w:t>
      </w:r>
      <w:proofErr w:type="spellStart"/>
      <w:r w:rsidRPr="003D2A91">
        <w:rPr>
          <w:rFonts w:ascii="Times New Roman" w:hAnsi="Times New Roman" w:cs="Times New Roman"/>
          <w:sz w:val="28"/>
          <w:szCs w:val="28"/>
          <w:lang w:val="uk-UA"/>
        </w:rPr>
        <w:t>Engine</w:t>
      </w:r>
      <w:proofErr w:type="spellEnd"/>
      <w:r w:rsidRPr="003D2A91">
        <w:rPr>
          <w:rFonts w:ascii="Times New Roman" w:hAnsi="Times New Roman" w:cs="Times New Roman"/>
          <w:sz w:val="28"/>
          <w:szCs w:val="28"/>
          <w:lang w:val="uk-UA"/>
        </w:rPr>
        <w:t xml:space="preserve"> є система візуального програмування </w:t>
      </w:r>
      <w:proofErr w:type="spellStart"/>
      <w:r w:rsidRPr="003D2A91">
        <w:rPr>
          <w:rFonts w:ascii="Times New Roman" w:hAnsi="Times New Roman" w:cs="Times New Roman"/>
          <w:sz w:val="28"/>
          <w:szCs w:val="28"/>
          <w:lang w:val="uk-UA"/>
        </w:rPr>
        <w:t>Blueprints</w:t>
      </w:r>
      <w:proofErr w:type="spellEnd"/>
      <w:r w:rsidRPr="003D2A91">
        <w:rPr>
          <w:rFonts w:ascii="Times New Roman" w:hAnsi="Times New Roman" w:cs="Times New Roman"/>
          <w:sz w:val="28"/>
          <w:szCs w:val="28"/>
          <w:lang w:val="uk-UA"/>
        </w:rPr>
        <w:t xml:space="preserve">, яка дозволяє реалізовувати логіку обробки подій у графічному вигляді. Події представлені у вигляді вузлів, що активуються при настанні певних умов, наприклад </w:t>
      </w:r>
      <w:proofErr w:type="spellStart"/>
      <w:r w:rsidRPr="003D2A91">
        <w:rPr>
          <w:rFonts w:ascii="Times New Roman" w:hAnsi="Times New Roman" w:cs="Times New Roman"/>
          <w:sz w:val="28"/>
          <w:szCs w:val="28"/>
          <w:lang w:val="uk-UA"/>
        </w:rPr>
        <w:t>Event</w:t>
      </w:r>
      <w:proofErr w:type="spellEnd"/>
      <w:r w:rsidRPr="003D2A91">
        <w:rPr>
          <w:rFonts w:ascii="Times New Roman" w:hAnsi="Times New Roman" w:cs="Times New Roman"/>
          <w:sz w:val="28"/>
          <w:szCs w:val="28"/>
          <w:lang w:val="uk-UA"/>
        </w:rPr>
        <w:t xml:space="preserve"> </w:t>
      </w:r>
      <w:proofErr w:type="spellStart"/>
      <w:r w:rsidRPr="003D2A91">
        <w:rPr>
          <w:rFonts w:ascii="Times New Roman" w:hAnsi="Times New Roman" w:cs="Times New Roman"/>
          <w:sz w:val="28"/>
          <w:szCs w:val="28"/>
          <w:lang w:val="uk-UA"/>
        </w:rPr>
        <w:t>BeginPlay</w:t>
      </w:r>
      <w:proofErr w:type="spellEnd"/>
      <w:r w:rsidRPr="003D2A91">
        <w:rPr>
          <w:rFonts w:ascii="Times New Roman" w:hAnsi="Times New Roman" w:cs="Times New Roman"/>
          <w:sz w:val="28"/>
          <w:szCs w:val="28"/>
          <w:lang w:val="uk-UA"/>
        </w:rPr>
        <w:t xml:space="preserve">, </w:t>
      </w:r>
      <w:proofErr w:type="spellStart"/>
      <w:r w:rsidRPr="003D2A91">
        <w:rPr>
          <w:rFonts w:ascii="Times New Roman" w:hAnsi="Times New Roman" w:cs="Times New Roman"/>
          <w:sz w:val="28"/>
          <w:szCs w:val="28"/>
          <w:lang w:val="uk-UA"/>
        </w:rPr>
        <w:t>Event</w:t>
      </w:r>
      <w:proofErr w:type="spellEnd"/>
      <w:r w:rsidRPr="003D2A91">
        <w:rPr>
          <w:rFonts w:ascii="Times New Roman" w:hAnsi="Times New Roman" w:cs="Times New Roman"/>
          <w:sz w:val="28"/>
          <w:szCs w:val="28"/>
          <w:lang w:val="uk-UA"/>
        </w:rPr>
        <w:t xml:space="preserve"> </w:t>
      </w:r>
      <w:proofErr w:type="spellStart"/>
      <w:r w:rsidRPr="003D2A91">
        <w:rPr>
          <w:rFonts w:ascii="Times New Roman" w:hAnsi="Times New Roman" w:cs="Times New Roman"/>
          <w:sz w:val="28"/>
          <w:szCs w:val="28"/>
          <w:lang w:val="uk-UA"/>
        </w:rPr>
        <w:t>Tick</w:t>
      </w:r>
      <w:proofErr w:type="spellEnd"/>
      <w:r w:rsidRPr="003D2A91">
        <w:rPr>
          <w:rFonts w:ascii="Times New Roman" w:hAnsi="Times New Roman" w:cs="Times New Roman"/>
          <w:sz w:val="28"/>
          <w:szCs w:val="28"/>
          <w:lang w:val="uk-UA"/>
        </w:rPr>
        <w:t xml:space="preserve"> або </w:t>
      </w:r>
      <w:proofErr w:type="spellStart"/>
      <w:r w:rsidRPr="003D2A91">
        <w:rPr>
          <w:rFonts w:ascii="Times New Roman" w:hAnsi="Times New Roman" w:cs="Times New Roman"/>
          <w:sz w:val="28"/>
          <w:szCs w:val="28"/>
          <w:lang w:val="uk-UA"/>
        </w:rPr>
        <w:t>OnActorHit</w:t>
      </w:r>
      <w:proofErr w:type="spellEnd"/>
      <w:r w:rsidRPr="003D2A91">
        <w:rPr>
          <w:rFonts w:ascii="Times New Roman" w:hAnsi="Times New Roman" w:cs="Times New Roman"/>
          <w:sz w:val="28"/>
          <w:szCs w:val="28"/>
          <w:lang w:val="uk-UA"/>
        </w:rPr>
        <w:t>. Поряд із цим рушій підтримує програмування мовою C++, що забезпечує високу продуктивність і широкі можливості, але водночас ускладнює початкове освоєння [5].</w:t>
      </w:r>
    </w:p>
    <w:p w14:paraId="64DF4999" w14:textId="77777777" w:rsidR="003D2A91" w:rsidRPr="003D2A91" w:rsidRDefault="003D2A91" w:rsidP="003D2A91">
      <w:pPr>
        <w:spacing w:after="0" w:line="360" w:lineRule="auto"/>
        <w:ind w:firstLine="709"/>
        <w:jc w:val="both"/>
        <w:rPr>
          <w:rFonts w:ascii="Times New Roman" w:hAnsi="Times New Roman" w:cs="Times New Roman"/>
          <w:sz w:val="28"/>
          <w:szCs w:val="28"/>
          <w:lang w:val="uk-UA"/>
        </w:rPr>
      </w:pPr>
      <w:r w:rsidRPr="003D2A91">
        <w:rPr>
          <w:rFonts w:ascii="Times New Roman" w:hAnsi="Times New Roman" w:cs="Times New Roman"/>
          <w:sz w:val="28"/>
          <w:szCs w:val="28"/>
          <w:lang w:val="uk-UA"/>
        </w:rPr>
        <w:t xml:space="preserve">Порівняльний аналіз підходів до обробки подій у </w:t>
      </w:r>
      <w:proofErr w:type="spellStart"/>
      <w:r w:rsidRPr="003D2A91">
        <w:rPr>
          <w:rFonts w:ascii="Times New Roman" w:hAnsi="Times New Roman" w:cs="Times New Roman"/>
          <w:sz w:val="28"/>
          <w:szCs w:val="28"/>
          <w:lang w:val="uk-UA"/>
        </w:rPr>
        <w:t>GameMaker</w:t>
      </w:r>
      <w:proofErr w:type="spellEnd"/>
      <w:r w:rsidRPr="003D2A91">
        <w:rPr>
          <w:rFonts w:ascii="Times New Roman" w:hAnsi="Times New Roman" w:cs="Times New Roman"/>
          <w:sz w:val="28"/>
          <w:szCs w:val="28"/>
          <w:lang w:val="uk-UA"/>
        </w:rPr>
        <w:t xml:space="preserve">, </w:t>
      </w:r>
      <w:proofErr w:type="spellStart"/>
      <w:r w:rsidRPr="003D2A91">
        <w:rPr>
          <w:rFonts w:ascii="Times New Roman" w:hAnsi="Times New Roman" w:cs="Times New Roman"/>
          <w:sz w:val="28"/>
          <w:szCs w:val="28"/>
          <w:lang w:val="uk-UA"/>
        </w:rPr>
        <w:t>Unity</w:t>
      </w:r>
      <w:proofErr w:type="spellEnd"/>
      <w:r w:rsidRPr="003D2A91">
        <w:rPr>
          <w:rFonts w:ascii="Times New Roman" w:hAnsi="Times New Roman" w:cs="Times New Roman"/>
          <w:sz w:val="28"/>
          <w:szCs w:val="28"/>
          <w:lang w:val="uk-UA"/>
        </w:rPr>
        <w:t xml:space="preserve"> та </w:t>
      </w:r>
      <w:proofErr w:type="spellStart"/>
      <w:r w:rsidRPr="003D2A91">
        <w:rPr>
          <w:rFonts w:ascii="Times New Roman" w:hAnsi="Times New Roman" w:cs="Times New Roman"/>
          <w:sz w:val="28"/>
          <w:szCs w:val="28"/>
          <w:lang w:val="uk-UA"/>
        </w:rPr>
        <w:t>Unreal</w:t>
      </w:r>
      <w:proofErr w:type="spellEnd"/>
      <w:r w:rsidRPr="003D2A91">
        <w:rPr>
          <w:rFonts w:ascii="Times New Roman" w:hAnsi="Times New Roman" w:cs="Times New Roman"/>
          <w:sz w:val="28"/>
          <w:szCs w:val="28"/>
          <w:lang w:val="uk-UA"/>
        </w:rPr>
        <w:t xml:space="preserve"> </w:t>
      </w:r>
      <w:proofErr w:type="spellStart"/>
      <w:r w:rsidRPr="003D2A91">
        <w:rPr>
          <w:rFonts w:ascii="Times New Roman" w:hAnsi="Times New Roman" w:cs="Times New Roman"/>
          <w:sz w:val="28"/>
          <w:szCs w:val="28"/>
          <w:lang w:val="uk-UA"/>
        </w:rPr>
        <w:t>Engine</w:t>
      </w:r>
      <w:proofErr w:type="spellEnd"/>
      <w:r w:rsidRPr="003D2A91">
        <w:rPr>
          <w:rFonts w:ascii="Times New Roman" w:hAnsi="Times New Roman" w:cs="Times New Roman"/>
          <w:sz w:val="28"/>
          <w:szCs w:val="28"/>
          <w:lang w:val="uk-UA"/>
        </w:rPr>
        <w:t xml:space="preserve"> дозволяє зробити висновок, що </w:t>
      </w:r>
      <w:proofErr w:type="spellStart"/>
      <w:r w:rsidRPr="003D2A91">
        <w:rPr>
          <w:rFonts w:ascii="Times New Roman" w:hAnsi="Times New Roman" w:cs="Times New Roman"/>
          <w:sz w:val="28"/>
          <w:szCs w:val="28"/>
          <w:lang w:val="uk-UA"/>
        </w:rPr>
        <w:t>GameMaker</w:t>
      </w:r>
      <w:proofErr w:type="spellEnd"/>
      <w:r w:rsidRPr="003D2A91">
        <w:rPr>
          <w:rFonts w:ascii="Times New Roman" w:hAnsi="Times New Roman" w:cs="Times New Roman"/>
          <w:sz w:val="28"/>
          <w:szCs w:val="28"/>
          <w:lang w:val="uk-UA"/>
        </w:rPr>
        <w:t xml:space="preserve"> пропонує найбільш інтуїтивно зрозумілу та структуровану </w:t>
      </w:r>
      <w:proofErr w:type="spellStart"/>
      <w:r w:rsidRPr="003D2A91">
        <w:rPr>
          <w:rFonts w:ascii="Times New Roman" w:hAnsi="Times New Roman" w:cs="Times New Roman"/>
          <w:sz w:val="28"/>
          <w:szCs w:val="28"/>
          <w:lang w:val="uk-UA"/>
        </w:rPr>
        <w:t>подійну</w:t>
      </w:r>
      <w:proofErr w:type="spellEnd"/>
      <w:r w:rsidRPr="003D2A91">
        <w:rPr>
          <w:rFonts w:ascii="Times New Roman" w:hAnsi="Times New Roman" w:cs="Times New Roman"/>
          <w:sz w:val="28"/>
          <w:szCs w:val="28"/>
          <w:lang w:val="uk-UA"/>
        </w:rPr>
        <w:t xml:space="preserve"> модель, яка добре підходить для навчання та створення двовимірних ігор. </w:t>
      </w:r>
      <w:proofErr w:type="spellStart"/>
      <w:r w:rsidRPr="003D2A91">
        <w:rPr>
          <w:rFonts w:ascii="Times New Roman" w:hAnsi="Times New Roman" w:cs="Times New Roman"/>
          <w:sz w:val="28"/>
          <w:szCs w:val="28"/>
          <w:lang w:val="uk-UA"/>
        </w:rPr>
        <w:t>Unity</w:t>
      </w:r>
      <w:proofErr w:type="spellEnd"/>
      <w:r w:rsidRPr="003D2A91">
        <w:rPr>
          <w:rFonts w:ascii="Times New Roman" w:hAnsi="Times New Roman" w:cs="Times New Roman"/>
          <w:sz w:val="28"/>
          <w:szCs w:val="28"/>
          <w:lang w:val="uk-UA"/>
        </w:rPr>
        <w:t xml:space="preserve"> забезпечує більшу гнучкість і контроль над програмною логікою, проте вимагає вищого рівня підготовки розробника. </w:t>
      </w:r>
      <w:proofErr w:type="spellStart"/>
      <w:r w:rsidRPr="003D2A91">
        <w:rPr>
          <w:rFonts w:ascii="Times New Roman" w:hAnsi="Times New Roman" w:cs="Times New Roman"/>
          <w:sz w:val="28"/>
          <w:szCs w:val="28"/>
          <w:lang w:val="uk-UA"/>
        </w:rPr>
        <w:t>Unreal</w:t>
      </w:r>
      <w:proofErr w:type="spellEnd"/>
      <w:r w:rsidRPr="003D2A91">
        <w:rPr>
          <w:rFonts w:ascii="Times New Roman" w:hAnsi="Times New Roman" w:cs="Times New Roman"/>
          <w:sz w:val="28"/>
          <w:szCs w:val="28"/>
          <w:lang w:val="uk-UA"/>
        </w:rPr>
        <w:t xml:space="preserve"> </w:t>
      </w:r>
      <w:proofErr w:type="spellStart"/>
      <w:r w:rsidRPr="003D2A91">
        <w:rPr>
          <w:rFonts w:ascii="Times New Roman" w:hAnsi="Times New Roman" w:cs="Times New Roman"/>
          <w:sz w:val="28"/>
          <w:szCs w:val="28"/>
          <w:lang w:val="uk-UA"/>
        </w:rPr>
        <w:t>Engine</w:t>
      </w:r>
      <w:proofErr w:type="spellEnd"/>
      <w:r w:rsidRPr="003D2A91">
        <w:rPr>
          <w:rFonts w:ascii="Times New Roman" w:hAnsi="Times New Roman" w:cs="Times New Roman"/>
          <w:sz w:val="28"/>
          <w:szCs w:val="28"/>
          <w:lang w:val="uk-UA"/>
        </w:rPr>
        <w:t>, у свою чергу, надає найбільш потужні засоби для обробки подій, але має найвищий поріг входження.</w:t>
      </w:r>
    </w:p>
    <w:p w14:paraId="65175B41" w14:textId="77777777" w:rsidR="003D2A91" w:rsidRPr="003D2A91" w:rsidRDefault="003D2A91" w:rsidP="003D2A91">
      <w:pPr>
        <w:spacing w:after="0" w:line="360" w:lineRule="auto"/>
        <w:ind w:firstLine="709"/>
        <w:jc w:val="both"/>
        <w:rPr>
          <w:rFonts w:ascii="Times New Roman" w:hAnsi="Times New Roman" w:cs="Times New Roman"/>
          <w:sz w:val="28"/>
          <w:szCs w:val="28"/>
          <w:lang w:val="uk-UA"/>
        </w:rPr>
      </w:pPr>
      <w:r w:rsidRPr="003D2A91">
        <w:rPr>
          <w:rFonts w:ascii="Times New Roman" w:hAnsi="Times New Roman" w:cs="Times New Roman"/>
          <w:sz w:val="28"/>
          <w:szCs w:val="28"/>
          <w:lang w:val="uk-UA"/>
        </w:rPr>
        <w:t xml:space="preserve">Таким чином, вибір ігрового рушія залежить від вимог конкретного </w:t>
      </w:r>
      <w:proofErr w:type="spellStart"/>
      <w:r w:rsidRPr="003D2A91">
        <w:rPr>
          <w:rFonts w:ascii="Times New Roman" w:hAnsi="Times New Roman" w:cs="Times New Roman"/>
          <w:sz w:val="28"/>
          <w:szCs w:val="28"/>
          <w:lang w:val="uk-UA"/>
        </w:rPr>
        <w:t>проєкту</w:t>
      </w:r>
      <w:proofErr w:type="spellEnd"/>
      <w:r w:rsidRPr="003D2A91">
        <w:rPr>
          <w:rFonts w:ascii="Times New Roman" w:hAnsi="Times New Roman" w:cs="Times New Roman"/>
          <w:sz w:val="28"/>
          <w:szCs w:val="28"/>
          <w:lang w:val="uk-UA"/>
        </w:rPr>
        <w:t xml:space="preserve">, рівня підготовки розробника та складності </w:t>
      </w:r>
      <w:proofErr w:type="spellStart"/>
      <w:r w:rsidRPr="003D2A91">
        <w:rPr>
          <w:rFonts w:ascii="Times New Roman" w:hAnsi="Times New Roman" w:cs="Times New Roman"/>
          <w:sz w:val="28"/>
          <w:szCs w:val="28"/>
          <w:lang w:val="uk-UA"/>
        </w:rPr>
        <w:t>подійної</w:t>
      </w:r>
      <w:proofErr w:type="spellEnd"/>
      <w:r w:rsidRPr="003D2A91">
        <w:rPr>
          <w:rFonts w:ascii="Times New Roman" w:hAnsi="Times New Roman" w:cs="Times New Roman"/>
          <w:sz w:val="28"/>
          <w:szCs w:val="28"/>
          <w:lang w:val="uk-UA"/>
        </w:rPr>
        <w:t xml:space="preserve"> логіки, яку необхідно реалізувати. Усі розглянуті рушії використовують </w:t>
      </w:r>
      <w:proofErr w:type="spellStart"/>
      <w:r w:rsidRPr="003D2A91">
        <w:rPr>
          <w:rFonts w:ascii="Times New Roman" w:hAnsi="Times New Roman" w:cs="Times New Roman"/>
          <w:sz w:val="28"/>
          <w:szCs w:val="28"/>
          <w:lang w:val="uk-UA"/>
        </w:rPr>
        <w:t>подійно</w:t>
      </w:r>
      <w:proofErr w:type="spellEnd"/>
      <w:r w:rsidRPr="003D2A91">
        <w:rPr>
          <w:rFonts w:ascii="Times New Roman" w:hAnsi="Times New Roman" w:cs="Times New Roman"/>
          <w:sz w:val="28"/>
          <w:szCs w:val="28"/>
          <w:lang w:val="uk-UA"/>
        </w:rPr>
        <w:t>-орієнтований підхід, однак реалізують його різними способами, що відображає їхню спеціалізацію та цільову аудиторію.</w:t>
      </w:r>
    </w:p>
    <w:p w14:paraId="509B19A5" w14:textId="5209A3F1" w:rsidR="00510C7E" w:rsidRPr="001639F1" w:rsidRDefault="00510C7E" w:rsidP="00DC6652">
      <w:pPr>
        <w:spacing w:after="0" w:line="360" w:lineRule="auto"/>
        <w:rPr>
          <w:rFonts w:ascii="Times New Roman" w:hAnsi="Times New Roman" w:cs="Times New Roman"/>
          <w:sz w:val="28"/>
          <w:szCs w:val="28"/>
          <w:u w:val="single"/>
          <w:lang w:val="uk-UA"/>
        </w:rPr>
      </w:pPr>
      <w:r w:rsidRPr="001639F1">
        <w:rPr>
          <w:rFonts w:ascii="Times New Roman" w:hAnsi="Times New Roman" w:cs="Times New Roman"/>
          <w:sz w:val="28"/>
          <w:szCs w:val="28"/>
          <w:u w:val="single"/>
          <w:lang w:val="uk-UA"/>
        </w:rPr>
        <w:br w:type="page"/>
      </w:r>
    </w:p>
    <w:p w14:paraId="6933B298" w14:textId="5319C29C" w:rsidR="00EA5DF7" w:rsidRPr="001639F1" w:rsidRDefault="00510C7E" w:rsidP="00DC6652">
      <w:pPr>
        <w:pStyle w:val="1"/>
        <w:spacing w:before="0"/>
        <w:rPr>
          <w:lang w:val="ru-RU"/>
        </w:rPr>
      </w:pPr>
      <w:bookmarkStart w:id="13" w:name="_Toc219710714"/>
      <w:r w:rsidRPr="00F8563D">
        <w:rPr>
          <w:lang w:val="uk-UA"/>
        </w:rPr>
        <w:lastRenderedPageBreak/>
        <w:t xml:space="preserve">Розділ </w:t>
      </w:r>
      <w:r w:rsidR="00EA5DF7" w:rsidRPr="00F8563D">
        <w:rPr>
          <w:lang w:val="ru-RU"/>
        </w:rPr>
        <w:t xml:space="preserve">3 </w:t>
      </w:r>
      <w:r w:rsidRPr="001639F1">
        <w:rPr>
          <w:lang w:val="ru-RU"/>
        </w:rPr>
        <w:br/>
      </w:r>
      <w:r w:rsidR="00EA5DF7" w:rsidRPr="00F8563D">
        <w:rPr>
          <w:lang w:val="uk-UA"/>
        </w:rPr>
        <w:t>розробка гри на базі алгоритмів</w:t>
      </w:r>
      <w:r w:rsidR="00EA5DF7" w:rsidRPr="00F8563D">
        <w:rPr>
          <w:lang w:val="ru-RU"/>
        </w:rPr>
        <w:t xml:space="preserve"> </w:t>
      </w:r>
      <w:r w:rsidR="00EA5DF7" w:rsidRPr="00F8563D">
        <w:t>GameMaker</w:t>
      </w:r>
      <w:bookmarkEnd w:id="13"/>
    </w:p>
    <w:p w14:paraId="53A673BA" w14:textId="77777777" w:rsidR="00510C7E" w:rsidRPr="00F8563D" w:rsidRDefault="00510C7E" w:rsidP="00DC6652">
      <w:pPr>
        <w:spacing w:after="0" w:line="360" w:lineRule="auto"/>
        <w:jc w:val="center"/>
        <w:rPr>
          <w:rFonts w:ascii="Times New Roman" w:hAnsi="Times New Roman" w:cs="Times New Roman"/>
          <w:b/>
          <w:sz w:val="28"/>
          <w:szCs w:val="28"/>
          <w:u w:val="single"/>
          <w:lang w:val="ru-RU"/>
        </w:rPr>
      </w:pPr>
    </w:p>
    <w:p w14:paraId="7F576162" w14:textId="77777777" w:rsidR="00EA5DF7" w:rsidRPr="00F8563D" w:rsidRDefault="00F8563D" w:rsidP="00DC6652">
      <w:pPr>
        <w:pStyle w:val="21"/>
        <w:spacing w:before="0" w:beforeAutospacing="0" w:after="0" w:afterAutospacing="0"/>
      </w:pPr>
      <w:bookmarkStart w:id="14" w:name="_Toc219710715"/>
      <w:r w:rsidRPr="00F8563D">
        <w:rPr>
          <w:lang w:val="uk-UA"/>
        </w:rPr>
        <w:t xml:space="preserve">3.1 </w:t>
      </w:r>
      <w:r w:rsidRPr="00F8563D">
        <w:t xml:space="preserve">Постановка </w:t>
      </w:r>
      <w:proofErr w:type="spellStart"/>
      <w:r w:rsidRPr="00F8563D">
        <w:t>задачі</w:t>
      </w:r>
      <w:proofErr w:type="spellEnd"/>
      <w:r w:rsidRPr="00F8563D">
        <w:t xml:space="preserve"> та </w:t>
      </w:r>
      <w:proofErr w:type="spellStart"/>
      <w:r w:rsidRPr="00F8563D">
        <w:t>вимоги</w:t>
      </w:r>
      <w:proofErr w:type="spellEnd"/>
      <w:r w:rsidRPr="00F8563D">
        <w:t xml:space="preserve"> до </w:t>
      </w:r>
      <w:proofErr w:type="spellStart"/>
      <w:r w:rsidRPr="00F8563D">
        <w:t>гри</w:t>
      </w:r>
      <w:bookmarkEnd w:id="14"/>
      <w:proofErr w:type="spellEnd"/>
    </w:p>
    <w:p w14:paraId="5805B1FC" w14:textId="77777777" w:rsidR="00510C7E" w:rsidRPr="001639F1" w:rsidRDefault="00510C7E" w:rsidP="00DC6652">
      <w:pPr>
        <w:spacing w:after="0" w:line="360" w:lineRule="auto"/>
        <w:jc w:val="both"/>
        <w:rPr>
          <w:rFonts w:ascii="Times New Roman" w:hAnsi="Times New Roman" w:cs="Times New Roman"/>
          <w:sz w:val="28"/>
          <w:szCs w:val="28"/>
          <w:lang w:val="ru-RU"/>
        </w:rPr>
      </w:pPr>
    </w:p>
    <w:p w14:paraId="2D7E070A" w14:textId="77777777" w:rsidR="00DE2274" w:rsidRPr="00DE2274" w:rsidRDefault="00DE2274" w:rsidP="00DE2274">
      <w:pPr>
        <w:spacing w:after="0" w:line="360" w:lineRule="auto"/>
        <w:ind w:firstLine="709"/>
        <w:jc w:val="both"/>
        <w:rPr>
          <w:rFonts w:ascii="Times New Roman" w:hAnsi="Times New Roman" w:cs="Times New Roman"/>
          <w:sz w:val="28"/>
          <w:szCs w:val="28"/>
          <w:lang w:val="uk-UA"/>
        </w:rPr>
      </w:pPr>
      <w:r w:rsidRPr="00DE2274">
        <w:rPr>
          <w:rFonts w:ascii="Times New Roman" w:hAnsi="Times New Roman" w:cs="Times New Roman"/>
          <w:sz w:val="28"/>
          <w:szCs w:val="28"/>
          <w:lang w:val="uk-UA"/>
        </w:rPr>
        <w:t>Сучасний етап розвитку програмного забезпечення для створення комп’ютерних ігор характеризується широким застосуванням готових ігрових рушіїв, які значно спрощують процес розроблення та дозволяють зосередитися на реалізації ігрової логіки й механік. Практична частина магістерської роботи є ключовим етапом дослідження, оскільки саме на цьому рівні теоретичні положення, розглянуті у попередніх розділах, знаходять своє практичне втілення у вигляді функціонального програмного продукту.</w:t>
      </w:r>
    </w:p>
    <w:p w14:paraId="56E0C9B9" w14:textId="77777777" w:rsidR="00DE2274" w:rsidRPr="00DE2274" w:rsidRDefault="00DE2274" w:rsidP="00DE2274">
      <w:pPr>
        <w:spacing w:after="0" w:line="360" w:lineRule="auto"/>
        <w:ind w:firstLine="709"/>
        <w:jc w:val="both"/>
        <w:rPr>
          <w:rFonts w:ascii="Times New Roman" w:hAnsi="Times New Roman" w:cs="Times New Roman"/>
          <w:sz w:val="28"/>
          <w:szCs w:val="28"/>
          <w:lang w:val="uk-UA"/>
        </w:rPr>
      </w:pPr>
      <w:r w:rsidRPr="00DE2274">
        <w:rPr>
          <w:rFonts w:ascii="Times New Roman" w:hAnsi="Times New Roman" w:cs="Times New Roman"/>
          <w:sz w:val="28"/>
          <w:szCs w:val="28"/>
          <w:lang w:val="uk-UA"/>
        </w:rPr>
        <w:t xml:space="preserve">Метою практичного розділу є демонстрація можливостей інтеграції алгоритмів обробки подій у процесі створення комп’ютерної гри з використанням ігрового рушія </w:t>
      </w:r>
      <w:proofErr w:type="spellStart"/>
      <w:r w:rsidRPr="00DE2274">
        <w:rPr>
          <w:rFonts w:ascii="Times New Roman" w:hAnsi="Times New Roman" w:cs="Times New Roman"/>
          <w:sz w:val="28"/>
          <w:szCs w:val="28"/>
          <w:lang w:val="uk-UA"/>
        </w:rPr>
        <w:t>GameMaker</w:t>
      </w:r>
      <w:proofErr w:type="spellEnd"/>
      <w:r w:rsidRPr="00DE2274">
        <w:rPr>
          <w:rFonts w:ascii="Times New Roman" w:hAnsi="Times New Roman" w:cs="Times New Roman"/>
          <w:sz w:val="28"/>
          <w:szCs w:val="28"/>
          <w:lang w:val="uk-UA"/>
        </w:rPr>
        <w:t xml:space="preserve">. На відміну від теоретичного та аналітичного розділів, у яких основна увага приділялася узагальненим поняттям і підходам, у цьому розділі акцент зроблено на практичних аспектах реалізації </w:t>
      </w:r>
      <w:proofErr w:type="spellStart"/>
      <w:r w:rsidRPr="00DE2274">
        <w:rPr>
          <w:rFonts w:ascii="Times New Roman" w:hAnsi="Times New Roman" w:cs="Times New Roman"/>
          <w:sz w:val="28"/>
          <w:szCs w:val="28"/>
          <w:lang w:val="uk-UA"/>
        </w:rPr>
        <w:t>подієво</w:t>
      </w:r>
      <w:proofErr w:type="spellEnd"/>
      <w:r w:rsidRPr="00DE2274">
        <w:rPr>
          <w:rFonts w:ascii="Times New Roman" w:hAnsi="Times New Roman" w:cs="Times New Roman"/>
          <w:sz w:val="28"/>
          <w:szCs w:val="28"/>
          <w:lang w:val="uk-UA"/>
        </w:rPr>
        <w:t>-орієнтованої моделі, що дозволяє наочно продемонструвати її роботу в реальному ігровому середовищі.</w:t>
      </w:r>
    </w:p>
    <w:p w14:paraId="08A795CD" w14:textId="77777777" w:rsidR="00DE2274" w:rsidRPr="00DE2274" w:rsidRDefault="00DE2274" w:rsidP="00DE2274">
      <w:pPr>
        <w:spacing w:after="0" w:line="360" w:lineRule="auto"/>
        <w:ind w:firstLine="709"/>
        <w:jc w:val="both"/>
        <w:rPr>
          <w:rFonts w:ascii="Times New Roman" w:hAnsi="Times New Roman" w:cs="Times New Roman"/>
          <w:sz w:val="28"/>
          <w:szCs w:val="28"/>
          <w:lang w:val="uk-UA"/>
        </w:rPr>
      </w:pPr>
      <w:r w:rsidRPr="00DE2274">
        <w:rPr>
          <w:rFonts w:ascii="Times New Roman" w:hAnsi="Times New Roman" w:cs="Times New Roman"/>
          <w:sz w:val="28"/>
          <w:szCs w:val="28"/>
          <w:lang w:val="uk-UA"/>
        </w:rPr>
        <w:t xml:space="preserve">Процес розроблення комп’ютерної гри є багатоступеневим і включає не лише написання програмного коду, але й </w:t>
      </w:r>
      <w:proofErr w:type="spellStart"/>
      <w:r w:rsidRPr="00DE2274">
        <w:rPr>
          <w:rFonts w:ascii="Times New Roman" w:hAnsi="Times New Roman" w:cs="Times New Roman"/>
          <w:sz w:val="28"/>
          <w:szCs w:val="28"/>
          <w:lang w:val="uk-UA"/>
        </w:rPr>
        <w:t>проєктування</w:t>
      </w:r>
      <w:proofErr w:type="spellEnd"/>
      <w:r w:rsidRPr="00DE2274">
        <w:rPr>
          <w:rFonts w:ascii="Times New Roman" w:hAnsi="Times New Roman" w:cs="Times New Roman"/>
          <w:sz w:val="28"/>
          <w:szCs w:val="28"/>
          <w:lang w:val="uk-UA"/>
        </w:rPr>
        <w:t xml:space="preserve"> ігрової логіки, формування структури об’єктів, налаштування взаємодії між ними, а також організацію обробки подій, які виникають у ході ігрового процесу. Кожен з цих етапів потребує системного програмно-інженерного підходу та врахування особливостей </w:t>
      </w:r>
      <w:proofErr w:type="spellStart"/>
      <w:r w:rsidRPr="00DE2274">
        <w:rPr>
          <w:rFonts w:ascii="Times New Roman" w:hAnsi="Times New Roman" w:cs="Times New Roman"/>
          <w:sz w:val="28"/>
          <w:szCs w:val="28"/>
          <w:lang w:val="uk-UA"/>
        </w:rPr>
        <w:t>подієво</w:t>
      </w:r>
      <w:proofErr w:type="spellEnd"/>
      <w:r w:rsidRPr="00DE2274">
        <w:rPr>
          <w:rFonts w:ascii="Times New Roman" w:hAnsi="Times New Roman" w:cs="Times New Roman"/>
          <w:sz w:val="28"/>
          <w:szCs w:val="28"/>
          <w:lang w:val="uk-UA"/>
        </w:rPr>
        <w:t>-орієнтованої архітектури.</w:t>
      </w:r>
    </w:p>
    <w:p w14:paraId="202A99EA" w14:textId="77777777" w:rsidR="00DE2274" w:rsidRPr="00DE2274" w:rsidRDefault="00DE2274" w:rsidP="00DE2274">
      <w:pPr>
        <w:spacing w:after="0" w:line="360" w:lineRule="auto"/>
        <w:ind w:firstLine="709"/>
        <w:jc w:val="both"/>
        <w:rPr>
          <w:rFonts w:ascii="Times New Roman" w:hAnsi="Times New Roman" w:cs="Times New Roman"/>
          <w:sz w:val="28"/>
          <w:szCs w:val="28"/>
          <w:lang w:val="uk-UA"/>
        </w:rPr>
      </w:pPr>
      <w:r w:rsidRPr="00DE2274">
        <w:rPr>
          <w:rFonts w:ascii="Times New Roman" w:hAnsi="Times New Roman" w:cs="Times New Roman"/>
          <w:sz w:val="28"/>
          <w:szCs w:val="28"/>
          <w:lang w:val="uk-UA"/>
        </w:rPr>
        <w:t xml:space="preserve">Особливе значення у практичній реалізації має вибір ігрового рушія, оскільки саме він визначає архітектуру </w:t>
      </w:r>
      <w:proofErr w:type="spellStart"/>
      <w:r w:rsidRPr="00DE2274">
        <w:rPr>
          <w:rFonts w:ascii="Times New Roman" w:hAnsi="Times New Roman" w:cs="Times New Roman"/>
          <w:sz w:val="28"/>
          <w:szCs w:val="28"/>
          <w:lang w:val="uk-UA"/>
        </w:rPr>
        <w:t>проєкту</w:t>
      </w:r>
      <w:proofErr w:type="spellEnd"/>
      <w:r w:rsidRPr="00DE2274">
        <w:rPr>
          <w:rFonts w:ascii="Times New Roman" w:hAnsi="Times New Roman" w:cs="Times New Roman"/>
          <w:sz w:val="28"/>
          <w:szCs w:val="28"/>
          <w:lang w:val="uk-UA"/>
        </w:rPr>
        <w:t xml:space="preserve">, набір доступних інструментів і спосіб інтеграції алгоритмів обробки подій. Як було обґрунтовано в аналітичному </w:t>
      </w:r>
      <w:r w:rsidRPr="00DE2274">
        <w:rPr>
          <w:rFonts w:ascii="Times New Roman" w:hAnsi="Times New Roman" w:cs="Times New Roman"/>
          <w:sz w:val="28"/>
          <w:szCs w:val="28"/>
          <w:lang w:val="uk-UA"/>
        </w:rPr>
        <w:lastRenderedPageBreak/>
        <w:t xml:space="preserve">розділі роботи, для реалізації практичної частини обрано ігровий рушій </w:t>
      </w:r>
      <w:proofErr w:type="spellStart"/>
      <w:r w:rsidRPr="00DE2274">
        <w:rPr>
          <w:rFonts w:ascii="Times New Roman" w:hAnsi="Times New Roman" w:cs="Times New Roman"/>
          <w:sz w:val="28"/>
          <w:szCs w:val="28"/>
          <w:lang w:val="uk-UA"/>
        </w:rPr>
        <w:t>GameMaker</w:t>
      </w:r>
      <w:proofErr w:type="spellEnd"/>
      <w:r w:rsidRPr="00DE2274">
        <w:rPr>
          <w:rFonts w:ascii="Times New Roman" w:hAnsi="Times New Roman" w:cs="Times New Roman"/>
          <w:sz w:val="28"/>
          <w:szCs w:val="28"/>
          <w:lang w:val="uk-UA"/>
        </w:rPr>
        <w:t xml:space="preserve">, який забезпечує зручне </w:t>
      </w:r>
      <w:proofErr w:type="spellStart"/>
      <w:r w:rsidRPr="00DE2274">
        <w:rPr>
          <w:rFonts w:ascii="Times New Roman" w:hAnsi="Times New Roman" w:cs="Times New Roman"/>
          <w:sz w:val="28"/>
          <w:szCs w:val="28"/>
          <w:lang w:val="uk-UA"/>
        </w:rPr>
        <w:t>подієво</w:t>
      </w:r>
      <w:proofErr w:type="spellEnd"/>
      <w:r w:rsidRPr="00DE2274">
        <w:rPr>
          <w:rFonts w:ascii="Times New Roman" w:hAnsi="Times New Roman" w:cs="Times New Roman"/>
          <w:sz w:val="28"/>
          <w:szCs w:val="28"/>
          <w:lang w:val="uk-UA"/>
        </w:rPr>
        <w:t>-орієнтоване середовище та дозволяє у стислі терміни створювати працездатні двовимірні ігрові прототипи.</w:t>
      </w:r>
    </w:p>
    <w:p w14:paraId="1D5F6194" w14:textId="77777777" w:rsidR="00DE2274" w:rsidRPr="00DE2274" w:rsidRDefault="00DE2274" w:rsidP="00DE2274">
      <w:pPr>
        <w:spacing w:after="0" w:line="360" w:lineRule="auto"/>
        <w:ind w:firstLine="709"/>
        <w:jc w:val="both"/>
        <w:rPr>
          <w:rFonts w:ascii="Times New Roman" w:hAnsi="Times New Roman" w:cs="Times New Roman"/>
          <w:sz w:val="28"/>
          <w:szCs w:val="28"/>
          <w:lang w:val="uk-UA"/>
        </w:rPr>
      </w:pPr>
      <w:r w:rsidRPr="00DE2274">
        <w:rPr>
          <w:rFonts w:ascii="Times New Roman" w:hAnsi="Times New Roman" w:cs="Times New Roman"/>
          <w:sz w:val="28"/>
          <w:szCs w:val="28"/>
          <w:lang w:val="uk-UA"/>
        </w:rPr>
        <w:t xml:space="preserve">У межах даного розділу практична реалізація розглядається на прикладі створення простої двовимірної гри, що містить базові елементи ігрового процесу. Такий підхід дає змогу зосередитися на механізмах обробки подій і реалізації алгоритмів, не ускладнюючи </w:t>
      </w:r>
      <w:proofErr w:type="spellStart"/>
      <w:r w:rsidRPr="00DE2274">
        <w:rPr>
          <w:rFonts w:ascii="Times New Roman" w:hAnsi="Times New Roman" w:cs="Times New Roman"/>
          <w:sz w:val="28"/>
          <w:szCs w:val="28"/>
          <w:lang w:val="uk-UA"/>
        </w:rPr>
        <w:t>проєкт</w:t>
      </w:r>
      <w:proofErr w:type="spellEnd"/>
      <w:r w:rsidRPr="00DE2274">
        <w:rPr>
          <w:rFonts w:ascii="Times New Roman" w:hAnsi="Times New Roman" w:cs="Times New Roman"/>
          <w:sz w:val="28"/>
          <w:szCs w:val="28"/>
          <w:lang w:val="uk-UA"/>
        </w:rPr>
        <w:t xml:space="preserve"> надмірною функціональністю.</w:t>
      </w:r>
    </w:p>
    <w:p w14:paraId="6F2F2DC0" w14:textId="77777777" w:rsidR="00DE2274" w:rsidRPr="00DE2274" w:rsidRDefault="00DE2274" w:rsidP="00DE2274">
      <w:pPr>
        <w:spacing w:after="0" w:line="360" w:lineRule="auto"/>
        <w:ind w:firstLine="709"/>
        <w:jc w:val="both"/>
        <w:rPr>
          <w:rFonts w:ascii="Times New Roman" w:hAnsi="Times New Roman" w:cs="Times New Roman"/>
          <w:sz w:val="28"/>
          <w:szCs w:val="28"/>
          <w:lang w:val="uk-UA"/>
        </w:rPr>
      </w:pPr>
      <w:r w:rsidRPr="00DE2274">
        <w:rPr>
          <w:rFonts w:ascii="Times New Roman" w:hAnsi="Times New Roman" w:cs="Times New Roman"/>
          <w:sz w:val="28"/>
          <w:szCs w:val="28"/>
          <w:lang w:val="uk-UA"/>
        </w:rPr>
        <w:t>З урахуванням поставленої мети до гри висуваються такі основні вимоги:</w:t>
      </w:r>
    </w:p>
    <w:p w14:paraId="7FFB076C" w14:textId="77777777" w:rsidR="00DE2274" w:rsidRPr="00DE2274" w:rsidRDefault="00DE2274" w:rsidP="00DE2274">
      <w:pPr>
        <w:numPr>
          <w:ilvl w:val="0"/>
          <w:numId w:val="23"/>
        </w:numPr>
        <w:spacing w:after="0" w:line="360" w:lineRule="auto"/>
        <w:ind w:left="0" w:firstLine="709"/>
        <w:jc w:val="both"/>
        <w:rPr>
          <w:rFonts w:ascii="Times New Roman" w:hAnsi="Times New Roman" w:cs="Times New Roman"/>
          <w:sz w:val="28"/>
          <w:szCs w:val="28"/>
          <w:lang w:val="uk-UA"/>
        </w:rPr>
      </w:pPr>
      <w:r w:rsidRPr="00DE2274">
        <w:rPr>
          <w:rFonts w:ascii="Times New Roman" w:hAnsi="Times New Roman" w:cs="Times New Roman"/>
          <w:sz w:val="28"/>
          <w:szCs w:val="28"/>
          <w:lang w:val="uk-UA"/>
        </w:rPr>
        <w:t>забезпечення керування ігровим персонажем за допомогою користувацького вводу;</w:t>
      </w:r>
    </w:p>
    <w:p w14:paraId="5C58B0FF" w14:textId="77777777" w:rsidR="00DE2274" w:rsidRPr="00DE2274" w:rsidRDefault="00DE2274" w:rsidP="00DE2274">
      <w:pPr>
        <w:numPr>
          <w:ilvl w:val="0"/>
          <w:numId w:val="23"/>
        </w:numPr>
        <w:spacing w:after="0" w:line="360" w:lineRule="auto"/>
        <w:ind w:left="0" w:firstLine="709"/>
        <w:jc w:val="both"/>
        <w:rPr>
          <w:rFonts w:ascii="Times New Roman" w:hAnsi="Times New Roman" w:cs="Times New Roman"/>
          <w:sz w:val="28"/>
          <w:szCs w:val="28"/>
          <w:lang w:val="uk-UA"/>
        </w:rPr>
      </w:pPr>
      <w:r w:rsidRPr="00DE2274">
        <w:rPr>
          <w:rFonts w:ascii="Times New Roman" w:hAnsi="Times New Roman" w:cs="Times New Roman"/>
          <w:sz w:val="28"/>
          <w:szCs w:val="28"/>
          <w:lang w:val="uk-UA"/>
        </w:rPr>
        <w:t xml:space="preserve">реалізація </w:t>
      </w:r>
      <w:proofErr w:type="spellStart"/>
      <w:r w:rsidRPr="00DE2274">
        <w:rPr>
          <w:rFonts w:ascii="Times New Roman" w:hAnsi="Times New Roman" w:cs="Times New Roman"/>
          <w:sz w:val="28"/>
          <w:szCs w:val="28"/>
          <w:lang w:val="uk-UA"/>
        </w:rPr>
        <w:t>подієво</w:t>
      </w:r>
      <w:proofErr w:type="spellEnd"/>
      <w:r w:rsidRPr="00DE2274">
        <w:rPr>
          <w:rFonts w:ascii="Times New Roman" w:hAnsi="Times New Roman" w:cs="Times New Roman"/>
          <w:sz w:val="28"/>
          <w:szCs w:val="28"/>
          <w:lang w:val="uk-UA"/>
        </w:rPr>
        <w:t>-орієнтованої логіки взаємодії між ігровими об’єктами;</w:t>
      </w:r>
    </w:p>
    <w:p w14:paraId="518AFCBB" w14:textId="77777777" w:rsidR="00DE2274" w:rsidRPr="00DE2274" w:rsidRDefault="00DE2274" w:rsidP="00DE2274">
      <w:pPr>
        <w:numPr>
          <w:ilvl w:val="0"/>
          <w:numId w:val="23"/>
        </w:numPr>
        <w:spacing w:after="0" w:line="360" w:lineRule="auto"/>
        <w:ind w:left="0" w:firstLine="709"/>
        <w:jc w:val="both"/>
        <w:rPr>
          <w:rFonts w:ascii="Times New Roman" w:hAnsi="Times New Roman" w:cs="Times New Roman"/>
          <w:sz w:val="28"/>
          <w:szCs w:val="28"/>
          <w:lang w:val="uk-UA"/>
        </w:rPr>
      </w:pPr>
      <w:r w:rsidRPr="00DE2274">
        <w:rPr>
          <w:rFonts w:ascii="Times New Roman" w:hAnsi="Times New Roman" w:cs="Times New Roman"/>
          <w:sz w:val="28"/>
          <w:szCs w:val="28"/>
          <w:lang w:val="uk-UA"/>
        </w:rPr>
        <w:t>коректна обробка основних подій ігрового циклу (створення об’єктів, виконання кадру, зіткнення);</w:t>
      </w:r>
    </w:p>
    <w:p w14:paraId="5C0E6075" w14:textId="77777777" w:rsidR="00DE2274" w:rsidRPr="00DE2274" w:rsidRDefault="00DE2274" w:rsidP="00DE2274">
      <w:pPr>
        <w:numPr>
          <w:ilvl w:val="0"/>
          <w:numId w:val="23"/>
        </w:numPr>
        <w:spacing w:after="0" w:line="360" w:lineRule="auto"/>
        <w:ind w:left="0" w:firstLine="709"/>
        <w:jc w:val="both"/>
        <w:rPr>
          <w:rFonts w:ascii="Times New Roman" w:hAnsi="Times New Roman" w:cs="Times New Roman"/>
          <w:sz w:val="28"/>
          <w:szCs w:val="28"/>
          <w:lang w:val="uk-UA"/>
        </w:rPr>
      </w:pPr>
      <w:r w:rsidRPr="00DE2274">
        <w:rPr>
          <w:rFonts w:ascii="Times New Roman" w:hAnsi="Times New Roman" w:cs="Times New Roman"/>
          <w:sz w:val="28"/>
          <w:szCs w:val="28"/>
          <w:lang w:val="uk-UA"/>
        </w:rPr>
        <w:t>стабільна робота гри без критичних помилок і збоїв;</w:t>
      </w:r>
    </w:p>
    <w:p w14:paraId="2E975022" w14:textId="77777777" w:rsidR="00DE2274" w:rsidRPr="00DE2274" w:rsidRDefault="00DE2274" w:rsidP="00DE2274">
      <w:pPr>
        <w:numPr>
          <w:ilvl w:val="0"/>
          <w:numId w:val="23"/>
        </w:numPr>
        <w:spacing w:after="0" w:line="360" w:lineRule="auto"/>
        <w:ind w:left="0" w:firstLine="709"/>
        <w:jc w:val="both"/>
        <w:rPr>
          <w:rFonts w:ascii="Times New Roman" w:hAnsi="Times New Roman" w:cs="Times New Roman"/>
          <w:sz w:val="28"/>
          <w:szCs w:val="28"/>
          <w:lang w:val="uk-UA"/>
        </w:rPr>
      </w:pPr>
      <w:r w:rsidRPr="00DE2274">
        <w:rPr>
          <w:rFonts w:ascii="Times New Roman" w:hAnsi="Times New Roman" w:cs="Times New Roman"/>
          <w:sz w:val="28"/>
          <w:szCs w:val="28"/>
          <w:lang w:val="uk-UA"/>
        </w:rPr>
        <w:t xml:space="preserve">наочна демонстрація інтеграції алгоритмів обробки подій у середовищі </w:t>
      </w:r>
      <w:proofErr w:type="spellStart"/>
      <w:r w:rsidRPr="00DE2274">
        <w:rPr>
          <w:rFonts w:ascii="Times New Roman" w:hAnsi="Times New Roman" w:cs="Times New Roman"/>
          <w:sz w:val="28"/>
          <w:szCs w:val="28"/>
          <w:lang w:val="uk-UA"/>
        </w:rPr>
        <w:t>GameMaker</w:t>
      </w:r>
      <w:proofErr w:type="spellEnd"/>
      <w:r w:rsidRPr="00DE2274">
        <w:rPr>
          <w:rFonts w:ascii="Times New Roman" w:hAnsi="Times New Roman" w:cs="Times New Roman"/>
          <w:sz w:val="28"/>
          <w:szCs w:val="28"/>
          <w:lang w:val="uk-UA"/>
        </w:rPr>
        <w:t>.</w:t>
      </w:r>
    </w:p>
    <w:p w14:paraId="7DE9E3D7" w14:textId="77777777" w:rsidR="00DE2274" w:rsidRPr="00DE2274" w:rsidRDefault="00DE2274" w:rsidP="00DE2274">
      <w:pPr>
        <w:spacing w:after="0" w:line="360" w:lineRule="auto"/>
        <w:ind w:firstLine="709"/>
        <w:jc w:val="both"/>
        <w:rPr>
          <w:rFonts w:ascii="Times New Roman" w:hAnsi="Times New Roman" w:cs="Times New Roman"/>
          <w:sz w:val="28"/>
          <w:szCs w:val="28"/>
          <w:lang w:val="uk-UA"/>
        </w:rPr>
      </w:pPr>
      <w:r w:rsidRPr="00DE2274">
        <w:rPr>
          <w:rFonts w:ascii="Times New Roman" w:hAnsi="Times New Roman" w:cs="Times New Roman"/>
          <w:sz w:val="28"/>
          <w:szCs w:val="28"/>
          <w:lang w:val="uk-UA"/>
        </w:rPr>
        <w:t xml:space="preserve">Таким чином, практичний розділ має на меті не створення повноцінного комерційного ігрового продукту, а демонстрацію принципів і підходів до інтеграції алгоритмів обробки подій у </w:t>
      </w:r>
      <w:proofErr w:type="spellStart"/>
      <w:r w:rsidRPr="00DE2274">
        <w:rPr>
          <w:rFonts w:ascii="Times New Roman" w:hAnsi="Times New Roman" w:cs="Times New Roman"/>
          <w:sz w:val="28"/>
          <w:szCs w:val="28"/>
          <w:lang w:val="uk-UA"/>
        </w:rPr>
        <w:t>подієво</w:t>
      </w:r>
      <w:proofErr w:type="spellEnd"/>
      <w:r w:rsidRPr="00DE2274">
        <w:rPr>
          <w:rFonts w:ascii="Times New Roman" w:hAnsi="Times New Roman" w:cs="Times New Roman"/>
          <w:sz w:val="28"/>
          <w:szCs w:val="28"/>
          <w:lang w:val="uk-UA"/>
        </w:rPr>
        <w:t xml:space="preserve">-орієнтованому середовищі </w:t>
      </w:r>
      <w:proofErr w:type="spellStart"/>
      <w:r w:rsidRPr="00DE2274">
        <w:rPr>
          <w:rFonts w:ascii="Times New Roman" w:hAnsi="Times New Roman" w:cs="Times New Roman"/>
          <w:sz w:val="28"/>
          <w:szCs w:val="28"/>
          <w:lang w:val="uk-UA"/>
        </w:rPr>
        <w:t>GameMaker</w:t>
      </w:r>
      <w:proofErr w:type="spellEnd"/>
      <w:r w:rsidRPr="00DE2274">
        <w:rPr>
          <w:rFonts w:ascii="Times New Roman" w:hAnsi="Times New Roman" w:cs="Times New Roman"/>
          <w:sz w:val="28"/>
          <w:szCs w:val="28"/>
          <w:lang w:val="uk-UA"/>
        </w:rPr>
        <w:t xml:space="preserve">. У подальших підрозділах буде поетапно розглянуто процес створення ігрового </w:t>
      </w:r>
      <w:proofErr w:type="spellStart"/>
      <w:r w:rsidRPr="00DE2274">
        <w:rPr>
          <w:rFonts w:ascii="Times New Roman" w:hAnsi="Times New Roman" w:cs="Times New Roman"/>
          <w:sz w:val="28"/>
          <w:szCs w:val="28"/>
          <w:lang w:val="uk-UA"/>
        </w:rPr>
        <w:t>проєкту</w:t>
      </w:r>
      <w:proofErr w:type="spellEnd"/>
      <w:r w:rsidRPr="00DE2274">
        <w:rPr>
          <w:rFonts w:ascii="Times New Roman" w:hAnsi="Times New Roman" w:cs="Times New Roman"/>
          <w:sz w:val="28"/>
          <w:szCs w:val="28"/>
          <w:lang w:val="uk-UA"/>
        </w:rPr>
        <w:t xml:space="preserve"> — від підготовки середовища розробки та формування структури гри до реалізації основних алгоритмів обробки подій.</w:t>
      </w:r>
    </w:p>
    <w:p w14:paraId="1B9FB454" w14:textId="77777777" w:rsidR="00DE2274" w:rsidRPr="00DE2274" w:rsidRDefault="00DE2274" w:rsidP="00DC6652">
      <w:pPr>
        <w:spacing w:after="0" w:line="360" w:lineRule="auto"/>
        <w:jc w:val="both"/>
        <w:rPr>
          <w:rFonts w:ascii="Times New Roman" w:hAnsi="Times New Roman" w:cs="Times New Roman"/>
          <w:sz w:val="28"/>
          <w:szCs w:val="28"/>
          <w:lang w:val="uk-UA"/>
        </w:rPr>
      </w:pPr>
    </w:p>
    <w:p w14:paraId="6D69796E" w14:textId="3442429E" w:rsidR="000274D5" w:rsidRPr="000274D5" w:rsidRDefault="000274D5" w:rsidP="00DC6652">
      <w:pPr>
        <w:pStyle w:val="21"/>
        <w:spacing w:before="0" w:beforeAutospacing="0" w:after="0" w:afterAutospacing="0"/>
      </w:pPr>
      <w:bookmarkStart w:id="15" w:name="_Toc219710716"/>
      <w:proofErr w:type="gramStart"/>
      <w:r w:rsidRPr="000274D5">
        <w:t xml:space="preserve">3.2  </w:t>
      </w:r>
      <w:r w:rsidR="00510C7E">
        <w:rPr>
          <w:lang w:val="uk-UA"/>
        </w:rPr>
        <w:t>П</w:t>
      </w:r>
      <w:proofErr w:type="spellStart"/>
      <w:r w:rsidRPr="000274D5">
        <w:t>ідготовка</w:t>
      </w:r>
      <w:proofErr w:type="spellEnd"/>
      <w:proofErr w:type="gramEnd"/>
      <w:r w:rsidRPr="000274D5">
        <w:t xml:space="preserve"> </w:t>
      </w:r>
      <w:proofErr w:type="spellStart"/>
      <w:r w:rsidRPr="000274D5">
        <w:t>візуальної</w:t>
      </w:r>
      <w:proofErr w:type="spellEnd"/>
      <w:r w:rsidRPr="000274D5">
        <w:t xml:space="preserve"> </w:t>
      </w:r>
      <w:proofErr w:type="spellStart"/>
      <w:r w:rsidRPr="000274D5">
        <w:t>частини</w:t>
      </w:r>
      <w:proofErr w:type="spellEnd"/>
      <w:r w:rsidRPr="000274D5">
        <w:t xml:space="preserve"> до початку </w:t>
      </w:r>
      <w:proofErr w:type="spellStart"/>
      <w:r w:rsidRPr="000274D5">
        <w:t>проектвання</w:t>
      </w:r>
      <w:proofErr w:type="spellEnd"/>
      <w:r w:rsidRPr="000274D5">
        <w:t xml:space="preserve"> </w:t>
      </w:r>
      <w:proofErr w:type="spellStart"/>
      <w:r w:rsidRPr="000274D5">
        <w:t>гри</w:t>
      </w:r>
      <w:bookmarkEnd w:id="15"/>
      <w:proofErr w:type="spellEnd"/>
    </w:p>
    <w:p w14:paraId="660E034A" w14:textId="77777777" w:rsidR="00510C7E" w:rsidRPr="001639F1" w:rsidRDefault="00510C7E" w:rsidP="00DC6652">
      <w:pPr>
        <w:spacing w:after="0" w:line="360" w:lineRule="auto"/>
        <w:jc w:val="both"/>
        <w:rPr>
          <w:rFonts w:ascii="Times New Roman" w:hAnsi="Times New Roman" w:cs="Times New Roman"/>
          <w:sz w:val="28"/>
          <w:szCs w:val="28"/>
          <w:lang w:val="ru-RU"/>
        </w:rPr>
      </w:pPr>
    </w:p>
    <w:p w14:paraId="02646075" w14:textId="771B1BFF" w:rsidR="000274D5" w:rsidRPr="003D2A91" w:rsidRDefault="000274D5" w:rsidP="003D2A91">
      <w:pPr>
        <w:spacing w:after="0" w:line="360" w:lineRule="auto"/>
        <w:ind w:firstLine="709"/>
        <w:jc w:val="both"/>
        <w:rPr>
          <w:rFonts w:ascii="Times New Roman" w:hAnsi="Times New Roman" w:cs="Times New Roman"/>
          <w:sz w:val="28"/>
          <w:szCs w:val="28"/>
          <w:lang w:val="ru-RU"/>
        </w:rPr>
      </w:pPr>
      <w:proofErr w:type="gramStart"/>
      <w:r w:rsidRPr="003D2A91">
        <w:rPr>
          <w:rFonts w:ascii="Times New Roman" w:hAnsi="Times New Roman" w:cs="Times New Roman"/>
          <w:sz w:val="28"/>
          <w:szCs w:val="28"/>
          <w:lang w:val="ru-RU"/>
        </w:rPr>
        <w:t>В першу</w:t>
      </w:r>
      <w:proofErr w:type="gram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чергу</w:t>
      </w:r>
      <w:proofErr w:type="spellEnd"/>
      <w:r w:rsidRPr="003D2A91">
        <w:rPr>
          <w:rFonts w:ascii="Times New Roman" w:hAnsi="Times New Roman" w:cs="Times New Roman"/>
          <w:sz w:val="28"/>
          <w:szCs w:val="28"/>
          <w:lang w:val="ru-RU"/>
        </w:rPr>
        <w:t xml:space="preserve"> перед </w:t>
      </w:r>
      <w:proofErr w:type="spellStart"/>
      <w:r w:rsidRPr="003D2A91">
        <w:rPr>
          <w:rFonts w:ascii="Times New Roman" w:hAnsi="Times New Roman" w:cs="Times New Roman"/>
          <w:sz w:val="28"/>
          <w:szCs w:val="28"/>
          <w:lang w:val="ru-RU"/>
        </w:rPr>
        <w:t>реалізацією</w:t>
      </w:r>
      <w:proofErr w:type="spellEnd"/>
      <w:r w:rsidRPr="003D2A91">
        <w:rPr>
          <w:rFonts w:ascii="Times New Roman" w:hAnsi="Times New Roman" w:cs="Times New Roman"/>
          <w:sz w:val="28"/>
          <w:szCs w:val="28"/>
          <w:lang w:val="ru-RU"/>
        </w:rPr>
        <w:t xml:space="preserve"> проекту </w:t>
      </w:r>
      <w:proofErr w:type="spellStart"/>
      <w:r w:rsidRPr="003D2A91">
        <w:rPr>
          <w:rFonts w:ascii="Times New Roman" w:hAnsi="Times New Roman" w:cs="Times New Roman"/>
          <w:sz w:val="28"/>
          <w:szCs w:val="28"/>
          <w:lang w:val="ru-RU"/>
        </w:rPr>
        <w:t>подрібно</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приудмати</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ідею</w:t>
      </w:r>
      <w:proofErr w:type="spellEnd"/>
      <w:r w:rsidRPr="003D2A91">
        <w:rPr>
          <w:rFonts w:ascii="Times New Roman" w:hAnsi="Times New Roman" w:cs="Times New Roman"/>
          <w:sz w:val="28"/>
          <w:szCs w:val="28"/>
          <w:lang w:val="ru-RU"/>
        </w:rPr>
        <w:t xml:space="preserve"> а </w:t>
      </w:r>
      <w:proofErr w:type="spellStart"/>
      <w:r w:rsidRPr="003D2A91">
        <w:rPr>
          <w:rFonts w:ascii="Times New Roman" w:hAnsi="Times New Roman" w:cs="Times New Roman"/>
          <w:sz w:val="28"/>
          <w:szCs w:val="28"/>
          <w:lang w:val="ru-RU"/>
        </w:rPr>
        <w:t>вже</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потім</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реалзовувати</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її</w:t>
      </w:r>
      <w:proofErr w:type="spellEnd"/>
      <w:r w:rsidRPr="003D2A91">
        <w:rPr>
          <w:rFonts w:ascii="Times New Roman" w:hAnsi="Times New Roman" w:cs="Times New Roman"/>
          <w:sz w:val="28"/>
          <w:szCs w:val="28"/>
          <w:lang w:val="ru-RU"/>
        </w:rPr>
        <w:t xml:space="preserve">, а </w:t>
      </w:r>
      <w:proofErr w:type="spellStart"/>
      <w:r w:rsidRPr="003D2A91">
        <w:rPr>
          <w:rFonts w:ascii="Times New Roman" w:hAnsi="Times New Roman" w:cs="Times New Roman"/>
          <w:sz w:val="28"/>
          <w:szCs w:val="28"/>
          <w:lang w:val="ru-RU"/>
        </w:rPr>
        <w:t>допомогти</w:t>
      </w:r>
      <w:proofErr w:type="spellEnd"/>
      <w:r w:rsidRPr="003D2A91">
        <w:rPr>
          <w:rFonts w:ascii="Times New Roman" w:hAnsi="Times New Roman" w:cs="Times New Roman"/>
          <w:sz w:val="28"/>
          <w:szCs w:val="28"/>
          <w:lang w:val="ru-RU"/>
        </w:rPr>
        <w:t xml:space="preserve"> в </w:t>
      </w:r>
      <w:proofErr w:type="spellStart"/>
      <w:r w:rsidRPr="003D2A91">
        <w:rPr>
          <w:rFonts w:ascii="Times New Roman" w:hAnsi="Times New Roman" w:cs="Times New Roman"/>
          <w:sz w:val="28"/>
          <w:szCs w:val="28"/>
          <w:lang w:val="ru-RU"/>
        </w:rPr>
        <w:t>цьому</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може</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доволі</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багато</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інструментів</w:t>
      </w:r>
      <w:proofErr w:type="spellEnd"/>
      <w:r w:rsidRPr="003D2A91">
        <w:rPr>
          <w:rFonts w:ascii="Times New Roman" w:hAnsi="Times New Roman" w:cs="Times New Roman"/>
          <w:sz w:val="28"/>
          <w:szCs w:val="28"/>
          <w:lang w:val="ru-RU"/>
        </w:rPr>
        <w:t xml:space="preserve"> не </w:t>
      </w:r>
      <w:proofErr w:type="spellStart"/>
      <w:r w:rsidRPr="003D2A91">
        <w:rPr>
          <w:rFonts w:ascii="Times New Roman" w:hAnsi="Times New Roman" w:cs="Times New Roman"/>
          <w:sz w:val="28"/>
          <w:szCs w:val="28"/>
          <w:lang w:val="ru-RU"/>
        </w:rPr>
        <w:lastRenderedPageBreak/>
        <w:t>врахочвуючи</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ігрові</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рушії</w:t>
      </w:r>
      <w:proofErr w:type="spellEnd"/>
      <w:r w:rsidRPr="003D2A91">
        <w:rPr>
          <w:rFonts w:ascii="Times New Roman" w:hAnsi="Times New Roman" w:cs="Times New Roman"/>
          <w:sz w:val="28"/>
          <w:szCs w:val="28"/>
          <w:lang w:val="ru-RU"/>
        </w:rPr>
        <w:t xml:space="preserve">, а </w:t>
      </w:r>
      <w:proofErr w:type="spellStart"/>
      <w:r w:rsidRPr="003D2A91">
        <w:rPr>
          <w:rFonts w:ascii="Times New Roman" w:hAnsi="Times New Roman" w:cs="Times New Roman"/>
          <w:sz w:val="28"/>
          <w:szCs w:val="28"/>
          <w:lang w:val="ru-RU"/>
        </w:rPr>
        <w:t>ще</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потрібно</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знайти</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додатко</w:t>
      </w:r>
      <w:proofErr w:type="spellEnd"/>
      <w:r w:rsidRPr="003D2A91">
        <w:rPr>
          <w:rFonts w:ascii="Times New Roman" w:hAnsi="Times New Roman" w:cs="Times New Roman"/>
          <w:sz w:val="28"/>
          <w:szCs w:val="28"/>
          <w:lang w:val="ru-RU"/>
        </w:rPr>
        <w:t xml:space="preserve"> в </w:t>
      </w:r>
      <w:proofErr w:type="spellStart"/>
      <w:r w:rsidRPr="003D2A91">
        <w:rPr>
          <w:rFonts w:ascii="Times New Roman" w:hAnsi="Times New Roman" w:cs="Times New Roman"/>
          <w:sz w:val="28"/>
          <w:szCs w:val="28"/>
          <w:lang w:val="ru-RU"/>
        </w:rPr>
        <w:t>якому</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це</w:t>
      </w:r>
      <w:proofErr w:type="spellEnd"/>
      <w:r w:rsidRPr="003D2A91">
        <w:rPr>
          <w:rFonts w:ascii="Times New Roman" w:hAnsi="Times New Roman" w:cs="Times New Roman"/>
          <w:sz w:val="28"/>
          <w:szCs w:val="28"/>
          <w:lang w:val="ru-RU"/>
        </w:rPr>
        <w:t xml:space="preserve"> все буде </w:t>
      </w:r>
      <w:proofErr w:type="spellStart"/>
      <w:r w:rsidRPr="003D2A91">
        <w:rPr>
          <w:rFonts w:ascii="Times New Roman" w:hAnsi="Times New Roman" w:cs="Times New Roman"/>
          <w:sz w:val="28"/>
          <w:szCs w:val="28"/>
          <w:lang w:val="ru-RU"/>
        </w:rPr>
        <w:t>намалювано</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наприклад</w:t>
      </w:r>
      <w:proofErr w:type="spellEnd"/>
      <w:r w:rsidRPr="003D2A91">
        <w:rPr>
          <w:rFonts w:ascii="Times New Roman" w:hAnsi="Times New Roman" w:cs="Times New Roman"/>
          <w:sz w:val="28"/>
          <w:szCs w:val="28"/>
          <w:lang w:val="ru-RU"/>
        </w:rPr>
        <w:t xml:space="preserve"> я для </w:t>
      </w:r>
      <w:proofErr w:type="spellStart"/>
      <w:r w:rsidRPr="003D2A91">
        <w:rPr>
          <w:rFonts w:ascii="Times New Roman" w:hAnsi="Times New Roman" w:cs="Times New Roman"/>
          <w:sz w:val="28"/>
          <w:szCs w:val="28"/>
          <w:lang w:val="ru-RU"/>
        </w:rPr>
        <w:t>магістерської</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роботи</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використовував</w:t>
      </w:r>
      <w:proofErr w:type="spellEnd"/>
      <w:r w:rsidRPr="003D2A91">
        <w:rPr>
          <w:rFonts w:ascii="Times New Roman" w:hAnsi="Times New Roman" w:cs="Times New Roman"/>
          <w:sz w:val="28"/>
          <w:szCs w:val="28"/>
          <w:lang w:val="ru-RU"/>
        </w:rPr>
        <w:t xml:space="preserve"> </w:t>
      </w:r>
      <w:proofErr w:type="spellStart"/>
      <w:r w:rsidRPr="003D2A91">
        <w:rPr>
          <w:rFonts w:ascii="Times New Roman" w:hAnsi="Times New Roman" w:cs="Times New Roman"/>
          <w:sz w:val="28"/>
          <w:szCs w:val="28"/>
          <w:lang w:val="ru-RU"/>
        </w:rPr>
        <w:t>Aseprite</w:t>
      </w:r>
      <w:proofErr w:type="spellEnd"/>
      <w:r w:rsidRPr="003D2A91">
        <w:rPr>
          <w:rFonts w:ascii="Times New Roman" w:hAnsi="Times New Roman" w:cs="Times New Roman"/>
          <w:sz w:val="28"/>
          <w:szCs w:val="28"/>
          <w:lang w:val="ru-RU"/>
        </w:rPr>
        <w:t xml:space="preserve"> </w:t>
      </w:r>
      <w:r w:rsidR="00767F6B" w:rsidRPr="003D2A91">
        <w:rPr>
          <w:rFonts w:ascii="Times New Roman" w:hAnsi="Times New Roman" w:cs="Times New Roman"/>
          <w:sz w:val="28"/>
          <w:szCs w:val="28"/>
          <w:lang w:val="ru-RU"/>
        </w:rPr>
        <w:t xml:space="preserve"> </w:t>
      </w:r>
      <w:r w:rsidR="00323CB7" w:rsidRPr="003D2A91">
        <w:rPr>
          <w:rFonts w:ascii="Times New Roman" w:hAnsi="Times New Roman" w:cs="Times New Roman"/>
          <w:sz w:val="28"/>
          <w:szCs w:val="28"/>
          <w:lang w:val="ru-RU"/>
        </w:rPr>
        <w:t xml:space="preserve"> </w:t>
      </w:r>
    </w:p>
    <w:p w14:paraId="5FD526C5" w14:textId="609561DA" w:rsidR="00323CB7" w:rsidRPr="003D2A91" w:rsidRDefault="00323CB7" w:rsidP="003D2A91">
      <w:pPr>
        <w:pStyle w:val="a7"/>
        <w:spacing w:before="0" w:beforeAutospacing="0" w:after="0" w:afterAutospacing="0" w:line="360" w:lineRule="auto"/>
        <w:ind w:firstLine="709"/>
        <w:jc w:val="both"/>
        <w:rPr>
          <w:sz w:val="28"/>
          <w:szCs w:val="28"/>
        </w:rPr>
      </w:pPr>
      <w:proofErr w:type="spellStart"/>
      <w:r w:rsidRPr="003D2A91">
        <w:rPr>
          <w:rStyle w:val="a8"/>
          <w:b w:val="0"/>
          <w:bCs w:val="0"/>
          <w:sz w:val="28"/>
          <w:szCs w:val="28"/>
        </w:rPr>
        <w:t>Aseprite</w:t>
      </w:r>
      <w:proofErr w:type="spellEnd"/>
      <w:r w:rsidRPr="003D2A91">
        <w:rPr>
          <w:sz w:val="28"/>
          <w:szCs w:val="28"/>
        </w:rPr>
        <w:t xml:space="preserve"> </w:t>
      </w:r>
      <w:r w:rsidR="003D2A91" w:rsidRPr="003D2A91">
        <w:rPr>
          <w:sz w:val="28"/>
          <w:szCs w:val="28"/>
        </w:rPr>
        <w:t>–</w:t>
      </w:r>
      <w:r w:rsidRPr="003D2A91">
        <w:rPr>
          <w:sz w:val="28"/>
          <w:szCs w:val="28"/>
        </w:rPr>
        <w:t xml:space="preserve"> </w:t>
      </w:r>
      <w:proofErr w:type="spellStart"/>
      <w:r w:rsidRPr="003D2A91">
        <w:rPr>
          <w:sz w:val="28"/>
          <w:szCs w:val="28"/>
        </w:rPr>
        <w:t>умовно-безкоштовний</w:t>
      </w:r>
      <w:proofErr w:type="spellEnd"/>
      <w:r w:rsidRPr="003D2A91">
        <w:rPr>
          <w:sz w:val="28"/>
          <w:szCs w:val="28"/>
        </w:rPr>
        <w:t xml:space="preserve"> редактор </w:t>
      </w:r>
      <w:proofErr w:type="spellStart"/>
      <w:r w:rsidRPr="003D2A91">
        <w:rPr>
          <w:sz w:val="28"/>
          <w:szCs w:val="28"/>
        </w:rPr>
        <w:t>зображень</w:t>
      </w:r>
      <w:proofErr w:type="spellEnd"/>
      <w:r w:rsidRPr="003D2A91">
        <w:rPr>
          <w:sz w:val="28"/>
          <w:szCs w:val="28"/>
        </w:rPr>
        <w:t xml:space="preserve"> </w:t>
      </w:r>
      <w:proofErr w:type="spellStart"/>
      <w:r w:rsidRPr="003D2A91">
        <w:rPr>
          <w:sz w:val="28"/>
          <w:szCs w:val="28"/>
        </w:rPr>
        <w:t>із</w:t>
      </w:r>
      <w:proofErr w:type="spellEnd"/>
      <w:r w:rsidRPr="003D2A91">
        <w:rPr>
          <w:sz w:val="28"/>
          <w:szCs w:val="28"/>
        </w:rPr>
        <w:t xml:space="preserve"> </w:t>
      </w:r>
      <w:proofErr w:type="spellStart"/>
      <w:r w:rsidRPr="003D2A91">
        <w:rPr>
          <w:sz w:val="28"/>
          <w:szCs w:val="28"/>
        </w:rPr>
        <w:t>доступним</w:t>
      </w:r>
      <w:proofErr w:type="spellEnd"/>
      <w:r w:rsidRPr="003D2A91">
        <w:rPr>
          <w:sz w:val="28"/>
          <w:szCs w:val="28"/>
        </w:rPr>
        <w:t xml:space="preserve"> </w:t>
      </w:r>
      <w:proofErr w:type="spellStart"/>
      <w:r w:rsidRPr="003D2A91">
        <w:rPr>
          <w:sz w:val="28"/>
          <w:szCs w:val="28"/>
        </w:rPr>
        <w:t>вихідним</w:t>
      </w:r>
      <w:proofErr w:type="spellEnd"/>
      <w:r w:rsidRPr="003D2A91">
        <w:rPr>
          <w:sz w:val="28"/>
          <w:szCs w:val="28"/>
        </w:rPr>
        <w:t xml:space="preserve"> кодом, </w:t>
      </w:r>
      <w:proofErr w:type="spellStart"/>
      <w:r w:rsidRPr="003D2A91">
        <w:rPr>
          <w:sz w:val="28"/>
          <w:szCs w:val="28"/>
        </w:rPr>
        <w:t>призначений</w:t>
      </w:r>
      <w:proofErr w:type="spellEnd"/>
      <w:r w:rsidRPr="003D2A91">
        <w:rPr>
          <w:sz w:val="28"/>
          <w:szCs w:val="28"/>
        </w:rPr>
        <w:t xml:space="preserve"> </w:t>
      </w:r>
      <w:proofErr w:type="spellStart"/>
      <w:r w:rsidRPr="003D2A91">
        <w:rPr>
          <w:sz w:val="28"/>
          <w:szCs w:val="28"/>
        </w:rPr>
        <w:t>насамперед</w:t>
      </w:r>
      <w:proofErr w:type="spellEnd"/>
      <w:r w:rsidRPr="003D2A91">
        <w:rPr>
          <w:sz w:val="28"/>
          <w:szCs w:val="28"/>
        </w:rPr>
        <w:t xml:space="preserve"> для </w:t>
      </w:r>
      <w:proofErr w:type="spellStart"/>
      <w:r w:rsidRPr="003D2A91">
        <w:rPr>
          <w:sz w:val="28"/>
          <w:szCs w:val="28"/>
        </w:rPr>
        <w:t>малювання</w:t>
      </w:r>
      <w:proofErr w:type="spellEnd"/>
      <w:r w:rsidRPr="003D2A91">
        <w:rPr>
          <w:sz w:val="28"/>
          <w:szCs w:val="28"/>
        </w:rPr>
        <w:t xml:space="preserve"> та </w:t>
      </w:r>
      <w:proofErr w:type="spellStart"/>
      <w:r w:rsidRPr="003D2A91">
        <w:rPr>
          <w:sz w:val="28"/>
          <w:szCs w:val="28"/>
        </w:rPr>
        <w:t>анімації</w:t>
      </w:r>
      <w:proofErr w:type="spellEnd"/>
      <w:r w:rsidRPr="003D2A91">
        <w:rPr>
          <w:sz w:val="28"/>
          <w:szCs w:val="28"/>
        </w:rPr>
        <w:t xml:space="preserve"> у </w:t>
      </w:r>
      <w:proofErr w:type="spellStart"/>
      <w:r w:rsidRPr="003D2A91">
        <w:rPr>
          <w:sz w:val="28"/>
          <w:szCs w:val="28"/>
        </w:rPr>
        <w:t>стилі</w:t>
      </w:r>
      <w:proofErr w:type="spellEnd"/>
      <w:r w:rsidRPr="003D2A91">
        <w:rPr>
          <w:sz w:val="28"/>
          <w:szCs w:val="28"/>
        </w:rPr>
        <w:t xml:space="preserve"> </w:t>
      </w:r>
      <w:proofErr w:type="spellStart"/>
      <w:r w:rsidRPr="003D2A91">
        <w:rPr>
          <w:sz w:val="28"/>
          <w:szCs w:val="28"/>
        </w:rPr>
        <w:t>піксель</w:t>
      </w:r>
      <w:proofErr w:type="spellEnd"/>
      <w:r w:rsidRPr="003D2A91">
        <w:rPr>
          <w:sz w:val="28"/>
          <w:szCs w:val="28"/>
        </w:rPr>
        <w:t xml:space="preserve">-арт. </w:t>
      </w:r>
      <w:proofErr w:type="spellStart"/>
      <w:r w:rsidRPr="003D2A91">
        <w:rPr>
          <w:sz w:val="28"/>
          <w:szCs w:val="28"/>
        </w:rPr>
        <w:t>Він</w:t>
      </w:r>
      <w:proofErr w:type="spellEnd"/>
      <w:r w:rsidRPr="003D2A91">
        <w:rPr>
          <w:sz w:val="28"/>
          <w:szCs w:val="28"/>
        </w:rPr>
        <w:t xml:space="preserve"> </w:t>
      </w:r>
      <w:proofErr w:type="spellStart"/>
      <w:r w:rsidRPr="003D2A91">
        <w:rPr>
          <w:sz w:val="28"/>
          <w:szCs w:val="28"/>
        </w:rPr>
        <w:t>працює</w:t>
      </w:r>
      <w:proofErr w:type="spellEnd"/>
      <w:r w:rsidRPr="003D2A91">
        <w:rPr>
          <w:sz w:val="28"/>
          <w:szCs w:val="28"/>
        </w:rPr>
        <w:t xml:space="preserve"> на Windows, </w:t>
      </w:r>
      <w:proofErr w:type="spellStart"/>
      <w:r w:rsidRPr="003D2A91">
        <w:rPr>
          <w:sz w:val="28"/>
          <w:szCs w:val="28"/>
        </w:rPr>
        <w:t>macOS</w:t>
      </w:r>
      <w:proofErr w:type="spellEnd"/>
      <w:r w:rsidRPr="003D2A91">
        <w:rPr>
          <w:sz w:val="28"/>
          <w:szCs w:val="28"/>
        </w:rPr>
        <w:t xml:space="preserve"> і Linux. </w:t>
      </w:r>
      <w:proofErr w:type="spellStart"/>
      <w:r w:rsidRPr="003D2A91">
        <w:rPr>
          <w:sz w:val="28"/>
          <w:szCs w:val="28"/>
        </w:rPr>
        <w:t>Програма</w:t>
      </w:r>
      <w:proofErr w:type="spellEnd"/>
      <w:r w:rsidRPr="003D2A91">
        <w:rPr>
          <w:sz w:val="28"/>
          <w:szCs w:val="28"/>
        </w:rPr>
        <w:t xml:space="preserve"> </w:t>
      </w:r>
      <w:proofErr w:type="spellStart"/>
      <w:r w:rsidRPr="003D2A91">
        <w:rPr>
          <w:sz w:val="28"/>
          <w:szCs w:val="28"/>
        </w:rPr>
        <w:t>містить</w:t>
      </w:r>
      <w:proofErr w:type="spellEnd"/>
      <w:r w:rsidRPr="003D2A91">
        <w:rPr>
          <w:sz w:val="28"/>
          <w:szCs w:val="28"/>
        </w:rPr>
        <w:t xml:space="preserve"> </w:t>
      </w:r>
      <w:proofErr w:type="spellStart"/>
      <w:r w:rsidRPr="003D2A91">
        <w:rPr>
          <w:sz w:val="28"/>
          <w:szCs w:val="28"/>
        </w:rPr>
        <w:t>різноманітні</w:t>
      </w:r>
      <w:proofErr w:type="spellEnd"/>
      <w:r w:rsidRPr="003D2A91">
        <w:rPr>
          <w:sz w:val="28"/>
          <w:szCs w:val="28"/>
        </w:rPr>
        <w:t xml:space="preserve"> </w:t>
      </w:r>
      <w:proofErr w:type="spellStart"/>
      <w:r w:rsidRPr="003D2A91">
        <w:rPr>
          <w:sz w:val="28"/>
          <w:szCs w:val="28"/>
        </w:rPr>
        <w:t>інструменти</w:t>
      </w:r>
      <w:proofErr w:type="spellEnd"/>
      <w:r w:rsidRPr="003D2A91">
        <w:rPr>
          <w:sz w:val="28"/>
          <w:szCs w:val="28"/>
        </w:rPr>
        <w:t xml:space="preserve"> для </w:t>
      </w:r>
      <w:proofErr w:type="spellStart"/>
      <w:r w:rsidRPr="003D2A91">
        <w:rPr>
          <w:sz w:val="28"/>
          <w:szCs w:val="28"/>
        </w:rPr>
        <w:t>редагування</w:t>
      </w:r>
      <w:proofErr w:type="spellEnd"/>
      <w:r w:rsidRPr="003D2A91">
        <w:rPr>
          <w:sz w:val="28"/>
          <w:szCs w:val="28"/>
        </w:rPr>
        <w:t xml:space="preserve"> </w:t>
      </w:r>
      <w:proofErr w:type="spellStart"/>
      <w:r w:rsidRPr="003D2A91">
        <w:rPr>
          <w:sz w:val="28"/>
          <w:szCs w:val="28"/>
        </w:rPr>
        <w:t>зображень</w:t>
      </w:r>
      <w:proofErr w:type="spellEnd"/>
      <w:r w:rsidRPr="003D2A91">
        <w:rPr>
          <w:sz w:val="28"/>
          <w:szCs w:val="28"/>
        </w:rPr>
        <w:t xml:space="preserve"> та </w:t>
      </w:r>
      <w:proofErr w:type="spellStart"/>
      <w:r w:rsidRPr="003D2A91">
        <w:rPr>
          <w:sz w:val="28"/>
          <w:szCs w:val="28"/>
        </w:rPr>
        <w:t>анімації</w:t>
      </w:r>
      <w:proofErr w:type="spellEnd"/>
      <w:r w:rsidRPr="003D2A91">
        <w:rPr>
          <w:sz w:val="28"/>
          <w:szCs w:val="28"/>
        </w:rPr>
        <w:t xml:space="preserve">, </w:t>
      </w:r>
      <w:proofErr w:type="spellStart"/>
      <w:r w:rsidRPr="003D2A91">
        <w:rPr>
          <w:sz w:val="28"/>
          <w:szCs w:val="28"/>
        </w:rPr>
        <w:t>зокрема</w:t>
      </w:r>
      <w:proofErr w:type="spellEnd"/>
      <w:r w:rsidRPr="003D2A91">
        <w:rPr>
          <w:sz w:val="28"/>
          <w:szCs w:val="28"/>
        </w:rPr>
        <w:t xml:space="preserve"> </w:t>
      </w:r>
      <w:proofErr w:type="spellStart"/>
      <w:r w:rsidRPr="003D2A91">
        <w:rPr>
          <w:sz w:val="28"/>
          <w:szCs w:val="28"/>
        </w:rPr>
        <w:t>шари</w:t>
      </w:r>
      <w:proofErr w:type="spellEnd"/>
      <w:r w:rsidRPr="003D2A91">
        <w:rPr>
          <w:sz w:val="28"/>
          <w:szCs w:val="28"/>
        </w:rPr>
        <w:t xml:space="preserve">, кадри, </w:t>
      </w:r>
      <w:proofErr w:type="spellStart"/>
      <w:r w:rsidRPr="003D2A91">
        <w:rPr>
          <w:sz w:val="28"/>
          <w:szCs w:val="28"/>
        </w:rPr>
        <w:t>підтримку</w:t>
      </w:r>
      <w:proofErr w:type="spellEnd"/>
      <w:r w:rsidRPr="003D2A91">
        <w:rPr>
          <w:sz w:val="28"/>
          <w:szCs w:val="28"/>
        </w:rPr>
        <w:t xml:space="preserve"> </w:t>
      </w:r>
      <w:proofErr w:type="spellStart"/>
      <w:r w:rsidRPr="003D2A91">
        <w:rPr>
          <w:sz w:val="28"/>
          <w:szCs w:val="28"/>
        </w:rPr>
        <w:t>тайлових</w:t>
      </w:r>
      <w:proofErr w:type="spellEnd"/>
      <w:r w:rsidRPr="003D2A91">
        <w:rPr>
          <w:sz w:val="28"/>
          <w:szCs w:val="28"/>
        </w:rPr>
        <w:t xml:space="preserve"> карт, </w:t>
      </w:r>
      <w:proofErr w:type="spellStart"/>
      <w:r w:rsidRPr="003D2A91">
        <w:rPr>
          <w:sz w:val="28"/>
          <w:szCs w:val="28"/>
        </w:rPr>
        <w:t>інтерфейс</w:t>
      </w:r>
      <w:proofErr w:type="spellEnd"/>
      <w:r w:rsidRPr="003D2A91">
        <w:rPr>
          <w:sz w:val="28"/>
          <w:szCs w:val="28"/>
        </w:rPr>
        <w:t xml:space="preserve"> командного рядка та </w:t>
      </w:r>
      <w:proofErr w:type="spellStart"/>
      <w:r w:rsidRPr="003D2A91">
        <w:rPr>
          <w:sz w:val="28"/>
          <w:szCs w:val="28"/>
        </w:rPr>
        <w:t>інші</w:t>
      </w:r>
      <w:proofErr w:type="spellEnd"/>
      <w:r w:rsidRPr="003D2A91">
        <w:rPr>
          <w:sz w:val="28"/>
          <w:szCs w:val="28"/>
        </w:rPr>
        <w:t xml:space="preserve"> </w:t>
      </w:r>
      <w:proofErr w:type="spellStart"/>
      <w:r w:rsidRPr="003D2A91">
        <w:rPr>
          <w:sz w:val="28"/>
          <w:szCs w:val="28"/>
        </w:rPr>
        <w:t>можливості</w:t>
      </w:r>
      <w:proofErr w:type="spellEnd"/>
      <w:r w:rsidRPr="003D2A91">
        <w:rPr>
          <w:sz w:val="28"/>
          <w:szCs w:val="28"/>
        </w:rPr>
        <w:t xml:space="preserve">. </w:t>
      </w:r>
      <w:proofErr w:type="spellStart"/>
      <w:r w:rsidRPr="003D2A91">
        <w:rPr>
          <w:sz w:val="28"/>
          <w:szCs w:val="28"/>
        </w:rPr>
        <w:t>Aseprite</w:t>
      </w:r>
      <w:proofErr w:type="spellEnd"/>
      <w:r w:rsidRPr="003D2A91">
        <w:rPr>
          <w:sz w:val="28"/>
          <w:szCs w:val="28"/>
        </w:rPr>
        <w:t xml:space="preserve"> </w:t>
      </w:r>
      <w:proofErr w:type="spellStart"/>
      <w:r w:rsidRPr="003D2A91">
        <w:rPr>
          <w:sz w:val="28"/>
          <w:szCs w:val="28"/>
        </w:rPr>
        <w:t>розробляється</w:t>
      </w:r>
      <w:proofErr w:type="spellEnd"/>
      <w:r w:rsidRPr="003D2A91">
        <w:rPr>
          <w:sz w:val="28"/>
          <w:szCs w:val="28"/>
        </w:rPr>
        <w:t xml:space="preserve"> </w:t>
      </w:r>
      <w:proofErr w:type="spellStart"/>
      <w:r w:rsidRPr="003D2A91">
        <w:rPr>
          <w:sz w:val="28"/>
          <w:szCs w:val="28"/>
        </w:rPr>
        <w:t>компанією</w:t>
      </w:r>
      <w:proofErr w:type="spellEnd"/>
      <w:r w:rsidRPr="003D2A91">
        <w:rPr>
          <w:sz w:val="28"/>
          <w:szCs w:val="28"/>
        </w:rPr>
        <w:t xml:space="preserve"> </w:t>
      </w:r>
      <w:proofErr w:type="spellStart"/>
      <w:r w:rsidRPr="003D2A91">
        <w:rPr>
          <w:rStyle w:val="a8"/>
          <w:b w:val="0"/>
          <w:bCs w:val="0"/>
          <w:sz w:val="28"/>
          <w:szCs w:val="28"/>
        </w:rPr>
        <w:t>Igara</w:t>
      </w:r>
      <w:proofErr w:type="spellEnd"/>
      <w:r w:rsidRPr="003D2A91">
        <w:rPr>
          <w:rStyle w:val="a8"/>
          <w:b w:val="0"/>
          <w:bCs w:val="0"/>
          <w:sz w:val="28"/>
          <w:szCs w:val="28"/>
        </w:rPr>
        <w:t xml:space="preserve"> Studio SA</w:t>
      </w:r>
      <w:r w:rsidRPr="003D2A91">
        <w:rPr>
          <w:sz w:val="28"/>
          <w:szCs w:val="28"/>
        </w:rPr>
        <w:t xml:space="preserve"> </w:t>
      </w:r>
      <w:proofErr w:type="spellStart"/>
      <w:r w:rsidRPr="003D2A91">
        <w:rPr>
          <w:sz w:val="28"/>
          <w:szCs w:val="28"/>
        </w:rPr>
        <w:t>під</w:t>
      </w:r>
      <w:proofErr w:type="spellEnd"/>
      <w:r w:rsidRPr="003D2A91">
        <w:rPr>
          <w:sz w:val="28"/>
          <w:szCs w:val="28"/>
        </w:rPr>
        <w:t xml:space="preserve"> </w:t>
      </w:r>
      <w:proofErr w:type="spellStart"/>
      <w:r w:rsidRPr="003D2A91">
        <w:rPr>
          <w:sz w:val="28"/>
          <w:szCs w:val="28"/>
        </w:rPr>
        <w:t>керівництвом</w:t>
      </w:r>
      <w:proofErr w:type="spellEnd"/>
      <w:r w:rsidRPr="003D2A91">
        <w:rPr>
          <w:sz w:val="28"/>
          <w:szCs w:val="28"/>
        </w:rPr>
        <w:t xml:space="preserve"> </w:t>
      </w:r>
      <w:proofErr w:type="spellStart"/>
      <w:r w:rsidRPr="003D2A91">
        <w:rPr>
          <w:sz w:val="28"/>
          <w:szCs w:val="28"/>
        </w:rPr>
        <w:t>розробників</w:t>
      </w:r>
      <w:proofErr w:type="spellEnd"/>
      <w:r w:rsidRPr="003D2A91">
        <w:rPr>
          <w:sz w:val="28"/>
          <w:szCs w:val="28"/>
        </w:rPr>
        <w:t xml:space="preserve"> Давида, Гаспара та </w:t>
      </w:r>
      <w:proofErr w:type="spellStart"/>
      <w:r w:rsidRPr="003D2A91">
        <w:rPr>
          <w:sz w:val="28"/>
          <w:szCs w:val="28"/>
        </w:rPr>
        <w:t>Мартіна</w:t>
      </w:r>
      <w:proofErr w:type="spellEnd"/>
      <w:r w:rsidRPr="003D2A91">
        <w:rPr>
          <w:sz w:val="28"/>
          <w:szCs w:val="28"/>
        </w:rPr>
        <w:t xml:space="preserve"> Капелло. </w:t>
      </w:r>
      <w:proofErr w:type="spellStart"/>
      <w:r w:rsidRPr="003D2A91">
        <w:rPr>
          <w:sz w:val="28"/>
          <w:szCs w:val="28"/>
        </w:rPr>
        <w:t>Програму</w:t>
      </w:r>
      <w:proofErr w:type="spellEnd"/>
      <w:r w:rsidRPr="003D2A91">
        <w:rPr>
          <w:sz w:val="28"/>
          <w:szCs w:val="28"/>
        </w:rPr>
        <w:t xml:space="preserve"> </w:t>
      </w:r>
      <w:proofErr w:type="spellStart"/>
      <w:r w:rsidRPr="003D2A91">
        <w:rPr>
          <w:sz w:val="28"/>
          <w:szCs w:val="28"/>
        </w:rPr>
        <w:t>можна</w:t>
      </w:r>
      <w:proofErr w:type="spellEnd"/>
      <w:r w:rsidRPr="003D2A91">
        <w:rPr>
          <w:sz w:val="28"/>
          <w:szCs w:val="28"/>
        </w:rPr>
        <w:t xml:space="preserve"> </w:t>
      </w:r>
      <w:proofErr w:type="spellStart"/>
      <w:r w:rsidRPr="003D2A91">
        <w:rPr>
          <w:sz w:val="28"/>
          <w:szCs w:val="28"/>
        </w:rPr>
        <w:t>придбати</w:t>
      </w:r>
      <w:proofErr w:type="spellEnd"/>
      <w:r w:rsidRPr="003D2A91">
        <w:rPr>
          <w:sz w:val="28"/>
          <w:szCs w:val="28"/>
        </w:rPr>
        <w:t xml:space="preserve"> у </w:t>
      </w:r>
      <w:proofErr w:type="spellStart"/>
      <w:r w:rsidRPr="003D2A91">
        <w:rPr>
          <w:sz w:val="28"/>
          <w:szCs w:val="28"/>
        </w:rPr>
        <w:t>Steam</w:t>
      </w:r>
      <w:proofErr w:type="spellEnd"/>
      <w:r w:rsidRPr="003D2A91">
        <w:rPr>
          <w:sz w:val="28"/>
          <w:szCs w:val="28"/>
        </w:rPr>
        <w:t xml:space="preserve"> </w:t>
      </w:r>
      <w:proofErr w:type="spellStart"/>
      <w:r w:rsidRPr="003D2A91">
        <w:rPr>
          <w:sz w:val="28"/>
          <w:szCs w:val="28"/>
        </w:rPr>
        <w:t>або</w:t>
      </w:r>
      <w:proofErr w:type="spellEnd"/>
      <w:r w:rsidRPr="003D2A91">
        <w:rPr>
          <w:sz w:val="28"/>
          <w:szCs w:val="28"/>
        </w:rPr>
        <w:t xml:space="preserve"> на Itch.io. </w:t>
      </w:r>
      <w:proofErr w:type="spellStart"/>
      <w:r w:rsidRPr="003D2A91">
        <w:rPr>
          <w:sz w:val="28"/>
          <w:szCs w:val="28"/>
        </w:rPr>
        <w:t>Також</w:t>
      </w:r>
      <w:proofErr w:type="spellEnd"/>
      <w:r w:rsidRPr="003D2A91">
        <w:rPr>
          <w:sz w:val="28"/>
          <w:szCs w:val="28"/>
        </w:rPr>
        <w:t xml:space="preserve"> </w:t>
      </w:r>
      <w:proofErr w:type="spellStart"/>
      <w:r w:rsidRPr="003D2A91">
        <w:rPr>
          <w:sz w:val="28"/>
          <w:szCs w:val="28"/>
        </w:rPr>
        <w:t>існує</w:t>
      </w:r>
      <w:proofErr w:type="spellEnd"/>
      <w:r w:rsidRPr="003D2A91">
        <w:rPr>
          <w:sz w:val="28"/>
          <w:szCs w:val="28"/>
        </w:rPr>
        <w:t xml:space="preserve"> </w:t>
      </w:r>
      <w:proofErr w:type="spellStart"/>
      <w:r w:rsidRPr="003D2A91">
        <w:rPr>
          <w:sz w:val="28"/>
          <w:szCs w:val="28"/>
        </w:rPr>
        <w:t>можливість</w:t>
      </w:r>
      <w:proofErr w:type="spellEnd"/>
      <w:r w:rsidRPr="003D2A91">
        <w:rPr>
          <w:sz w:val="28"/>
          <w:szCs w:val="28"/>
        </w:rPr>
        <w:t xml:space="preserve"> </w:t>
      </w:r>
      <w:proofErr w:type="spellStart"/>
      <w:r w:rsidRPr="003D2A91">
        <w:rPr>
          <w:sz w:val="28"/>
          <w:szCs w:val="28"/>
        </w:rPr>
        <w:t>самостійно</w:t>
      </w:r>
      <w:proofErr w:type="spellEnd"/>
      <w:r w:rsidRPr="003D2A91">
        <w:rPr>
          <w:sz w:val="28"/>
          <w:szCs w:val="28"/>
        </w:rPr>
        <w:t xml:space="preserve"> </w:t>
      </w:r>
      <w:proofErr w:type="spellStart"/>
      <w:r w:rsidRPr="003D2A91">
        <w:rPr>
          <w:sz w:val="28"/>
          <w:szCs w:val="28"/>
        </w:rPr>
        <w:t>скомпілювати</w:t>
      </w:r>
      <w:proofErr w:type="spellEnd"/>
      <w:r w:rsidRPr="003D2A91">
        <w:rPr>
          <w:sz w:val="28"/>
          <w:szCs w:val="28"/>
        </w:rPr>
        <w:t xml:space="preserve"> </w:t>
      </w:r>
      <w:proofErr w:type="spellStart"/>
      <w:r w:rsidRPr="003D2A91">
        <w:rPr>
          <w:sz w:val="28"/>
          <w:szCs w:val="28"/>
        </w:rPr>
        <w:t>програму</w:t>
      </w:r>
      <w:proofErr w:type="spellEnd"/>
      <w:r w:rsidRPr="003D2A91">
        <w:rPr>
          <w:sz w:val="28"/>
          <w:szCs w:val="28"/>
        </w:rPr>
        <w:t xml:space="preserve"> </w:t>
      </w:r>
      <w:proofErr w:type="spellStart"/>
      <w:r w:rsidRPr="003D2A91">
        <w:rPr>
          <w:sz w:val="28"/>
          <w:szCs w:val="28"/>
        </w:rPr>
        <w:t>або</w:t>
      </w:r>
      <w:proofErr w:type="spellEnd"/>
      <w:r w:rsidRPr="003D2A91">
        <w:rPr>
          <w:sz w:val="28"/>
          <w:szCs w:val="28"/>
        </w:rPr>
        <w:t xml:space="preserve"> </w:t>
      </w:r>
      <w:proofErr w:type="spellStart"/>
      <w:r w:rsidRPr="003D2A91">
        <w:rPr>
          <w:sz w:val="28"/>
          <w:szCs w:val="28"/>
        </w:rPr>
        <w:t>встановити</w:t>
      </w:r>
      <w:proofErr w:type="spellEnd"/>
      <w:r w:rsidRPr="003D2A91">
        <w:rPr>
          <w:sz w:val="28"/>
          <w:szCs w:val="28"/>
        </w:rPr>
        <w:t xml:space="preserve"> </w:t>
      </w:r>
      <w:proofErr w:type="spellStart"/>
      <w:r w:rsidRPr="003D2A91">
        <w:rPr>
          <w:sz w:val="28"/>
          <w:szCs w:val="28"/>
        </w:rPr>
        <w:t>пробну</w:t>
      </w:r>
      <w:proofErr w:type="spellEnd"/>
      <w:r w:rsidRPr="003D2A91">
        <w:rPr>
          <w:sz w:val="28"/>
          <w:szCs w:val="28"/>
        </w:rPr>
        <w:t xml:space="preserve"> </w:t>
      </w:r>
      <w:proofErr w:type="spellStart"/>
      <w:r w:rsidRPr="003D2A91">
        <w:rPr>
          <w:sz w:val="28"/>
          <w:szCs w:val="28"/>
        </w:rPr>
        <w:t>версію</w:t>
      </w:r>
      <w:proofErr w:type="spellEnd"/>
      <w:r w:rsidRPr="003D2A91">
        <w:rPr>
          <w:sz w:val="28"/>
          <w:szCs w:val="28"/>
        </w:rPr>
        <w:t xml:space="preserve">. </w:t>
      </w:r>
      <w:proofErr w:type="spellStart"/>
      <w:r w:rsidRPr="003D2A91">
        <w:rPr>
          <w:sz w:val="28"/>
          <w:szCs w:val="28"/>
        </w:rPr>
        <w:t>Вихідний</w:t>
      </w:r>
      <w:proofErr w:type="spellEnd"/>
      <w:r w:rsidRPr="003D2A91">
        <w:rPr>
          <w:sz w:val="28"/>
          <w:szCs w:val="28"/>
        </w:rPr>
        <w:t xml:space="preserve"> код і </w:t>
      </w:r>
      <w:proofErr w:type="spellStart"/>
      <w:r w:rsidRPr="003D2A91">
        <w:rPr>
          <w:sz w:val="28"/>
          <w:szCs w:val="28"/>
        </w:rPr>
        <w:t>бінарні</w:t>
      </w:r>
      <w:proofErr w:type="spellEnd"/>
      <w:r w:rsidRPr="003D2A91">
        <w:rPr>
          <w:sz w:val="28"/>
          <w:szCs w:val="28"/>
        </w:rPr>
        <w:t xml:space="preserve"> </w:t>
      </w:r>
      <w:proofErr w:type="spellStart"/>
      <w:r w:rsidRPr="003D2A91">
        <w:rPr>
          <w:sz w:val="28"/>
          <w:szCs w:val="28"/>
        </w:rPr>
        <w:t>файли</w:t>
      </w:r>
      <w:proofErr w:type="spellEnd"/>
      <w:r w:rsidRPr="003D2A91">
        <w:rPr>
          <w:sz w:val="28"/>
          <w:szCs w:val="28"/>
        </w:rPr>
        <w:t xml:space="preserve"> </w:t>
      </w:r>
      <w:proofErr w:type="spellStart"/>
      <w:r w:rsidRPr="003D2A91">
        <w:rPr>
          <w:sz w:val="28"/>
          <w:szCs w:val="28"/>
        </w:rPr>
        <w:t>Aseprite</w:t>
      </w:r>
      <w:proofErr w:type="spellEnd"/>
      <w:r w:rsidRPr="003D2A91">
        <w:rPr>
          <w:sz w:val="28"/>
          <w:szCs w:val="28"/>
        </w:rPr>
        <w:t xml:space="preserve"> </w:t>
      </w:r>
      <w:proofErr w:type="spellStart"/>
      <w:r w:rsidRPr="003D2A91">
        <w:rPr>
          <w:sz w:val="28"/>
          <w:szCs w:val="28"/>
        </w:rPr>
        <w:t>поширюються</w:t>
      </w:r>
      <w:proofErr w:type="spellEnd"/>
      <w:r w:rsidRPr="003D2A91">
        <w:rPr>
          <w:sz w:val="28"/>
          <w:szCs w:val="28"/>
        </w:rPr>
        <w:t xml:space="preserve"> за </w:t>
      </w:r>
      <w:proofErr w:type="spellStart"/>
      <w:r w:rsidRPr="003D2A91">
        <w:rPr>
          <w:sz w:val="28"/>
          <w:szCs w:val="28"/>
        </w:rPr>
        <w:t>ліцензіями</w:t>
      </w:r>
      <w:proofErr w:type="spellEnd"/>
      <w:r w:rsidRPr="003D2A91">
        <w:rPr>
          <w:sz w:val="28"/>
          <w:szCs w:val="28"/>
        </w:rPr>
        <w:t xml:space="preserve"> EULA, </w:t>
      </w:r>
      <w:proofErr w:type="spellStart"/>
      <w:r w:rsidRPr="003D2A91">
        <w:rPr>
          <w:sz w:val="28"/>
          <w:szCs w:val="28"/>
        </w:rPr>
        <w:t>освітньою</w:t>
      </w:r>
      <w:proofErr w:type="spellEnd"/>
      <w:r w:rsidRPr="003D2A91">
        <w:rPr>
          <w:sz w:val="28"/>
          <w:szCs w:val="28"/>
        </w:rPr>
        <w:t xml:space="preserve"> </w:t>
      </w:r>
      <w:proofErr w:type="spellStart"/>
      <w:r w:rsidRPr="003D2A91">
        <w:rPr>
          <w:sz w:val="28"/>
          <w:szCs w:val="28"/>
        </w:rPr>
        <w:t>ліцензією</w:t>
      </w:r>
      <w:proofErr w:type="spellEnd"/>
      <w:r w:rsidRPr="003D2A91">
        <w:rPr>
          <w:sz w:val="28"/>
          <w:szCs w:val="28"/>
        </w:rPr>
        <w:t xml:space="preserve"> та </w:t>
      </w:r>
      <w:proofErr w:type="spellStart"/>
      <w:r w:rsidRPr="003D2A91">
        <w:rPr>
          <w:sz w:val="28"/>
          <w:szCs w:val="28"/>
        </w:rPr>
        <w:t>пропрієтарною</w:t>
      </w:r>
      <w:proofErr w:type="spellEnd"/>
      <w:r w:rsidRPr="003D2A91">
        <w:rPr>
          <w:sz w:val="28"/>
          <w:szCs w:val="28"/>
        </w:rPr>
        <w:t xml:space="preserve"> </w:t>
      </w:r>
      <w:proofErr w:type="spellStart"/>
      <w:r w:rsidRPr="003D2A91">
        <w:rPr>
          <w:sz w:val="28"/>
          <w:szCs w:val="28"/>
        </w:rPr>
        <w:t>ліцензією</w:t>
      </w:r>
      <w:proofErr w:type="spellEnd"/>
      <w:r w:rsidRPr="003D2A91">
        <w:rPr>
          <w:sz w:val="28"/>
          <w:szCs w:val="28"/>
        </w:rPr>
        <w:t xml:space="preserve"> </w:t>
      </w:r>
      <w:proofErr w:type="spellStart"/>
      <w:r w:rsidRPr="003D2A91">
        <w:rPr>
          <w:sz w:val="28"/>
          <w:szCs w:val="28"/>
        </w:rPr>
        <w:t>Steam</w:t>
      </w:r>
      <w:proofErr w:type="spellEnd"/>
      <w:r w:rsidRPr="003D2A91">
        <w:rPr>
          <w:sz w:val="28"/>
          <w:szCs w:val="28"/>
        </w:rPr>
        <w:t>.</w:t>
      </w:r>
    </w:p>
    <w:p w14:paraId="0F3D2B3D" w14:textId="77777777" w:rsidR="00323CB7" w:rsidRPr="003D2A91" w:rsidRDefault="00323CB7" w:rsidP="003D2A91">
      <w:pPr>
        <w:pStyle w:val="a7"/>
        <w:spacing w:before="0" w:beforeAutospacing="0" w:after="0" w:afterAutospacing="0" w:line="360" w:lineRule="auto"/>
        <w:ind w:firstLine="709"/>
        <w:jc w:val="both"/>
        <w:rPr>
          <w:sz w:val="28"/>
          <w:szCs w:val="28"/>
        </w:rPr>
      </w:pPr>
      <w:proofErr w:type="spellStart"/>
      <w:r w:rsidRPr="003D2A91">
        <w:rPr>
          <w:sz w:val="28"/>
          <w:szCs w:val="28"/>
        </w:rPr>
        <w:t>Aseprite</w:t>
      </w:r>
      <w:proofErr w:type="spellEnd"/>
      <w:r w:rsidRPr="003D2A91">
        <w:rPr>
          <w:sz w:val="28"/>
          <w:szCs w:val="28"/>
        </w:rPr>
        <w:t xml:space="preserve">, </w:t>
      </w:r>
      <w:proofErr w:type="spellStart"/>
      <w:r w:rsidRPr="003D2A91">
        <w:rPr>
          <w:sz w:val="28"/>
          <w:szCs w:val="28"/>
        </w:rPr>
        <w:t>раніше</w:t>
      </w:r>
      <w:proofErr w:type="spellEnd"/>
      <w:r w:rsidRPr="003D2A91">
        <w:rPr>
          <w:sz w:val="28"/>
          <w:szCs w:val="28"/>
        </w:rPr>
        <w:t xml:space="preserve"> </w:t>
      </w:r>
      <w:proofErr w:type="spellStart"/>
      <w:r w:rsidRPr="003D2A91">
        <w:rPr>
          <w:sz w:val="28"/>
          <w:szCs w:val="28"/>
        </w:rPr>
        <w:t>відомий</w:t>
      </w:r>
      <w:proofErr w:type="spellEnd"/>
      <w:r w:rsidRPr="003D2A91">
        <w:rPr>
          <w:sz w:val="28"/>
          <w:szCs w:val="28"/>
        </w:rPr>
        <w:t xml:space="preserve"> як </w:t>
      </w:r>
      <w:proofErr w:type="spellStart"/>
      <w:r w:rsidRPr="003D2A91">
        <w:rPr>
          <w:rStyle w:val="a8"/>
          <w:b w:val="0"/>
          <w:bCs w:val="0"/>
          <w:sz w:val="28"/>
          <w:szCs w:val="28"/>
        </w:rPr>
        <w:t>Allegro</w:t>
      </w:r>
      <w:proofErr w:type="spellEnd"/>
      <w:r w:rsidRPr="003D2A91">
        <w:rPr>
          <w:rStyle w:val="a8"/>
          <w:b w:val="0"/>
          <w:bCs w:val="0"/>
          <w:sz w:val="28"/>
          <w:szCs w:val="28"/>
        </w:rPr>
        <w:t xml:space="preserve"> Sprite Editor</w:t>
      </w:r>
      <w:r w:rsidRPr="003D2A91">
        <w:rPr>
          <w:sz w:val="28"/>
          <w:szCs w:val="28"/>
        </w:rPr>
        <w:t xml:space="preserve">, </w:t>
      </w:r>
      <w:proofErr w:type="spellStart"/>
      <w:r w:rsidRPr="003D2A91">
        <w:rPr>
          <w:sz w:val="28"/>
          <w:szCs w:val="28"/>
        </w:rPr>
        <w:t>уперше</w:t>
      </w:r>
      <w:proofErr w:type="spellEnd"/>
      <w:r w:rsidRPr="003D2A91">
        <w:rPr>
          <w:sz w:val="28"/>
          <w:szCs w:val="28"/>
        </w:rPr>
        <w:t xml:space="preserve"> </w:t>
      </w:r>
      <w:proofErr w:type="spellStart"/>
      <w:r w:rsidRPr="003D2A91">
        <w:rPr>
          <w:sz w:val="28"/>
          <w:szCs w:val="28"/>
        </w:rPr>
        <w:t>був</w:t>
      </w:r>
      <w:proofErr w:type="spellEnd"/>
      <w:r w:rsidRPr="003D2A91">
        <w:rPr>
          <w:sz w:val="28"/>
          <w:szCs w:val="28"/>
        </w:rPr>
        <w:t xml:space="preserve"> </w:t>
      </w:r>
      <w:proofErr w:type="spellStart"/>
      <w:r w:rsidRPr="003D2A91">
        <w:rPr>
          <w:sz w:val="28"/>
          <w:szCs w:val="28"/>
        </w:rPr>
        <w:t>випущений</w:t>
      </w:r>
      <w:proofErr w:type="spellEnd"/>
      <w:r w:rsidRPr="003D2A91">
        <w:rPr>
          <w:sz w:val="28"/>
          <w:szCs w:val="28"/>
        </w:rPr>
        <w:t xml:space="preserve"> у 2001 </w:t>
      </w:r>
      <w:proofErr w:type="spellStart"/>
      <w:r w:rsidRPr="003D2A91">
        <w:rPr>
          <w:sz w:val="28"/>
          <w:szCs w:val="28"/>
        </w:rPr>
        <w:t>році</w:t>
      </w:r>
      <w:proofErr w:type="spellEnd"/>
      <w:r w:rsidRPr="003D2A91">
        <w:rPr>
          <w:sz w:val="28"/>
          <w:szCs w:val="28"/>
        </w:rPr>
        <w:t xml:space="preserve"> як </w:t>
      </w:r>
      <w:proofErr w:type="spellStart"/>
      <w:r w:rsidRPr="003D2A91">
        <w:rPr>
          <w:sz w:val="28"/>
          <w:szCs w:val="28"/>
        </w:rPr>
        <w:t>проєкт</w:t>
      </w:r>
      <w:proofErr w:type="spellEnd"/>
      <w:r w:rsidRPr="003D2A91">
        <w:rPr>
          <w:sz w:val="28"/>
          <w:szCs w:val="28"/>
        </w:rPr>
        <w:t xml:space="preserve"> </w:t>
      </w:r>
      <w:proofErr w:type="spellStart"/>
      <w:r w:rsidRPr="003D2A91">
        <w:rPr>
          <w:sz w:val="28"/>
          <w:szCs w:val="28"/>
        </w:rPr>
        <w:t>вільного</w:t>
      </w:r>
      <w:proofErr w:type="spellEnd"/>
      <w:r w:rsidRPr="003D2A91">
        <w:rPr>
          <w:sz w:val="28"/>
          <w:szCs w:val="28"/>
        </w:rPr>
        <w:t xml:space="preserve"> </w:t>
      </w:r>
      <w:proofErr w:type="spellStart"/>
      <w:r w:rsidRPr="003D2A91">
        <w:rPr>
          <w:sz w:val="28"/>
          <w:szCs w:val="28"/>
        </w:rPr>
        <w:t>програмного</w:t>
      </w:r>
      <w:proofErr w:type="spellEnd"/>
      <w:r w:rsidRPr="003D2A91">
        <w:rPr>
          <w:sz w:val="28"/>
          <w:szCs w:val="28"/>
        </w:rPr>
        <w:t xml:space="preserve"> </w:t>
      </w:r>
      <w:proofErr w:type="spellStart"/>
      <w:r w:rsidRPr="003D2A91">
        <w:rPr>
          <w:sz w:val="28"/>
          <w:szCs w:val="28"/>
        </w:rPr>
        <w:t>забезпечення</w:t>
      </w:r>
      <w:proofErr w:type="spellEnd"/>
      <w:r w:rsidRPr="003D2A91">
        <w:rPr>
          <w:sz w:val="28"/>
          <w:szCs w:val="28"/>
        </w:rPr>
        <w:t xml:space="preserve"> </w:t>
      </w:r>
      <w:proofErr w:type="spellStart"/>
      <w:r w:rsidRPr="003D2A91">
        <w:rPr>
          <w:sz w:val="28"/>
          <w:szCs w:val="28"/>
        </w:rPr>
        <w:t>під</w:t>
      </w:r>
      <w:proofErr w:type="spellEnd"/>
      <w:r w:rsidRPr="003D2A91">
        <w:rPr>
          <w:sz w:val="28"/>
          <w:szCs w:val="28"/>
        </w:rPr>
        <w:t xml:space="preserve"> </w:t>
      </w:r>
      <w:proofErr w:type="spellStart"/>
      <w:r w:rsidRPr="003D2A91">
        <w:rPr>
          <w:sz w:val="28"/>
          <w:szCs w:val="28"/>
        </w:rPr>
        <w:t>ліцензією</w:t>
      </w:r>
      <w:proofErr w:type="spellEnd"/>
      <w:r w:rsidRPr="003D2A91">
        <w:rPr>
          <w:sz w:val="28"/>
          <w:szCs w:val="28"/>
        </w:rPr>
        <w:t xml:space="preserve"> GPLv2. </w:t>
      </w:r>
      <w:proofErr w:type="spellStart"/>
      <w:r w:rsidRPr="003D2A91">
        <w:rPr>
          <w:sz w:val="28"/>
          <w:szCs w:val="28"/>
        </w:rPr>
        <w:t>Ця</w:t>
      </w:r>
      <w:proofErr w:type="spellEnd"/>
      <w:r w:rsidRPr="003D2A91">
        <w:rPr>
          <w:sz w:val="28"/>
          <w:szCs w:val="28"/>
        </w:rPr>
        <w:t xml:space="preserve"> </w:t>
      </w:r>
      <w:proofErr w:type="spellStart"/>
      <w:r w:rsidRPr="003D2A91">
        <w:rPr>
          <w:sz w:val="28"/>
          <w:szCs w:val="28"/>
        </w:rPr>
        <w:t>ліцензія</w:t>
      </w:r>
      <w:proofErr w:type="spellEnd"/>
      <w:r w:rsidRPr="003D2A91">
        <w:rPr>
          <w:sz w:val="28"/>
          <w:szCs w:val="28"/>
        </w:rPr>
        <w:t xml:space="preserve"> </w:t>
      </w:r>
      <w:proofErr w:type="spellStart"/>
      <w:r w:rsidRPr="003D2A91">
        <w:rPr>
          <w:sz w:val="28"/>
          <w:szCs w:val="28"/>
        </w:rPr>
        <w:t>діяла</w:t>
      </w:r>
      <w:proofErr w:type="spellEnd"/>
      <w:r w:rsidRPr="003D2A91">
        <w:rPr>
          <w:sz w:val="28"/>
          <w:szCs w:val="28"/>
        </w:rPr>
        <w:t xml:space="preserve"> до </w:t>
      </w:r>
      <w:proofErr w:type="spellStart"/>
      <w:r w:rsidRPr="003D2A91">
        <w:rPr>
          <w:sz w:val="28"/>
          <w:szCs w:val="28"/>
        </w:rPr>
        <w:t>серпня</w:t>
      </w:r>
      <w:proofErr w:type="spellEnd"/>
      <w:r w:rsidRPr="003D2A91">
        <w:rPr>
          <w:sz w:val="28"/>
          <w:szCs w:val="28"/>
        </w:rPr>
        <w:t xml:space="preserve"> 2016 року, до </w:t>
      </w:r>
      <w:proofErr w:type="spellStart"/>
      <w:r w:rsidRPr="003D2A91">
        <w:rPr>
          <w:sz w:val="28"/>
          <w:szCs w:val="28"/>
        </w:rPr>
        <w:t>версії</w:t>
      </w:r>
      <w:proofErr w:type="spellEnd"/>
      <w:r w:rsidRPr="003D2A91">
        <w:rPr>
          <w:sz w:val="28"/>
          <w:szCs w:val="28"/>
        </w:rPr>
        <w:t xml:space="preserve"> v1.1.8, </w:t>
      </w:r>
      <w:proofErr w:type="spellStart"/>
      <w:r w:rsidRPr="003D2A91">
        <w:rPr>
          <w:sz w:val="28"/>
          <w:szCs w:val="28"/>
        </w:rPr>
        <w:t>після</w:t>
      </w:r>
      <w:proofErr w:type="spellEnd"/>
      <w:r w:rsidRPr="003D2A91">
        <w:rPr>
          <w:sz w:val="28"/>
          <w:szCs w:val="28"/>
        </w:rPr>
        <w:t xml:space="preserve"> </w:t>
      </w:r>
      <w:proofErr w:type="spellStart"/>
      <w:r w:rsidRPr="003D2A91">
        <w:rPr>
          <w:sz w:val="28"/>
          <w:szCs w:val="28"/>
        </w:rPr>
        <w:t>чого</w:t>
      </w:r>
      <w:proofErr w:type="spellEnd"/>
      <w:r w:rsidRPr="003D2A91">
        <w:rPr>
          <w:sz w:val="28"/>
          <w:szCs w:val="28"/>
        </w:rPr>
        <w:t xml:space="preserve"> </w:t>
      </w:r>
      <w:proofErr w:type="spellStart"/>
      <w:r w:rsidRPr="003D2A91">
        <w:rPr>
          <w:sz w:val="28"/>
          <w:szCs w:val="28"/>
        </w:rPr>
        <w:t>розробники</w:t>
      </w:r>
      <w:proofErr w:type="spellEnd"/>
      <w:r w:rsidRPr="003D2A91">
        <w:rPr>
          <w:sz w:val="28"/>
          <w:szCs w:val="28"/>
        </w:rPr>
        <w:t xml:space="preserve"> </w:t>
      </w:r>
      <w:proofErr w:type="spellStart"/>
      <w:r w:rsidRPr="003D2A91">
        <w:rPr>
          <w:sz w:val="28"/>
          <w:szCs w:val="28"/>
        </w:rPr>
        <w:t>перейшли</w:t>
      </w:r>
      <w:proofErr w:type="spellEnd"/>
      <w:r w:rsidRPr="003D2A91">
        <w:rPr>
          <w:sz w:val="28"/>
          <w:szCs w:val="28"/>
        </w:rPr>
        <w:t xml:space="preserve"> на </w:t>
      </w:r>
      <w:proofErr w:type="spellStart"/>
      <w:r w:rsidRPr="003D2A91">
        <w:rPr>
          <w:sz w:val="28"/>
          <w:szCs w:val="28"/>
        </w:rPr>
        <w:t>ліцензію</w:t>
      </w:r>
      <w:proofErr w:type="spellEnd"/>
      <w:r w:rsidRPr="003D2A91">
        <w:rPr>
          <w:sz w:val="28"/>
          <w:szCs w:val="28"/>
        </w:rPr>
        <w:t xml:space="preserve"> EULA. 1 вересня 2016 року </w:t>
      </w:r>
      <w:proofErr w:type="spellStart"/>
      <w:r w:rsidRPr="003D2A91">
        <w:rPr>
          <w:sz w:val="28"/>
          <w:szCs w:val="28"/>
        </w:rPr>
        <w:t>головний</w:t>
      </w:r>
      <w:proofErr w:type="spellEnd"/>
      <w:r w:rsidRPr="003D2A91">
        <w:rPr>
          <w:sz w:val="28"/>
          <w:szCs w:val="28"/>
        </w:rPr>
        <w:t xml:space="preserve"> </w:t>
      </w:r>
      <w:proofErr w:type="spellStart"/>
      <w:r w:rsidRPr="003D2A91">
        <w:rPr>
          <w:sz w:val="28"/>
          <w:szCs w:val="28"/>
        </w:rPr>
        <w:t>розробник</w:t>
      </w:r>
      <w:proofErr w:type="spellEnd"/>
      <w:r w:rsidRPr="003D2A91">
        <w:rPr>
          <w:sz w:val="28"/>
          <w:szCs w:val="28"/>
        </w:rPr>
        <w:t xml:space="preserve"> Давид Капелло </w:t>
      </w:r>
      <w:proofErr w:type="spellStart"/>
      <w:r w:rsidRPr="003D2A91">
        <w:rPr>
          <w:sz w:val="28"/>
          <w:szCs w:val="28"/>
        </w:rPr>
        <w:t>опублікував</w:t>
      </w:r>
      <w:proofErr w:type="spellEnd"/>
      <w:r w:rsidRPr="003D2A91">
        <w:rPr>
          <w:sz w:val="28"/>
          <w:szCs w:val="28"/>
        </w:rPr>
        <w:t xml:space="preserve"> </w:t>
      </w:r>
      <w:proofErr w:type="spellStart"/>
      <w:r w:rsidRPr="003D2A91">
        <w:rPr>
          <w:sz w:val="28"/>
          <w:szCs w:val="28"/>
        </w:rPr>
        <w:t>допис</w:t>
      </w:r>
      <w:proofErr w:type="spellEnd"/>
      <w:r w:rsidRPr="003D2A91">
        <w:rPr>
          <w:sz w:val="28"/>
          <w:szCs w:val="28"/>
        </w:rPr>
        <w:t xml:space="preserve"> у </w:t>
      </w:r>
      <w:proofErr w:type="spellStart"/>
      <w:r w:rsidRPr="003D2A91">
        <w:rPr>
          <w:sz w:val="28"/>
          <w:szCs w:val="28"/>
        </w:rPr>
        <w:t>блозі</w:t>
      </w:r>
      <w:proofErr w:type="spellEnd"/>
      <w:r w:rsidRPr="003D2A91">
        <w:rPr>
          <w:sz w:val="28"/>
          <w:szCs w:val="28"/>
        </w:rPr>
        <w:t xml:space="preserve"> </w:t>
      </w:r>
      <w:proofErr w:type="spellStart"/>
      <w:r w:rsidRPr="003D2A91">
        <w:rPr>
          <w:sz w:val="28"/>
          <w:szCs w:val="28"/>
        </w:rPr>
        <w:t>Aseprite</w:t>
      </w:r>
      <w:proofErr w:type="spellEnd"/>
      <w:r w:rsidRPr="003D2A91">
        <w:rPr>
          <w:sz w:val="28"/>
          <w:szCs w:val="28"/>
        </w:rPr>
        <w:t xml:space="preserve"> </w:t>
      </w:r>
      <w:proofErr w:type="spellStart"/>
      <w:r w:rsidRPr="003D2A91">
        <w:rPr>
          <w:sz w:val="28"/>
          <w:szCs w:val="28"/>
        </w:rPr>
        <w:t>Devblog</w:t>
      </w:r>
      <w:proofErr w:type="spellEnd"/>
      <w:r w:rsidRPr="003D2A91">
        <w:rPr>
          <w:sz w:val="28"/>
          <w:szCs w:val="28"/>
        </w:rPr>
        <w:t xml:space="preserve">, у </w:t>
      </w:r>
      <w:proofErr w:type="spellStart"/>
      <w:r w:rsidRPr="003D2A91">
        <w:rPr>
          <w:sz w:val="28"/>
          <w:szCs w:val="28"/>
        </w:rPr>
        <w:t>якому</w:t>
      </w:r>
      <w:proofErr w:type="spellEnd"/>
      <w:r w:rsidRPr="003D2A91">
        <w:rPr>
          <w:sz w:val="28"/>
          <w:szCs w:val="28"/>
        </w:rPr>
        <w:t xml:space="preserve"> пояснив причини </w:t>
      </w:r>
      <w:proofErr w:type="spellStart"/>
      <w:r w:rsidRPr="003D2A91">
        <w:rPr>
          <w:sz w:val="28"/>
          <w:szCs w:val="28"/>
        </w:rPr>
        <w:t>цієї</w:t>
      </w:r>
      <w:proofErr w:type="spellEnd"/>
      <w:r w:rsidRPr="003D2A91">
        <w:rPr>
          <w:sz w:val="28"/>
          <w:szCs w:val="28"/>
        </w:rPr>
        <w:t xml:space="preserve"> </w:t>
      </w:r>
      <w:proofErr w:type="spellStart"/>
      <w:r w:rsidRPr="003D2A91">
        <w:rPr>
          <w:sz w:val="28"/>
          <w:szCs w:val="28"/>
        </w:rPr>
        <w:t>зміни</w:t>
      </w:r>
      <w:proofErr w:type="spellEnd"/>
      <w:r w:rsidRPr="003D2A91">
        <w:rPr>
          <w:sz w:val="28"/>
          <w:szCs w:val="28"/>
        </w:rPr>
        <w:t xml:space="preserve">. </w:t>
      </w:r>
      <w:proofErr w:type="spellStart"/>
      <w:r w:rsidRPr="003D2A91">
        <w:rPr>
          <w:sz w:val="28"/>
          <w:szCs w:val="28"/>
        </w:rPr>
        <w:t>Ліцензійна</w:t>
      </w:r>
      <w:proofErr w:type="spellEnd"/>
      <w:r w:rsidRPr="003D2A91">
        <w:rPr>
          <w:sz w:val="28"/>
          <w:szCs w:val="28"/>
        </w:rPr>
        <w:t xml:space="preserve"> угода </w:t>
      </w:r>
      <w:proofErr w:type="spellStart"/>
      <w:r w:rsidRPr="003D2A91">
        <w:rPr>
          <w:sz w:val="28"/>
          <w:szCs w:val="28"/>
        </w:rPr>
        <w:t>дозволяє</w:t>
      </w:r>
      <w:proofErr w:type="spellEnd"/>
      <w:r w:rsidRPr="003D2A91">
        <w:rPr>
          <w:sz w:val="28"/>
          <w:szCs w:val="28"/>
        </w:rPr>
        <w:t xml:space="preserve"> </w:t>
      </w:r>
      <w:proofErr w:type="spellStart"/>
      <w:r w:rsidRPr="003D2A91">
        <w:rPr>
          <w:sz w:val="28"/>
          <w:szCs w:val="28"/>
        </w:rPr>
        <w:t>іншим</w:t>
      </w:r>
      <w:proofErr w:type="spellEnd"/>
      <w:r w:rsidRPr="003D2A91">
        <w:rPr>
          <w:sz w:val="28"/>
          <w:szCs w:val="28"/>
        </w:rPr>
        <w:t xml:space="preserve"> </w:t>
      </w:r>
      <w:proofErr w:type="spellStart"/>
      <w:r w:rsidRPr="003D2A91">
        <w:rPr>
          <w:sz w:val="28"/>
          <w:szCs w:val="28"/>
        </w:rPr>
        <w:t>завантажувати</w:t>
      </w:r>
      <w:proofErr w:type="spellEnd"/>
      <w:r w:rsidRPr="003D2A91">
        <w:rPr>
          <w:sz w:val="28"/>
          <w:szCs w:val="28"/>
        </w:rPr>
        <w:t xml:space="preserve"> </w:t>
      </w:r>
      <w:proofErr w:type="spellStart"/>
      <w:r w:rsidRPr="003D2A91">
        <w:rPr>
          <w:sz w:val="28"/>
          <w:szCs w:val="28"/>
        </w:rPr>
        <w:t>вихідний</w:t>
      </w:r>
      <w:proofErr w:type="spellEnd"/>
      <w:r w:rsidRPr="003D2A91">
        <w:rPr>
          <w:sz w:val="28"/>
          <w:szCs w:val="28"/>
        </w:rPr>
        <w:t xml:space="preserve"> код </w:t>
      </w:r>
      <w:proofErr w:type="spellStart"/>
      <w:r w:rsidRPr="003D2A91">
        <w:rPr>
          <w:sz w:val="28"/>
          <w:szCs w:val="28"/>
        </w:rPr>
        <w:t>Aseprite</w:t>
      </w:r>
      <w:proofErr w:type="spellEnd"/>
      <w:r w:rsidRPr="003D2A91">
        <w:rPr>
          <w:sz w:val="28"/>
          <w:szCs w:val="28"/>
        </w:rPr>
        <w:t xml:space="preserve">, </w:t>
      </w:r>
      <w:proofErr w:type="spellStart"/>
      <w:r w:rsidRPr="003D2A91">
        <w:rPr>
          <w:sz w:val="28"/>
          <w:szCs w:val="28"/>
        </w:rPr>
        <w:t>компілювати</w:t>
      </w:r>
      <w:proofErr w:type="spellEnd"/>
      <w:r w:rsidRPr="003D2A91">
        <w:rPr>
          <w:sz w:val="28"/>
          <w:szCs w:val="28"/>
        </w:rPr>
        <w:t xml:space="preserve"> </w:t>
      </w:r>
      <w:proofErr w:type="spellStart"/>
      <w:r w:rsidRPr="003D2A91">
        <w:rPr>
          <w:sz w:val="28"/>
          <w:szCs w:val="28"/>
        </w:rPr>
        <w:t>його</w:t>
      </w:r>
      <w:proofErr w:type="spellEnd"/>
      <w:r w:rsidRPr="003D2A91">
        <w:rPr>
          <w:sz w:val="28"/>
          <w:szCs w:val="28"/>
        </w:rPr>
        <w:t xml:space="preserve"> та </w:t>
      </w:r>
      <w:proofErr w:type="spellStart"/>
      <w:r w:rsidRPr="003D2A91">
        <w:rPr>
          <w:sz w:val="28"/>
          <w:szCs w:val="28"/>
        </w:rPr>
        <w:t>модифікувати</w:t>
      </w:r>
      <w:proofErr w:type="spellEnd"/>
      <w:r w:rsidRPr="003D2A91">
        <w:rPr>
          <w:sz w:val="28"/>
          <w:szCs w:val="28"/>
        </w:rPr>
        <w:t xml:space="preserve">, але </w:t>
      </w:r>
      <w:proofErr w:type="spellStart"/>
      <w:r w:rsidRPr="003D2A91">
        <w:rPr>
          <w:sz w:val="28"/>
          <w:szCs w:val="28"/>
        </w:rPr>
        <w:t>забороняє</w:t>
      </w:r>
      <w:proofErr w:type="spellEnd"/>
      <w:r w:rsidRPr="003D2A91">
        <w:rPr>
          <w:sz w:val="28"/>
          <w:szCs w:val="28"/>
        </w:rPr>
        <w:t xml:space="preserve"> </w:t>
      </w:r>
      <w:proofErr w:type="spellStart"/>
      <w:r w:rsidRPr="003D2A91">
        <w:rPr>
          <w:sz w:val="28"/>
          <w:szCs w:val="28"/>
        </w:rPr>
        <w:t>поширення</w:t>
      </w:r>
      <w:proofErr w:type="spellEnd"/>
      <w:r w:rsidRPr="003D2A91">
        <w:rPr>
          <w:sz w:val="28"/>
          <w:szCs w:val="28"/>
        </w:rPr>
        <w:t xml:space="preserve"> </w:t>
      </w:r>
      <w:proofErr w:type="spellStart"/>
      <w:r w:rsidRPr="003D2A91">
        <w:rPr>
          <w:sz w:val="28"/>
          <w:szCs w:val="28"/>
        </w:rPr>
        <w:t>програми</w:t>
      </w:r>
      <w:proofErr w:type="spellEnd"/>
      <w:r w:rsidRPr="003D2A91">
        <w:rPr>
          <w:sz w:val="28"/>
          <w:szCs w:val="28"/>
        </w:rPr>
        <w:t xml:space="preserve"> </w:t>
      </w:r>
      <w:proofErr w:type="spellStart"/>
      <w:r w:rsidRPr="003D2A91">
        <w:rPr>
          <w:sz w:val="28"/>
          <w:szCs w:val="28"/>
        </w:rPr>
        <w:t>третім</w:t>
      </w:r>
      <w:proofErr w:type="spellEnd"/>
      <w:r w:rsidRPr="003D2A91">
        <w:rPr>
          <w:sz w:val="28"/>
          <w:szCs w:val="28"/>
        </w:rPr>
        <w:t xml:space="preserve"> особам. Як до, так і </w:t>
      </w:r>
      <w:proofErr w:type="spellStart"/>
      <w:r w:rsidRPr="003D2A91">
        <w:rPr>
          <w:sz w:val="28"/>
          <w:szCs w:val="28"/>
        </w:rPr>
        <w:t>після</w:t>
      </w:r>
      <w:proofErr w:type="spellEnd"/>
      <w:r w:rsidRPr="003D2A91">
        <w:rPr>
          <w:sz w:val="28"/>
          <w:szCs w:val="28"/>
        </w:rPr>
        <w:t xml:space="preserve"> </w:t>
      </w:r>
      <w:proofErr w:type="spellStart"/>
      <w:r w:rsidRPr="003D2A91">
        <w:rPr>
          <w:sz w:val="28"/>
          <w:szCs w:val="28"/>
        </w:rPr>
        <w:t>зміни</w:t>
      </w:r>
      <w:proofErr w:type="spellEnd"/>
      <w:r w:rsidRPr="003D2A91">
        <w:rPr>
          <w:sz w:val="28"/>
          <w:szCs w:val="28"/>
        </w:rPr>
        <w:t xml:space="preserve"> </w:t>
      </w:r>
      <w:proofErr w:type="spellStart"/>
      <w:r w:rsidRPr="003D2A91">
        <w:rPr>
          <w:sz w:val="28"/>
          <w:szCs w:val="28"/>
        </w:rPr>
        <w:t>ліцензії</w:t>
      </w:r>
      <w:proofErr w:type="spellEnd"/>
      <w:r w:rsidRPr="003D2A91">
        <w:rPr>
          <w:sz w:val="28"/>
          <w:szCs w:val="28"/>
        </w:rPr>
        <w:t xml:space="preserve"> </w:t>
      </w:r>
      <w:proofErr w:type="spellStart"/>
      <w:r w:rsidRPr="003D2A91">
        <w:rPr>
          <w:sz w:val="28"/>
          <w:szCs w:val="28"/>
        </w:rPr>
        <w:t>Aseprite</w:t>
      </w:r>
      <w:proofErr w:type="spellEnd"/>
      <w:r w:rsidRPr="003D2A91">
        <w:rPr>
          <w:sz w:val="28"/>
          <w:szCs w:val="28"/>
        </w:rPr>
        <w:t xml:space="preserve"> </w:t>
      </w:r>
      <w:proofErr w:type="spellStart"/>
      <w:r w:rsidRPr="003D2A91">
        <w:rPr>
          <w:sz w:val="28"/>
          <w:szCs w:val="28"/>
        </w:rPr>
        <w:t>продавався</w:t>
      </w:r>
      <w:proofErr w:type="spellEnd"/>
      <w:r w:rsidRPr="003D2A91">
        <w:rPr>
          <w:sz w:val="28"/>
          <w:szCs w:val="28"/>
        </w:rPr>
        <w:t xml:space="preserve"> у </w:t>
      </w:r>
      <w:proofErr w:type="spellStart"/>
      <w:r w:rsidRPr="003D2A91">
        <w:rPr>
          <w:sz w:val="28"/>
          <w:szCs w:val="28"/>
        </w:rPr>
        <w:t>Steam</w:t>
      </w:r>
      <w:proofErr w:type="spellEnd"/>
      <w:r w:rsidRPr="003D2A91">
        <w:rPr>
          <w:sz w:val="28"/>
          <w:szCs w:val="28"/>
        </w:rPr>
        <w:t xml:space="preserve">, на itch.io та на </w:t>
      </w:r>
      <w:proofErr w:type="spellStart"/>
      <w:r w:rsidRPr="003D2A91">
        <w:rPr>
          <w:sz w:val="28"/>
          <w:szCs w:val="28"/>
        </w:rPr>
        <w:t>офіційному</w:t>
      </w:r>
      <w:proofErr w:type="spellEnd"/>
      <w:r w:rsidRPr="003D2A91">
        <w:rPr>
          <w:sz w:val="28"/>
          <w:szCs w:val="28"/>
        </w:rPr>
        <w:t xml:space="preserve"> </w:t>
      </w:r>
      <w:proofErr w:type="spellStart"/>
      <w:r w:rsidRPr="003D2A91">
        <w:rPr>
          <w:sz w:val="28"/>
          <w:szCs w:val="28"/>
        </w:rPr>
        <w:t>сайті</w:t>
      </w:r>
      <w:proofErr w:type="spellEnd"/>
      <w:r w:rsidRPr="003D2A91">
        <w:rPr>
          <w:sz w:val="28"/>
          <w:szCs w:val="28"/>
        </w:rPr>
        <w:t xml:space="preserve"> </w:t>
      </w:r>
      <w:proofErr w:type="spellStart"/>
      <w:r w:rsidRPr="003D2A91">
        <w:rPr>
          <w:sz w:val="28"/>
          <w:szCs w:val="28"/>
        </w:rPr>
        <w:t>проєкту</w:t>
      </w:r>
      <w:proofErr w:type="spellEnd"/>
      <w:r w:rsidRPr="003D2A91">
        <w:rPr>
          <w:sz w:val="28"/>
          <w:szCs w:val="28"/>
        </w:rPr>
        <w:t>.</w:t>
      </w:r>
    </w:p>
    <w:p w14:paraId="38B07B35" w14:textId="77777777" w:rsidR="00323CB7" w:rsidRPr="003D2A91" w:rsidRDefault="00323CB7" w:rsidP="003D2A91">
      <w:pPr>
        <w:pStyle w:val="a7"/>
        <w:spacing w:before="0" w:beforeAutospacing="0" w:after="0" w:afterAutospacing="0" w:line="360" w:lineRule="auto"/>
        <w:ind w:firstLine="709"/>
        <w:jc w:val="both"/>
        <w:rPr>
          <w:sz w:val="28"/>
          <w:szCs w:val="28"/>
        </w:rPr>
      </w:pPr>
      <w:proofErr w:type="spellStart"/>
      <w:r w:rsidRPr="003D2A91">
        <w:rPr>
          <w:sz w:val="28"/>
          <w:szCs w:val="28"/>
        </w:rPr>
        <w:t>Репозиторій</w:t>
      </w:r>
      <w:proofErr w:type="spellEnd"/>
      <w:r w:rsidRPr="003D2A91">
        <w:rPr>
          <w:sz w:val="28"/>
          <w:szCs w:val="28"/>
        </w:rPr>
        <w:t xml:space="preserve"> коду </w:t>
      </w:r>
      <w:proofErr w:type="spellStart"/>
      <w:r w:rsidRPr="003D2A91">
        <w:rPr>
          <w:sz w:val="28"/>
          <w:szCs w:val="28"/>
        </w:rPr>
        <w:t>спочатку</w:t>
      </w:r>
      <w:proofErr w:type="spellEnd"/>
      <w:r w:rsidRPr="003D2A91">
        <w:rPr>
          <w:sz w:val="28"/>
          <w:szCs w:val="28"/>
        </w:rPr>
        <w:t xml:space="preserve"> </w:t>
      </w:r>
      <w:proofErr w:type="spellStart"/>
      <w:r w:rsidRPr="003D2A91">
        <w:rPr>
          <w:sz w:val="28"/>
          <w:szCs w:val="28"/>
        </w:rPr>
        <w:t>розміщувався</w:t>
      </w:r>
      <w:proofErr w:type="spellEnd"/>
      <w:r w:rsidRPr="003D2A91">
        <w:rPr>
          <w:sz w:val="28"/>
          <w:szCs w:val="28"/>
        </w:rPr>
        <w:t xml:space="preserve"> на Google Code до </w:t>
      </w:r>
      <w:proofErr w:type="spellStart"/>
      <w:r w:rsidRPr="003D2A91">
        <w:rPr>
          <w:sz w:val="28"/>
          <w:szCs w:val="28"/>
        </w:rPr>
        <w:t>серпня</w:t>
      </w:r>
      <w:proofErr w:type="spellEnd"/>
      <w:r w:rsidRPr="003D2A91">
        <w:rPr>
          <w:sz w:val="28"/>
          <w:szCs w:val="28"/>
        </w:rPr>
        <w:t xml:space="preserve"> 2014 року, </w:t>
      </w:r>
      <w:proofErr w:type="spellStart"/>
      <w:r w:rsidRPr="003D2A91">
        <w:rPr>
          <w:sz w:val="28"/>
          <w:szCs w:val="28"/>
        </w:rPr>
        <w:t>після</w:t>
      </w:r>
      <w:proofErr w:type="spellEnd"/>
      <w:r w:rsidRPr="003D2A91">
        <w:rPr>
          <w:sz w:val="28"/>
          <w:szCs w:val="28"/>
        </w:rPr>
        <w:t xml:space="preserve"> </w:t>
      </w:r>
      <w:proofErr w:type="spellStart"/>
      <w:r w:rsidRPr="003D2A91">
        <w:rPr>
          <w:sz w:val="28"/>
          <w:szCs w:val="28"/>
        </w:rPr>
        <w:t>чого</w:t>
      </w:r>
      <w:proofErr w:type="spellEnd"/>
      <w:r w:rsidRPr="003D2A91">
        <w:rPr>
          <w:sz w:val="28"/>
          <w:szCs w:val="28"/>
        </w:rPr>
        <w:t xml:space="preserve"> </w:t>
      </w:r>
      <w:proofErr w:type="spellStart"/>
      <w:r w:rsidRPr="003D2A91">
        <w:rPr>
          <w:sz w:val="28"/>
          <w:szCs w:val="28"/>
        </w:rPr>
        <w:t>був</w:t>
      </w:r>
      <w:proofErr w:type="spellEnd"/>
      <w:r w:rsidRPr="003D2A91">
        <w:rPr>
          <w:sz w:val="28"/>
          <w:szCs w:val="28"/>
        </w:rPr>
        <w:t xml:space="preserve"> перенесений на </w:t>
      </w:r>
      <w:proofErr w:type="spellStart"/>
      <w:r w:rsidRPr="003D2A91">
        <w:rPr>
          <w:sz w:val="28"/>
          <w:szCs w:val="28"/>
        </w:rPr>
        <w:t>GitHub</w:t>
      </w:r>
      <w:proofErr w:type="spellEnd"/>
      <w:r w:rsidRPr="003D2A91">
        <w:rPr>
          <w:sz w:val="28"/>
          <w:szCs w:val="28"/>
        </w:rPr>
        <w:t xml:space="preserve">, де й </w:t>
      </w:r>
      <w:proofErr w:type="spellStart"/>
      <w:r w:rsidRPr="003D2A91">
        <w:rPr>
          <w:sz w:val="28"/>
          <w:szCs w:val="28"/>
        </w:rPr>
        <w:t>залишається</w:t>
      </w:r>
      <w:proofErr w:type="spellEnd"/>
      <w:r w:rsidRPr="003D2A91">
        <w:rPr>
          <w:sz w:val="28"/>
          <w:szCs w:val="28"/>
        </w:rPr>
        <w:t xml:space="preserve"> до </w:t>
      </w:r>
      <w:proofErr w:type="spellStart"/>
      <w:r w:rsidRPr="003D2A91">
        <w:rPr>
          <w:sz w:val="28"/>
          <w:szCs w:val="28"/>
        </w:rPr>
        <w:t>сьогодні</w:t>
      </w:r>
      <w:proofErr w:type="spellEnd"/>
      <w:r w:rsidRPr="003D2A91">
        <w:rPr>
          <w:sz w:val="28"/>
          <w:szCs w:val="28"/>
        </w:rPr>
        <w:t xml:space="preserve">. Станом на </w:t>
      </w:r>
      <w:proofErr w:type="spellStart"/>
      <w:r w:rsidRPr="003D2A91">
        <w:rPr>
          <w:sz w:val="28"/>
          <w:szCs w:val="28"/>
        </w:rPr>
        <w:t>серпень</w:t>
      </w:r>
      <w:proofErr w:type="spellEnd"/>
      <w:r w:rsidRPr="003D2A91">
        <w:rPr>
          <w:sz w:val="28"/>
          <w:szCs w:val="28"/>
        </w:rPr>
        <w:t xml:space="preserve"> 2023 року в </w:t>
      </w:r>
      <w:proofErr w:type="spellStart"/>
      <w:r w:rsidRPr="003D2A91">
        <w:rPr>
          <w:sz w:val="28"/>
          <w:szCs w:val="28"/>
        </w:rPr>
        <w:t>репозиторії</w:t>
      </w:r>
      <w:proofErr w:type="spellEnd"/>
      <w:r w:rsidRPr="003D2A91">
        <w:rPr>
          <w:sz w:val="28"/>
          <w:szCs w:val="28"/>
        </w:rPr>
        <w:t xml:space="preserve"> </w:t>
      </w:r>
      <w:proofErr w:type="spellStart"/>
      <w:r w:rsidRPr="003D2A91">
        <w:rPr>
          <w:sz w:val="28"/>
          <w:szCs w:val="28"/>
        </w:rPr>
        <w:t>налічувалося</w:t>
      </w:r>
      <w:proofErr w:type="spellEnd"/>
      <w:r w:rsidRPr="003D2A91">
        <w:rPr>
          <w:sz w:val="28"/>
          <w:szCs w:val="28"/>
        </w:rPr>
        <w:t xml:space="preserve"> 74 </w:t>
      </w:r>
      <w:proofErr w:type="spellStart"/>
      <w:r w:rsidRPr="003D2A91">
        <w:rPr>
          <w:sz w:val="28"/>
          <w:szCs w:val="28"/>
        </w:rPr>
        <w:t>учасники</w:t>
      </w:r>
      <w:proofErr w:type="spellEnd"/>
      <w:r w:rsidRPr="003D2A91">
        <w:rPr>
          <w:sz w:val="28"/>
          <w:szCs w:val="28"/>
        </w:rPr>
        <w:t xml:space="preserve"> та </w:t>
      </w:r>
      <w:proofErr w:type="spellStart"/>
      <w:r w:rsidRPr="003D2A91">
        <w:rPr>
          <w:sz w:val="28"/>
          <w:szCs w:val="28"/>
        </w:rPr>
        <w:t>близько</w:t>
      </w:r>
      <w:proofErr w:type="spellEnd"/>
      <w:r w:rsidRPr="003D2A91">
        <w:rPr>
          <w:sz w:val="28"/>
          <w:szCs w:val="28"/>
        </w:rPr>
        <w:t xml:space="preserve"> 22 </w:t>
      </w:r>
      <w:proofErr w:type="spellStart"/>
      <w:r w:rsidRPr="003D2A91">
        <w:rPr>
          <w:sz w:val="28"/>
          <w:szCs w:val="28"/>
        </w:rPr>
        <w:t>тисяч</w:t>
      </w:r>
      <w:proofErr w:type="spellEnd"/>
      <w:r w:rsidRPr="003D2A91">
        <w:rPr>
          <w:sz w:val="28"/>
          <w:szCs w:val="28"/>
        </w:rPr>
        <w:t xml:space="preserve"> </w:t>
      </w:r>
      <w:proofErr w:type="spellStart"/>
      <w:r w:rsidRPr="003D2A91">
        <w:rPr>
          <w:sz w:val="28"/>
          <w:szCs w:val="28"/>
        </w:rPr>
        <w:t>зірок</w:t>
      </w:r>
      <w:proofErr w:type="spellEnd"/>
      <w:r w:rsidRPr="003D2A91">
        <w:rPr>
          <w:sz w:val="28"/>
          <w:szCs w:val="28"/>
        </w:rPr>
        <w:t>.</w:t>
      </w:r>
    </w:p>
    <w:p w14:paraId="657374FF" w14:textId="77777777" w:rsidR="00323CB7" w:rsidRPr="003D2A91" w:rsidRDefault="00323CB7" w:rsidP="003D2A91">
      <w:pPr>
        <w:pStyle w:val="a7"/>
        <w:spacing w:before="0" w:beforeAutospacing="0" w:after="0" w:afterAutospacing="0" w:line="360" w:lineRule="auto"/>
        <w:ind w:firstLine="709"/>
        <w:jc w:val="both"/>
        <w:rPr>
          <w:sz w:val="28"/>
          <w:szCs w:val="28"/>
        </w:rPr>
      </w:pPr>
      <w:proofErr w:type="spellStart"/>
      <w:r w:rsidRPr="003D2A91">
        <w:rPr>
          <w:sz w:val="28"/>
          <w:szCs w:val="28"/>
        </w:rPr>
        <w:t>Aseprite</w:t>
      </w:r>
      <w:proofErr w:type="spellEnd"/>
      <w:r w:rsidRPr="003D2A91">
        <w:rPr>
          <w:sz w:val="28"/>
          <w:szCs w:val="28"/>
        </w:rPr>
        <w:t xml:space="preserve"> </w:t>
      </w:r>
      <w:proofErr w:type="spellStart"/>
      <w:r w:rsidRPr="003D2A91">
        <w:rPr>
          <w:sz w:val="28"/>
          <w:szCs w:val="28"/>
        </w:rPr>
        <w:t>використовувався</w:t>
      </w:r>
      <w:proofErr w:type="spellEnd"/>
      <w:r w:rsidRPr="003D2A91">
        <w:rPr>
          <w:sz w:val="28"/>
          <w:szCs w:val="28"/>
        </w:rPr>
        <w:t xml:space="preserve"> </w:t>
      </w:r>
      <w:proofErr w:type="spellStart"/>
      <w:r w:rsidRPr="003D2A91">
        <w:rPr>
          <w:sz w:val="28"/>
          <w:szCs w:val="28"/>
        </w:rPr>
        <w:t>під</w:t>
      </w:r>
      <w:proofErr w:type="spellEnd"/>
      <w:r w:rsidRPr="003D2A91">
        <w:rPr>
          <w:sz w:val="28"/>
          <w:szCs w:val="28"/>
        </w:rPr>
        <w:t xml:space="preserve"> час </w:t>
      </w:r>
      <w:proofErr w:type="spellStart"/>
      <w:r w:rsidRPr="003D2A91">
        <w:rPr>
          <w:sz w:val="28"/>
          <w:szCs w:val="28"/>
        </w:rPr>
        <w:t>розробки</w:t>
      </w:r>
      <w:proofErr w:type="spellEnd"/>
      <w:r w:rsidRPr="003D2A91">
        <w:rPr>
          <w:sz w:val="28"/>
          <w:szCs w:val="28"/>
        </w:rPr>
        <w:t xml:space="preserve"> </w:t>
      </w:r>
      <w:proofErr w:type="spellStart"/>
      <w:r w:rsidRPr="003D2A91">
        <w:rPr>
          <w:sz w:val="28"/>
          <w:szCs w:val="28"/>
        </w:rPr>
        <w:t>кількох</w:t>
      </w:r>
      <w:proofErr w:type="spellEnd"/>
      <w:r w:rsidRPr="003D2A91">
        <w:rPr>
          <w:sz w:val="28"/>
          <w:szCs w:val="28"/>
        </w:rPr>
        <w:t xml:space="preserve"> </w:t>
      </w:r>
      <w:proofErr w:type="spellStart"/>
      <w:r w:rsidRPr="003D2A91">
        <w:rPr>
          <w:sz w:val="28"/>
          <w:szCs w:val="28"/>
        </w:rPr>
        <w:t>відомих</w:t>
      </w:r>
      <w:proofErr w:type="spellEnd"/>
      <w:r w:rsidRPr="003D2A91">
        <w:rPr>
          <w:sz w:val="28"/>
          <w:szCs w:val="28"/>
        </w:rPr>
        <w:t xml:space="preserve"> </w:t>
      </w:r>
      <w:proofErr w:type="spellStart"/>
      <w:r w:rsidRPr="003D2A91">
        <w:rPr>
          <w:sz w:val="28"/>
          <w:szCs w:val="28"/>
        </w:rPr>
        <w:t>ігор</w:t>
      </w:r>
      <w:proofErr w:type="spellEnd"/>
      <w:r w:rsidRPr="003D2A91">
        <w:rPr>
          <w:sz w:val="28"/>
          <w:szCs w:val="28"/>
        </w:rPr>
        <w:t xml:space="preserve">, </w:t>
      </w:r>
      <w:proofErr w:type="spellStart"/>
      <w:r w:rsidRPr="003D2A91">
        <w:rPr>
          <w:sz w:val="28"/>
          <w:szCs w:val="28"/>
        </w:rPr>
        <w:t>зокрема</w:t>
      </w:r>
      <w:proofErr w:type="spellEnd"/>
      <w:r w:rsidRPr="003D2A91">
        <w:rPr>
          <w:sz w:val="28"/>
          <w:szCs w:val="28"/>
        </w:rPr>
        <w:t xml:space="preserve"> </w:t>
      </w:r>
      <w:proofErr w:type="spellStart"/>
      <w:r w:rsidRPr="003D2A91">
        <w:rPr>
          <w:rStyle w:val="a8"/>
          <w:b w:val="0"/>
          <w:bCs w:val="0"/>
          <w:sz w:val="28"/>
          <w:szCs w:val="28"/>
        </w:rPr>
        <w:t>TowerFall</w:t>
      </w:r>
      <w:proofErr w:type="spellEnd"/>
      <w:r w:rsidRPr="003D2A91">
        <w:rPr>
          <w:sz w:val="28"/>
          <w:szCs w:val="28"/>
        </w:rPr>
        <w:t xml:space="preserve">, </w:t>
      </w:r>
      <w:proofErr w:type="spellStart"/>
      <w:r w:rsidRPr="003D2A91">
        <w:rPr>
          <w:rStyle w:val="a8"/>
          <w:b w:val="0"/>
          <w:bCs w:val="0"/>
          <w:sz w:val="28"/>
          <w:szCs w:val="28"/>
        </w:rPr>
        <w:t>Celeste</w:t>
      </w:r>
      <w:proofErr w:type="spellEnd"/>
      <w:r w:rsidRPr="003D2A91">
        <w:rPr>
          <w:sz w:val="28"/>
          <w:szCs w:val="28"/>
        </w:rPr>
        <w:t xml:space="preserve">, </w:t>
      </w:r>
      <w:proofErr w:type="spellStart"/>
      <w:r w:rsidRPr="003D2A91">
        <w:rPr>
          <w:rStyle w:val="a8"/>
          <w:b w:val="0"/>
          <w:bCs w:val="0"/>
          <w:sz w:val="28"/>
          <w:szCs w:val="28"/>
        </w:rPr>
        <w:t>Minit</w:t>
      </w:r>
      <w:proofErr w:type="spellEnd"/>
      <w:r w:rsidRPr="003D2A91">
        <w:rPr>
          <w:sz w:val="28"/>
          <w:szCs w:val="28"/>
        </w:rPr>
        <w:t xml:space="preserve">, </w:t>
      </w:r>
      <w:proofErr w:type="spellStart"/>
      <w:r w:rsidRPr="003D2A91">
        <w:rPr>
          <w:rStyle w:val="a8"/>
          <w:b w:val="0"/>
          <w:bCs w:val="0"/>
          <w:sz w:val="28"/>
          <w:szCs w:val="28"/>
        </w:rPr>
        <w:t>Wargroove</w:t>
      </w:r>
      <w:proofErr w:type="spellEnd"/>
      <w:r w:rsidRPr="003D2A91">
        <w:rPr>
          <w:sz w:val="28"/>
          <w:szCs w:val="28"/>
        </w:rPr>
        <w:t xml:space="preserve">, </w:t>
      </w:r>
      <w:proofErr w:type="spellStart"/>
      <w:r w:rsidRPr="003D2A91">
        <w:rPr>
          <w:rStyle w:val="a8"/>
          <w:b w:val="0"/>
          <w:bCs w:val="0"/>
          <w:sz w:val="28"/>
          <w:szCs w:val="28"/>
        </w:rPr>
        <w:t>Loop</w:t>
      </w:r>
      <w:proofErr w:type="spellEnd"/>
      <w:r w:rsidRPr="003D2A91">
        <w:rPr>
          <w:rStyle w:val="a8"/>
          <w:b w:val="0"/>
          <w:bCs w:val="0"/>
          <w:sz w:val="28"/>
          <w:szCs w:val="28"/>
        </w:rPr>
        <w:t xml:space="preserve"> </w:t>
      </w:r>
      <w:proofErr w:type="spellStart"/>
      <w:r w:rsidRPr="003D2A91">
        <w:rPr>
          <w:rStyle w:val="a8"/>
          <w:b w:val="0"/>
          <w:bCs w:val="0"/>
          <w:sz w:val="28"/>
          <w:szCs w:val="28"/>
        </w:rPr>
        <w:t>Hero</w:t>
      </w:r>
      <w:proofErr w:type="spellEnd"/>
      <w:r w:rsidRPr="003D2A91">
        <w:rPr>
          <w:sz w:val="28"/>
          <w:szCs w:val="28"/>
        </w:rPr>
        <w:t xml:space="preserve">, </w:t>
      </w:r>
      <w:proofErr w:type="spellStart"/>
      <w:r w:rsidRPr="003D2A91">
        <w:rPr>
          <w:rStyle w:val="a8"/>
          <w:b w:val="0"/>
          <w:bCs w:val="0"/>
          <w:sz w:val="28"/>
          <w:szCs w:val="28"/>
        </w:rPr>
        <w:t>Eastward</w:t>
      </w:r>
      <w:proofErr w:type="spellEnd"/>
      <w:r w:rsidRPr="003D2A91">
        <w:rPr>
          <w:sz w:val="28"/>
          <w:szCs w:val="28"/>
        </w:rPr>
        <w:t xml:space="preserve">, </w:t>
      </w:r>
      <w:proofErr w:type="spellStart"/>
      <w:r w:rsidRPr="003D2A91">
        <w:rPr>
          <w:rStyle w:val="a8"/>
          <w:b w:val="0"/>
          <w:bCs w:val="0"/>
          <w:sz w:val="28"/>
          <w:szCs w:val="28"/>
        </w:rPr>
        <w:t>Unpacking</w:t>
      </w:r>
      <w:proofErr w:type="spellEnd"/>
      <w:r w:rsidRPr="003D2A91">
        <w:rPr>
          <w:sz w:val="28"/>
          <w:szCs w:val="28"/>
        </w:rPr>
        <w:t xml:space="preserve">, </w:t>
      </w:r>
      <w:proofErr w:type="spellStart"/>
      <w:r w:rsidRPr="003D2A91">
        <w:rPr>
          <w:rStyle w:val="a8"/>
          <w:b w:val="0"/>
          <w:bCs w:val="0"/>
          <w:sz w:val="28"/>
          <w:szCs w:val="28"/>
        </w:rPr>
        <w:t>Haiku</w:t>
      </w:r>
      <w:proofErr w:type="spellEnd"/>
      <w:r w:rsidRPr="003D2A91">
        <w:rPr>
          <w:rStyle w:val="a8"/>
          <w:b w:val="0"/>
          <w:bCs w:val="0"/>
          <w:sz w:val="28"/>
          <w:szCs w:val="28"/>
        </w:rPr>
        <w:t xml:space="preserve"> </w:t>
      </w:r>
      <w:proofErr w:type="spellStart"/>
      <w:r w:rsidRPr="003D2A91">
        <w:rPr>
          <w:rStyle w:val="a8"/>
          <w:b w:val="0"/>
          <w:bCs w:val="0"/>
          <w:sz w:val="28"/>
          <w:szCs w:val="28"/>
        </w:rPr>
        <w:t>the</w:t>
      </w:r>
      <w:proofErr w:type="spellEnd"/>
      <w:r w:rsidRPr="003D2A91">
        <w:rPr>
          <w:rStyle w:val="a8"/>
          <w:b w:val="0"/>
          <w:bCs w:val="0"/>
          <w:sz w:val="28"/>
          <w:szCs w:val="28"/>
        </w:rPr>
        <w:t xml:space="preserve"> </w:t>
      </w:r>
      <w:proofErr w:type="spellStart"/>
      <w:r w:rsidRPr="003D2A91">
        <w:rPr>
          <w:rStyle w:val="a8"/>
          <w:b w:val="0"/>
          <w:bCs w:val="0"/>
          <w:sz w:val="28"/>
          <w:szCs w:val="28"/>
        </w:rPr>
        <w:t>Robot</w:t>
      </w:r>
      <w:proofErr w:type="spellEnd"/>
      <w:r w:rsidRPr="003D2A91">
        <w:rPr>
          <w:sz w:val="28"/>
          <w:szCs w:val="28"/>
        </w:rPr>
        <w:t xml:space="preserve"> та </w:t>
      </w:r>
      <w:proofErr w:type="spellStart"/>
      <w:r w:rsidRPr="003D2A91">
        <w:rPr>
          <w:rStyle w:val="a8"/>
          <w:b w:val="0"/>
          <w:bCs w:val="0"/>
          <w:sz w:val="28"/>
          <w:szCs w:val="28"/>
        </w:rPr>
        <w:t>Pizza</w:t>
      </w:r>
      <w:proofErr w:type="spellEnd"/>
      <w:r w:rsidRPr="003D2A91">
        <w:rPr>
          <w:rStyle w:val="a8"/>
          <w:b w:val="0"/>
          <w:bCs w:val="0"/>
          <w:sz w:val="28"/>
          <w:szCs w:val="28"/>
        </w:rPr>
        <w:t xml:space="preserve"> Tower</w:t>
      </w:r>
      <w:r w:rsidRPr="003D2A91">
        <w:rPr>
          <w:sz w:val="28"/>
          <w:szCs w:val="28"/>
        </w:rPr>
        <w:t>.[6]</w:t>
      </w:r>
    </w:p>
    <w:p w14:paraId="195C4530" w14:textId="77777777" w:rsidR="00323CB7" w:rsidRPr="00323CB7" w:rsidRDefault="00323CB7" w:rsidP="00DC6652">
      <w:pPr>
        <w:spacing w:after="0" w:line="360" w:lineRule="auto"/>
        <w:jc w:val="both"/>
        <w:rPr>
          <w:rFonts w:ascii="Times New Roman" w:hAnsi="Times New Roman" w:cs="Times New Roman"/>
          <w:sz w:val="28"/>
          <w:szCs w:val="28"/>
          <w:lang w:val="ru-RU"/>
        </w:rPr>
      </w:pPr>
    </w:p>
    <w:p w14:paraId="03D70128" w14:textId="77777777" w:rsidR="00767F6B" w:rsidRDefault="00767F6B" w:rsidP="00DC6652">
      <w:pPr>
        <w:spacing w:after="0" w:line="360" w:lineRule="auto"/>
        <w:jc w:val="both"/>
        <w:rPr>
          <w:rFonts w:ascii="Times New Roman" w:hAnsi="Times New Roman" w:cs="Times New Roman"/>
          <w:sz w:val="28"/>
          <w:szCs w:val="28"/>
          <w:lang w:val="uk-UA"/>
        </w:rPr>
      </w:pPr>
      <w:r>
        <w:rPr>
          <w:noProof/>
          <w:lang w:val="ru-RU" w:eastAsia="ru-RU"/>
        </w:rPr>
        <w:drawing>
          <wp:inline distT="0" distB="0" distL="0" distR="0" wp14:anchorId="740FA838" wp14:editId="17B54F7A">
            <wp:extent cx="6152515" cy="3268345"/>
            <wp:effectExtent l="0" t="0" r="63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3268345"/>
                    </a:xfrm>
                    <a:prstGeom prst="rect">
                      <a:avLst/>
                    </a:prstGeom>
                  </pic:spPr>
                </pic:pic>
              </a:graphicData>
            </a:graphic>
          </wp:inline>
        </w:drawing>
      </w:r>
    </w:p>
    <w:p w14:paraId="6A541047" w14:textId="6BB1F66B" w:rsidR="00767F6B" w:rsidRPr="00510C7E" w:rsidRDefault="00767F6B" w:rsidP="00DC6652">
      <w:pPr>
        <w:spacing w:after="0" w:line="360" w:lineRule="auto"/>
        <w:jc w:val="center"/>
        <w:rPr>
          <w:rFonts w:ascii="Times New Roman" w:hAnsi="Times New Roman" w:cs="Times New Roman"/>
          <w:sz w:val="28"/>
          <w:szCs w:val="28"/>
          <w:lang w:val="uk-UA"/>
        </w:rPr>
      </w:pPr>
      <w:r w:rsidRPr="00510C7E">
        <w:rPr>
          <w:rFonts w:ascii="Times New Roman" w:hAnsi="Times New Roman" w:cs="Times New Roman"/>
          <w:sz w:val="28"/>
          <w:szCs w:val="28"/>
          <w:lang w:val="uk-UA"/>
        </w:rPr>
        <w:t xml:space="preserve">Рисунок 3.1 </w:t>
      </w:r>
      <w:r w:rsidR="00510C7E">
        <w:rPr>
          <w:rFonts w:ascii="Times New Roman" w:hAnsi="Times New Roman" w:cs="Times New Roman"/>
          <w:sz w:val="28"/>
          <w:szCs w:val="28"/>
          <w:lang w:val="uk-UA"/>
        </w:rPr>
        <w:t xml:space="preserve">– </w:t>
      </w:r>
      <w:r w:rsidRPr="00510C7E">
        <w:rPr>
          <w:rFonts w:ascii="Times New Roman" w:hAnsi="Times New Roman" w:cs="Times New Roman"/>
          <w:sz w:val="28"/>
          <w:szCs w:val="28"/>
          <w:lang w:val="uk-UA"/>
        </w:rPr>
        <w:t xml:space="preserve">Інтерфейс </w:t>
      </w:r>
      <w:proofErr w:type="spellStart"/>
      <w:r w:rsidRPr="00510C7E">
        <w:rPr>
          <w:rFonts w:ascii="Times New Roman" w:hAnsi="Times New Roman" w:cs="Times New Roman"/>
          <w:sz w:val="28"/>
          <w:szCs w:val="28"/>
        </w:rPr>
        <w:t>Aseprite</w:t>
      </w:r>
      <w:proofErr w:type="spellEnd"/>
    </w:p>
    <w:p w14:paraId="5D77C2CA" w14:textId="77777777" w:rsidR="003D2A91" w:rsidRDefault="003D2A91" w:rsidP="00DC6652">
      <w:pPr>
        <w:shd w:val="clear" w:color="auto" w:fill="FFFFFF"/>
        <w:spacing w:after="0" w:line="360" w:lineRule="auto"/>
        <w:rPr>
          <w:rFonts w:ascii="Times New Roman" w:eastAsia="Times New Roman" w:hAnsi="Times New Roman" w:cs="Times New Roman"/>
          <w:sz w:val="28"/>
          <w:szCs w:val="28"/>
          <w:lang w:val="uk-UA" w:eastAsia="ru-RU"/>
        </w:rPr>
      </w:pPr>
    </w:p>
    <w:p w14:paraId="253AD2C9" w14:textId="4FA3E43C" w:rsidR="00510C7E" w:rsidRDefault="00510C7E" w:rsidP="00750BF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10C7E">
        <w:rPr>
          <w:rFonts w:ascii="Times New Roman" w:eastAsia="Times New Roman" w:hAnsi="Times New Roman" w:cs="Times New Roman"/>
          <w:sz w:val="28"/>
          <w:szCs w:val="28"/>
          <w:lang w:val="uk-UA" w:eastAsia="ru-RU"/>
        </w:rPr>
        <w:t xml:space="preserve">Не варто забувати про складову гри яка в наш час являється самою основною а саме звукове супроводження оскільки воно першим буде зустрічати нашого гравця і правильно підібрана звукова доріжка це 60% успіху гри тому для цього я використовував FL </w:t>
      </w:r>
      <w:proofErr w:type="spellStart"/>
      <w:r w:rsidRPr="00510C7E">
        <w:rPr>
          <w:rFonts w:ascii="Times New Roman" w:eastAsia="Times New Roman" w:hAnsi="Times New Roman" w:cs="Times New Roman"/>
          <w:sz w:val="28"/>
          <w:szCs w:val="28"/>
          <w:lang w:val="uk-UA" w:eastAsia="ru-RU"/>
        </w:rPr>
        <w:t>Studio</w:t>
      </w:r>
      <w:proofErr w:type="spellEnd"/>
      <w:r w:rsidRPr="00510C7E">
        <w:rPr>
          <w:rFonts w:ascii="Times New Roman" w:eastAsia="Times New Roman" w:hAnsi="Times New Roman" w:cs="Times New Roman"/>
          <w:sz w:val="28"/>
          <w:szCs w:val="28"/>
          <w:lang w:val="uk-UA" w:eastAsia="ru-RU"/>
        </w:rPr>
        <w:t xml:space="preserve"> (раніше </w:t>
      </w:r>
      <w:proofErr w:type="spellStart"/>
      <w:r w:rsidRPr="00510C7E">
        <w:rPr>
          <w:rFonts w:ascii="Times New Roman" w:eastAsia="Times New Roman" w:hAnsi="Times New Roman" w:cs="Times New Roman"/>
          <w:sz w:val="28"/>
          <w:szCs w:val="28"/>
          <w:lang w:val="uk-UA" w:eastAsia="ru-RU"/>
        </w:rPr>
        <w:t>Fruity</w:t>
      </w:r>
      <w:proofErr w:type="spellEnd"/>
      <w:r w:rsidRPr="00510C7E">
        <w:rPr>
          <w:rFonts w:ascii="Times New Roman" w:eastAsia="Times New Roman" w:hAnsi="Times New Roman" w:cs="Times New Roman"/>
          <w:sz w:val="28"/>
          <w:szCs w:val="28"/>
          <w:lang w:val="uk-UA" w:eastAsia="ru-RU"/>
        </w:rPr>
        <w:t xml:space="preserve"> </w:t>
      </w:r>
      <w:proofErr w:type="spellStart"/>
      <w:r w:rsidRPr="00510C7E">
        <w:rPr>
          <w:rFonts w:ascii="Times New Roman" w:eastAsia="Times New Roman" w:hAnsi="Times New Roman" w:cs="Times New Roman"/>
          <w:sz w:val="28"/>
          <w:szCs w:val="28"/>
          <w:lang w:val="uk-UA" w:eastAsia="ru-RU"/>
        </w:rPr>
        <w:t>Loops</w:t>
      </w:r>
      <w:proofErr w:type="spellEnd"/>
      <w:r w:rsidRPr="00510C7E">
        <w:rPr>
          <w:rFonts w:ascii="Times New Roman" w:eastAsia="Times New Roman" w:hAnsi="Times New Roman" w:cs="Times New Roman"/>
          <w:sz w:val="28"/>
          <w:szCs w:val="28"/>
          <w:lang w:val="uk-UA" w:eastAsia="ru-RU"/>
        </w:rPr>
        <w:t xml:space="preserve">) </w:t>
      </w:r>
      <w:r w:rsidR="003D2A91">
        <w:rPr>
          <w:rFonts w:ascii="Times New Roman" w:eastAsia="Times New Roman" w:hAnsi="Times New Roman" w:cs="Times New Roman"/>
          <w:sz w:val="28"/>
          <w:szCs w:val="28"/>
          <w:lang w:val="uk-UA" w:eastAsia="ru-RU"/>
        </w:rPr>
        <w:t>–</w:t>
      </w:r>
      <w:r w:rsidRPr="00510C7E">
        <w:rPr>
          <w:rFonts w:ascii="Times New Roman" w:eastAsia="Times New Roman" w:hAnsi="Times New Roman" w:cs="Times New Roman"/>
          <w:sz w:val="28"/>
          <w:szCs w:val="28"/>
          <w:lang w:val="uk-UA" w:eastAsia="ru-RU"/>
        </w:rPr>
        <w:t xml:space="preserve"> редактор-</w:t>
      </w:r>
      <w:proofErr w:type="spellStart"/>
      <w:r w:rsidRPr="00510C7E">
        <w:rPr>
          <w:rFonts w:ascii="Times New Roman" w:eastAsia="Times New Roman" w:hAnsi="Times New Roman" w:cs="Times New Roman"/>
          <w:sz w:val="28"/>
          <w:szCs w:val="28"/>
          <w:lang w:val="uk-UA" w:eastAsia="ru-RU"/>
        </w:rPr>
        <w:t>секвенсер</w:t>
      </w:r>
      <w:proofErr w:type="spellEnd"/>
      <w:r w:rsidRPr="00510C7E">
        <w:rPr>
          <w:rFonts w:ascii="Times New Roman" w:eastAsia="Times New Roman" w:hAnsi="Times New Roman" w:cs="Times New Roman"/>
          <w:sz w:val="28"/>
          <w:szCs w:val="28"/>
          <w:lang w:val="uk-UA" w:eastAsia="ru-RU"/>
        </w:rPr>
        <w:t xml:space="preserve"> для написання музики, створений 1997 року програмістом </w:t>
      </w:r>
      <w:proofErr w:type="spellStart"/>
      <w:r w:rsidRPr="00510C7E">
        <w:rPr>
          <w:rFonts w:ascii="Times New Roman" w:eastAsia="Times New Roman" w:hAnsi="Times New Roman" w:cs="Times New Roman"/>
          <w:sz w:val="28"/>
          <w:szCs w:val="28"/>
          <w:lang w:val="uk-UA" w:eastAsia="ru-RU"/>
        </w:rPr>
        <w:t>Дідьє</w:t>
      </w:r>
      <w:proofErr w:type="spellEnd"/>
      <w:r w:rsidRPr="00510C7E">
        <w:rPr>
          <w:rFonts w:ascii="Times New Roman" w:eastAsia="Times New Roman" w:hAnsi="Times New Roman" w:cs="Times New Roman"/>
          <w:sz w:val="28"/>
          <w:szCs w:val="28"/>
          <w:lang w:val="uk-UA" w:eastAsia="ru-RU"/>
        </w:rPr>
        <w:t xml:space="preserve"> </w:t>
      </w:r>
      <w:proofErr w:type="spellStart"/>
      <w:r w:rsidRPr="00510C7E">
        <w:rPr>
          <w:rFonts w:ascii="Times New Roman" w:eastAsia="Times New Roman" w:hAnsi="Times New Roman" w:cs="Times New Roman"/>
          <w:sz w:val="28"/>
          <w:szCs w:val="28"/>
          <w:lang w:val="uk-UA" w:eastAsia="ru-RU"/>
        </w:rPr>
        <w:t>Дембреном</w:t>
      </w:r>
      <w:proofErr w:type="spellEnd"/>
      <w:r w:rsidRPr="00510C7E">
        <w:rPr>
          <w:rFonts w:ascii="Times New Roman" w:eastAsia="Times New Roman" w:hAnsi="Times New Roman" w:cs="Times New Roman"/>
          <w:sz w:val="28"/>
          <w:szCs w:val="28"/>
          <w:lang w:val="uk-UA" w:eastAsia="ru-RU"/>
        </w:rPr>
        <w:t xml:space="preserve"> (також відомим під псевдонімом «</w:t>
      </w:r>
      <w:proofErr w:type="spellStart"/>
      <w:r w:rsidRPr="00510C7E">
        <w:rPr>
          <w:rFonts w:ascii="Times New Roman" w:eastAsia="Times New Roman" w:hAnsi="Times New Roman" w:cs="Times New Roman"/>
          <w:sz w:val="28"/>
          <w:szCs w:val="28"/>
          <w:lang w:val="uk-UA" w:eastAsia="ru-RU"/>
        </w:rPr>
        <w:t>gol</w:t>
      </w:r>
      <w:proofErr w:type="spellEnd"/>
      <w:r w:rsidRPr="00510C7E">
        <w:rPr>
          <w:rFonts w:ascii="Times New Roman" w:eastAsia="Times New Roman" w:hAnsi="Times New Roman" w:cs="Times New Roman"/>
          <w:sz w:val="28"/>
          <w:szCs w:val="28"/>
          <w:lang w:val="uk-UA" w:eastAsia="ru-RU"/>
        </w:rPr>
        <w:t xml:space="preserve">»), який розробляв цю програму вісім років, і що випускається компанією </w:t>
      </w:r>
      <w:proofErr w:type="spellStart"/>
      <w:r w:rsidRPr="00510C7E">
        <w:rPr>
          <w:rFonts w:ascii="Times New Roman" w:eastAsia="Times New Roman" w:hAnsi="Times New Roman" w:cs="Times New Roman"/>
          <w:sz w:val="28"/>
          <w:szCs w:val="28"/>
          <w:lang w:val="uk-UA" w:eastAsia="ru-RU"/>
        </w:rPr>
        <w:t>Image-Line</w:t>
      </w:r>
      <w:proofErr w:type="spellEnd"/>
      <w:r w:rsidRPr="00510C7E">
        <w:rPr>
          <w:rFonts w:ascii="Times New Roman" w:eastAsia="Times New Roman" w:hAnsi="Times New Roman" w:cs="Times New Roman"/>
          <w:sz w:val="28"/>
          <w:szCs w:val="28"/>
          <w:lang w:val="uk-UA" w:eastAsia="ru-RU"/>
        </w:rPr>
        <w:t xml:space="preserve"> </w:t>
      </w:r>
      <w:proofErr w:type="spellStart"/>
      <w:r w:rsidRPr="00510C7E">
        <w:rPr>
          <w:rFonts w:ascii="Times New Roman" w:eastAsia="Times New Roman" w:hAnsi="Times New Roman" w:cs="Times New Roman"/>
          <w:sz w:val="28"/>
          <w:szCs w:val="28"/>
          <w:lang w:val="uk-UA" w:eastAsia="ru-RU"/>
        </w:rPr>
        <w:t>Software</w:t>
      </w:r>
      <w:proofErr w:type="spellEnd"/>
      <w:r w:rsidRPr="00510C7E">
        <w:rPr>
          <w:rFonts w:ascii="Times New Roman" w:eastAsia="Times New Roman" w:hAnsi="Times New Roman" w:cs="Times New Roman"/>
          <w:sz w:val="28"/>
          <w:szCs w:val="28"/>
          <w:lang w:val="uk-UA" w:eastAsia="ru-RU"/>
        </w:rPr>
        <w:t xml:space="preserve">. Музика створюється шляхом запису і зведення (звукозапису) аудіо-, або MIDI-матеріалу. Готова композиція може бути записана у файл з розширенням WAV, MP3 або OGG. Програма написана мовою програмування </w:t>
      </w:r>
      <w:proofErr w:type="spellStart"/>
      <w:r w:rsidRPr="00510C7E">
        <w:rPr>
          <w:rFonts w:ascii="Times New Roman" w:eastAsia="Times New Roman" w:hAnsi="Times New Roman" w:cs="Times New Roman"/>
          <w:sz w:val="28"/>
          <w:szCs w:val="28"/>
          <w:lang w:val="uk-UA" w:eastAsia="ru-RU"/>
        </w:rPr>
        <w:t>Delphi</w:t>
      </w:r>
      <w:proofErr w:type="spellEnd"/>
      <w:r w:rsidRPr="00510C7E">
        <w:rPr>
          <w:rFonts w:ascii="Times New Roman" w:eastAsia="Times New Roman" w:hAnsi="Times New Roman" w:cs="Times New Roman"/>
          <w:sz w:val="28"/>
          <w:szCs w:val="28"/>
          <w:lang w:val="uk-UA" w:eastAsia="ru-RU"/>
        </w:rPr>
        <w:t>.</w:t>
      </w:r>
    </w:p>
    <w:p w14:paraId="69DA3891" w14:textId="4C4C288F" w:rsidR="00510C7E" w:rsidRDefault="00323CB7" w:rsidP="00750BFA">
      <w:pPr>
        <w:shd w:val="clear" w:color="auto" w:fill="FFFFFF"/>
        <w:spacing w:after="0" w:line="360" w:lineRule="auto"/>
        <w:ind w:firstLine="709"/>
        <w:jc w:val="both"/>
        <w:rPr>
          <w:rFonts w:ascii="Times New Roman" w:eastAsia="Times New Roman" w:hAnsi="Times New Roman" w:cs="Times New Roman"/>
          <w:color w:val="202122"/>
          <w:sz w:val="28"/>
          <w:szCs w:val="28"/>
          <w:lang w:val="ru-RU" w:eastAsia="ru-RU"/>
        </w:rPr>
      </w:pPr>
      <w:r w:rsidRPr="00323CB7">
        <w:rPr>
          <w:rFonts w:ascii="Times New Roman" w:eastAsia="Times New Roman" w:hAnsi="Times New Roman" w:cs="Times New Roman"/>
          <w:color w:val="202122"/>
          <w:sz w:val="28"/>
          <w:szCs w:val="28"/>
          <w:lang w:val="ru-RU" w:eastAsia="ru-RU"/>
        </w:rPr>
        <w:t xml:space="preserve">У </w:t>
      </w:r>
      <w:proofErr w:type="spellStart"/>
      <w:r w:rsidRPr="00323CB7">
        <w:rPr>
          <w:rFonts w:ascii="Times New Roman" w:eastAsia="Times New Roman" w:hAnsi="Times New Roman" w:cs="Times New Roman"/>
          <w:color w:val="202122"/>
          <w:sz w:val="28"/>
          <w:szCs w:val="28"/>
          <w:lang w:val="ru-RU" w:eastAsia="ru-RU"/>
        </w:rPr>
        <w:t>програмі</w:t>
      </w:r>
      <w:proofErr w:type="spellEnd"/>
      <w:r w:rsidRPr="00323CB7">
        <w:rPr>
          <w:rFonts w:ascii="Times New Roman" w:eastAsia="Times New Roman" w:hAnsi="Times New Roman" w:cs="Times New Roman"/>
          <w:color w:val="202122"/>
          <w:sz w:val="28"/>
          <w:szCs w:val="28"/>
          <w:lang w:val="ru-RU" w:eastAsia="ru-RU"/>
        </w:rPr>
        <w:t xml:space="preserve"> </w:t>
      </w:r>
      <w:proofErr w:type="spellStart"/>
      <w:r w:rsidRPr="00323CB7">
        <w:rPr>
          <w:rFonts w:ascii="Times New Roman" w:eastAsia="Times New Roman" w:hAnsi="Times New Roman" w:cs="Times New Roman"/>
          <w:color w:val="202122"/>
          <w:sz w:val="28"/>
          <w:szCs w:val="28"/>
          <w:lang w:val="ru-RU" w:eastAsia="ru-RU"/>
        </w:rPr>
        <w:t>міститься</w:t>
      </w:r>
      <w:proofErr w:type="spellEnd"/>
      <w:r w:rsidRPr="00323CB7">
        <w:rPr>
          <w:rFonts w:ascii="Times New Roman" w:eastAsia="Times New Roman" w:hAnsi="Times New Roman" w:cs="Times New Roman"/>
          <w:color w:val="202122"/>
          <w:sz w:val="28"/>
          <w:szCs w:val="28"/>
          <w:lang w:val="ru-RU" w:eastAsia="ru-RU"/>
        </w:rPr>
        <w:t xml:space="preserve"> 4900 </w:t>
      </w:r>
      <w:proofErr w:type="spellStart"/>
      <w:r w:rsidRPr="00323CB7">
        <w:rPr>
          <w:rFonts w:ascii="Times New Roman" w:eastAsia="Times New Roman" w:hAnsi="Times New Roman" w:cs="Times New Roman"/>
          <w:color w:val="202122"/>
          <w:sz w:val="28"/>
          <w:szCs w:val="28"/>
          <w:lang w:val="ru-RU" w:eastAsia="ru-RU"/>
        </w:rPr>
        <w:t>звукових</w:t>
      </w:r>
      <w:proofErr w:type="spellEnd"/>
      <w:r w:rsidRPr="00323CB7">
        <w:rPr>
          <w:rFonts w:ascii="Times New Roman" w:eastAsia="Times New Roman" w:hAnsi="Times New Roman" w:cs="Times New Roman"/>
          <w:color w:val="202122"/>
          <w:sz w:val="28"/>
          <w:szCs w:val="28"/>
          <w:lang w:val="ru-RU" w:eastAsia="ru-RU"/>
        </w:rPr>
        <w:t xml:space="preserve"> </w:t>
      </w:r>
      <w:proofErr w:type="spellStart"/>
      <w:r w:rsidRPr="00323CB7">
        <w:rPr>
          <w:rFonts w:ascii="Times New Roman" w:eastAsia="Times New Roman" w:hAnsi="Times New Roman" w:cs="Times New Roman"/>
          <w:color w:val="202122"/>
          <w:sz w:val="28"/>
          <w:szCs w:val="28"/>
          <w:lang w:val="ru-RU" w:eastAsia="ru-RU"/>
        </w:rPr>
        <w:t>ефектів</w:t>
      </w:r>
      <w:proofErr w:type="spellEnd"/>
      <w:r w:rsidRPr="00323CB7">
        <w:rPr>
          <w:rFonts w:ascii="Times New Roman" w:eastAsia="Times New Roman" w:hAnsi="Times New Roman" w:cs="Times New Roman"/>
          <w:color w:val="202122"/>
          <w:sz w:val="28"/>
          <w:szCs w:val="28"/>
          <w:lang w:val="ru-RU" w:eastAsia="ru-RU"/>
        </w:rPr>
        <w:t xml:space="preserve">, </w:t>
      </w:r>
      <w:proofErr w:type="spellStart"/>
      <w:r w:rsidRPr="00323CB7">
        <w:rPr>
          <w:rFonts w:ascii="Times New Roman" w:eastAsia="Times New Roman" w:hAnsi="Times New Roman" w:cs="Times New Roman"/>
          <w:color w:val="202122"/>
          <w:sz w:val="28"/>
          <w:szCs w:val="28"/>
          <w:lang w:val="ru-RU" w:eastAsia="ru-RU"/>
        </w:rPr>
        <w:t>які</w:t>
      </w:r>
      <w:proofErr w:type="spellEnd"/>
      <w:r w:rsidRPr="00323CB7">
        <w:rPr>
          <w:rFonts w:ascii="Times New Roman" w:eastAsia="Times New Roman" w:hAnsi="Times New Roman" w:cs="Times New Roman"/>
          <w:color w:val="202122"/>
          <w:sz w:val="28"/>
          <w:szCs w:val="28"/>
          <w:lang w:val="ru-RU" w:eastAsia="ru-RU"/>
        </w:rPr>
        <w:t xml:space="preserve"> </w:t>
      </w:r>
      <w:proofErr w:type="spellStart"/>
      <w:r w:rsidRPr="00323CB7">
        <w:rPr>
          <w:rFonts w:ascii="Times New Roman" w:eastAsia="Times New Roman" w:hAnsi="Times New Roman" w:cs="Times New Roman"/>
          <w:color w:val="202122"/>
          <w:sz w:val="28"/>
          <w:szCs w:val="28"/>
          <w:lang w:val="ru-RU" w:eastAsia="ru-RU"/>
        </w:rPr>
        <w:t>допомагають</w:t>
      </w:r>
      <w:proofErr w:type="spellEnd"/>
      <w:r w:rsidRPr="00323CB7">
        <w:rPr>
          <w:rFonts w:ascii="Times New Roman" w:eastAsia="Times New Roman" w:hAnsi="Times New Roman" w:cs="Times New Roman"/>
          <w:color w:val="202122"/>
          <w:sz w:val="28"/>
          <w:szCs w:val="28"/>
          <w:lang w:val="ru-RU" w:eastAsia="ru-RU"/>
        </w:rPr>
        <w:t xml:space="preserve"> як </w:t>
      </w:r>
      <w:proofErr w:type="spellStart"/>
      <w:r w:rsidRPr="00323CB7">
        <w:rPr>
          <w:rFonts w:ascii="Times New Roman" w:eastAsia="Times New Roman" w:hAnsi="Times New Roman" w:cs="Times New Roman"/>
          <w:color w:val="202122"/>
          <w:sz w:val="28"/>
          <w:szCs w:val="28"/>
          <w:lang w:val="ru-RU" w:eastAsia="ru-RU"/>
        </w:rPr>
        <w:t>складати</w:t>
      </w:r>
      <w:proofErr w:type="spellEnd"/>
      <w:r w:rsidRPr="00323CB7">
        <w:rPr>
          <w:rFonts w:ascii="Times New Roman" w:eastAsia="Times New Roman" w:hAnsi="Times New Roman" w:cs="Times New Roman"/>
          <w:color w:val="202122"/>
          <w:sz w:val="28"/>
          <w:szCs w:val="28"/>
          <w:lang w:val="ru-RU" w:eastAsia="ru-RU"/>
        </w:rPr>
        <w:t xml:space="preserve">, так і </w:t>
      </w:r>
      <w:proofErr w:type="spellStart"/>
      <w:r w:rsidRPr="00323CB7">
        <w:rPr>
          <w:rFonts w:ascii="Times New Roman" w:eastAsia="Times New Roman" w:hAnsi="Times New Roman" w:cs="Times New Roman"/>
          <w:color w:val="202122"/>
          <w:sz w:val="28"/>
          <w:szCs w:val="28"/>
          <w:lang w:val="ru-RU" w:eastAsia="ru-RU"/>
        </w:rPr>
        <w:t>редагувати</w:t>
      </w:r>
      <w:proofErr w:type="spellEnd"/>
      <w:r w:rsidRPr="00323CB7">
        <w:rPr>
          <w:rFonts w:ascii="Times New Roman" w:eastAsia="Times New Roman" w:hAnsi="Times New Roman" w:cs="Times New Roman"/>
          <w:color w:val="202122"/>
          <w:sz w:val="28"/>
          <w:szCs w:val="28"/>
          <w:lang w:val="ru-RU" w:eastAsia="ru-RU"/>
        </w:rPr>
        <w:t xml:space="preserve"> </w:t>
      </w:r>
      <w:proofErr w:type="spellStart"/>
      <w:r w:rsidRPr="00323CB7">
        <w:rPr>
          <w:rFonts w:ascii="Times New Roman" w:eastAsia="Times New Roman" w:hAnsi="Times New Roman" w:cs="Times New Roman"/>
          <w:color w:val="202122"/>
          <w:sz w:val="28"/>
          <w:szCs w:val="28"/>
          <w:lang w:val="ru-RU" w:eastAsia="ru-RU"/>
        </w:rPr>
        <w:t>музику</w:t>
      </w:r>
      <w:proofErr w:type="spellEnd"/>
      <w:r w:rsidRPr="00323CB7">
        <w:rPr>
          <w:rFonts w:ascii="Times New Roman" w:eastAsia="Times New Roman" w:hAnsi="Times New Roman" w:cs="Times New Roman"/>
          <w:color w:val="202122"/>
          <w:sz w:val="28"/>
          <w:szCs w:val="28"/>
          <w:lang w:val="ru-RU" w:eastAsia="ru-RU"/>
        </w:rPr>
        <w:t xml:space="preserve">. Продуктом </w:t>
      </w:r>
      <w:proofErr w:type="spellStart"/>
      <w:r w:rsidRPr="00323CB7">
        <w:rPr>
          <w:rFonts w:ascii="Times New Roman" w:eastAsia="Times New Roman" w:hAnsi="Times New Roman" w:cs="Times New Roman"/>
          <w:color w:val="202122"/>
          <w:sz w:val="28"/>
          <w:szCs w:val="28"/>
          <w:lang w:val="ru-RU" w:eastAsia="ru-RU"/>
        </w:rPr>
        <w:t>компанії</w:t>
      </w:r>
      <w:proofErr w:type="spellEnd"/>
      <w:r w:rsidRPr="00323CB7">
        <w:rPr>
          <w:rFonts w:ascii="Times New Roman" w:eastAsia="Times New Roman" w:hAnsi="Times New Roman" w:cs="Times New Roman"/>
          <w:color w:val="202122"/>
          <w:sz w:val="28"/>
          <w:szCs w:val="28"/>
          <w:lang w:val="ru-RU" w:eastAsia="ru-RU"/>
        </w:rPr>
        <w:t xml:space="preserve"> </w:t>
      </w:r>
      <w:proofErr w:type="spellStart"/>
      <w:r w:rsidRPr="00323CB7">
        <w:rPr>
          <w:rFonts w:ascii="Times New Roman" w:eastAsia="Times New Roman" w:hAnsi="Times New Roman" w:cs="Times New Roman"/>
          <w:color w:val="202122"/>
          <w:sz w:val="28"/>
          <w:szCs w:val="28"/>
          <w:lang w:val="ru-RU" w:eastAsia="ru-RU"/>
        </w:rPr>
        <w:t>користуються</w:t>
      </w:r>
      <w:proofErr w:type="spellEnd"/>
      <w:r w:rsidRPr="00323CB7">
        <w:rPr>
          <w:rFonts w:ascii="Times New Roman" w:eastAsia="Times New Roman" w:hAnsi="Times New Roman" w:cs="Times New Roman"/>
          <w:color w:val="202122"/>
          <w:sz w:val="28"/>
          <w:szCs w:val="28"/>
          <w:lang w:val="ru-RU" w:eastAsia="ru-RU"/>
        </w:rPr>
        <w:t xml:space="preserve"> </w:t>
      </w:r>
      <w:proofErr w:type="spellStart"/>
      <w:r w:rsidRPr="00323CB7">
        <w:rPr>
          <w:rFonts w:ascii="Times New Roman" w:eastAsia="Times New Roman" w:hAnsi="Times New Roman" w:cs="Times New Roman"/>
          <w:color w:val="202122"/>
          <w:sz w:val="28"/>
          <w:szCs w:val="28"/>
          <w:lang w:val="ru-RU" w:eastAsia="ru-RU"/>
        </w:rPr>
        <w:t>близько</w:t>
      </w:r>
      <w:proofErr w:type="spellEnd"/>
      <w:r w:rsidRPr="00323CB7">
        <w:rPr>
          <w:rFonts w:ascii="Times New Roman" w:eastAsia="Times New Roman" w:hAnsi="Times New Roman" w:cs="Times New Roman"/>
          <w:color w:val="202122"/>
          <w:sz w:val="28"/>
          <w:szCs w:val="28"/>
          <w:lang w:val="ru-RU" w:eastAsia="ru-RU"/>
        </w:rPr>
        <w:t xml:space="preserve"> 80 </w:t>
      </w:r>
      <w:proofErr w:type="spellStart"/>
      <w:r w:rsidRPr="00323CB7">
        <w:rPr>
          <w:rFonts w:ascii="Times New Roman" w:eastAsia="Times New Roman" w:hAnsi="Times New Roman" w:cs="Times New Roman"/>
          <w:color w:val="202122"/>
          <w:sz w:val="28"/>
          <w:szCs w:val="28"/>
          <w:lang w:val="ru-RU" w:eastAsia="ru-RU"/>
        </w:rPr>
        <w:t>тисяч</w:t>
      </w:r>
      <w:proofErr w:type="spellEnd"/>
      <w:r w:rsidRPr="00323CB7">
        <w:rPr>
          <w:rFonts w:ascii="Times New Roman" w:eastAsia="Times New Roman" w:hAnsi="Times New Roman" w:cs="Times New Roman"/>
          <w:color w:val="202122"/>
          <w:sz w:val="28"/>
          <w:szCs w:val="28"/>
          <w:lang w:val="ru-RU" w:eastAsia="ru-RU"/>
        </w:rPr>
        <w:t xml:space="preserve"> </w:t>
      </w:r>
      <w:proofErr w:type="spellStart"/>
      <w:r w:rsidRPr="00323CB7">
        <w:rPr>
          <w:rFonts w:ascii="Times New Roman" w:eastAsia="Times New Roman" w:hAnsi="Times New Roman" w:cs="Times New Roman"/>
          <w:color w:val="202122"/>
          <w:sz w:val="28"/>
          <w:szCs w:val="28"/>
          <w:lang w:val="ru-RU" w:eastAsia="ru-RU"/>
        </w:rPr>
        <w:t>користувачів</w:t>
      </w:r>
      <w:proofErr w:type="spellEnd"/>
      <w:r w:rsidRPr="00323CB7">
        <w:rPr>
          <w:rFonts w:ascii="Times New Roman" w:eastAsia="Times New Roman" w:hAnsi="Times New Roman" w:cs="Times New Roman"/>
          <w:color w:val="202122"/>
          <w:sz w:val="28"/>
          <w:szCs w:val="28"/>
          <w:lang w:val="ru-RU" w:eastAsia="ru-RU"/>
        </w:rPr>
        <w:t xml:space="preserve">. </w:t>
      </w:r>
      <w:r w:rsidR="00510C7E" w:rsidRPr="00510C7E">
        <w:rPr>
          <w:rFonts w:ascii="Times New Roman" w:eastAsia="Times New Roman" w:hAnsi="Times New Roman" w:cs="Times New Roman"/>
          <w:color w:val="202122"/>
          <w:sz w:val="28"/>
          <w:szCs w:val="28"/>
          <w:lang w:val="ru-RU" w:eastAsia="ru-RU"/>
        </w:rPr>
        <w:t xml:space="preserve">Названий на честь героя </w:t>
      </w:r>
      <w:proofErr w:type="spellStart"/>
      <w:r w:rsidR="00510C7E" w:rsidRPr="00510C7E">
        <w:rPr>
          <w:rFonts w:ascii="Times New Roman" w:eastAsia="Times New Roman" w:hAnsi="Times New Roman" w:cs="Times New Roman"/>
          <w:color w:val="202122"/>
          <w:sz w:val="28"/>
          <w:szCs w:val="28"/>
          <w:lang w:val="ru-RU" w:eastAsia="ru-RU"/>
        </w:rPr>
        <w:t>фільму</w:t>
      </w:r>
      <w:proofErr w:type="spellEnd"/>
      <w:r w:rsidR="00510C7E" w:rsidRPr="00510C7E">
        <w:rPr>
          <w:rFonts w:ascii="Times New Roman" w:eastAsia="Times New Roman" w:hAnsi="Times New Roman" w:cs="Times New Roman"/>
          <w:color w:val="202122"/>
          <w:sz w:val="28"/>
          <w:szCs w:val="28"/>
          <w:lang w:val="ru-RU" w:eastAsia="ru-RU"/>
        </w:rPr>
        <w:t xml:space="preserve"> «</w:t>
      </w:r>
      <w:proofErr w:type="spellStart"/>
      <w:r w:rsidR="00510C7E" w:rsidRPr="00510C7E">
        <w:rPr>
          <w:rFonts w:ascii="Times New Roman" w:eastAsia="Times New Roman" w:hAnsi="Times New Roman" w:cs="Times New Roman"/>
          <w:color w:val="202122"/>
          <w:sz w:val="28"/>
          <w:szCs w:val="28"/>
          <w:lang w:val="ru-RU" w:eastAsia="ru-RU"/>
        </w:rPr>
        <w:t>Хакери</w:t>
      </w:r>
      <w:proofErr w:type="spellEnd"/>
      <w:r w:rsidR="00510C7E" w:rsidRPr="00510C7E">
        <w:rPr>
          <w:rFonts w:ascii="Times New Roman" w:eastAsia="Times New Roman" w:hAnsi="Times New Roman" w:cs="Times New Roman"/>
          <w:color w:val="202122"/>
          <w:sz w:val="28"/>
          <w:szCs w:val="28"/>
          <w:lang w:val="ru-RU" w:eastAsia="ru-RU"/>
        </w:rPr>
        <w:t xml:space="preserve">» </w:t>
      </w:r>
      <w:r w:rsidR="003D2A91">
        <w:rPr>
          <w:rFonts w:ascii="Times New Roman" w:eastAsia="Times New Roman" w:hAnsi="Times New Roman" w:cs="Times New Roman"/>
          <w:color w:val="202122"/>
          <w:sz w:val="28"/>
          <w:szCs w:val="28"/>
          <w:lang w:val="ru-RU" w:eastAsia="ru-RU"/>
        </w:rPr>
        <w:t>–</w:t>
      </w:r>
      <w:r w:rsidR="00510C7E" w:rsidRPr="00510C7E">
        <w:rPr>
          <w:rFonts w:ascii="Times New Roman" w:eastAsia="Times New Roman" w:hAnsi="Times New Roman" w:cs="Times New Roman"/>
          <w:color w:val="202122"/>
          <w:sz w:val="28"/>
          <w:szCs w:val="28"/>
          <w:lang w:val="ru-RU" w:eastAsia="ru-RU"/>
        </w:rPr>
        <w:t xml:space="preserve"> Фруктового </w:t>
      </w:r>
      <w:proofErr w:type="spellStart"/>
      <w:r w:rsidR="00510C7E" w:rsidRPr="00510C7E">
        <w:rPr>
          <w:rFonts w:ascii="Times New Roman" w:eastAsia="Times New Roman" w:hAnsi="Times New Roman" w:cs="Times New Roman"/>
          <w:color w:val="202122"/>
          <w:sz w:val="28"/>
          <w:szCs w:val="28"/>
          <w:lang w:val="ru-RU" w:eastAsia="ru-RU"/>
        </w:rPr>
        <w:t>Зашморга</w:t>
      </w:r>
      <w:proofErr w:type="spellEnd"/>
      <w:r w:rsidR="00510C7E" w:rsidRPr="00510C7E">
        <w:rPr>
          <w:rFonts w:ascii="Times New Roman" w:eastAsia="Times New Roman" w:hAnsi="Times New Roman" w:cs="Times New Roman"/>
          <w:color w:val="202122"/>
          <w:sz w:val="28"/>
          <w:szCs w:val="28"/>
          <w:lang w:val="ru-RU" w:eastAsia="ru-RU"/>
        </w:rPr>
        <w:t>.</w:t>
      </w:r>
    </w:p>
    <w:p w14:paraId="000C083C" w14:textId="77777777" w:rsidR="003D2A91" w:rsidRPr="00DE2274" w:rsidRDefault="003D2A91" w:rsidP="00750BFA">
      <w:pPr>
        <w:spacing w:after="0" w:line="360" w:lineRule="auto"/>
        <w:ind w:firstLine="709"/>
        <w:jc w:val="both"/>
        <w:rPr>
          <w:rFonts w:ascii="Times New Roman" w:eastAsia="Times New Roman" w:hAnsi="Times New Roman" w:cs="Times New Roman"/>
          <w:color w:val="202122"/>
          <w:sz w:val="28"/>
          <w:szCs w:val="28"/>
          <w:lang w:val="uk-UA" w:eastAsia="ru-RU"/>
        </w:rPr>
      </w:pPr>
      <w:r w:rsidRPr="003D2A91">
        <w:rPr>
          <w:rFonts w:ascii="Times New Roman" w:eastAsia="Times New Roman" w:hAnsi="Times New Roman" w:cs="Times New Roman"/>
          <w:color w:val="202122"/>
          <w:sz w:val="28"/>
          <w:szCs w:val="28"/>
          <w:lang w:val="uk-UA" w:eastAsia="ru-RU"/>
        </w:rPr>
        <w:t xml:space="preserve">Основними елементами FL </w:t>
      </w:r>
      <w:proofErr w:type="spellStart"/>
      <w:r w:rsidRPr="003D2A91">
        <w:rPr>
          <w:rFonts w:ascii="Times New Roman" w:eastAsia="Times New Roman" w:hAnsi="Times New Roman" w:cs="Times New Roman"/>
          <w:color w:val="202122"/>
          <w:sz w:val="28"/>
          <w:szCs w:val="28"/>
          <w:lang w:val="uk-UA" w:eastAsia="ru-RU"/>
        </w:rPr>
        <w:t>Studio</w:t>
      </w:r>
      <w:proofErr w:type="spellEnd"/>
      <w:r w:rsidRPr="003D2A91">
        <w:rPr>
          <w:rFonts w:ascii="Times New Roman" w:eastAsia="Times New Roman" w:hAnsi="Times New Roman" w:cs="Times New Roman"/>
          <w:color w:val="202122"/>
          <w:sz w:val="28"/>
          <w:szCs w:val="28"/>
          <w:lang w:val="uk-UA" w:eastAsia="ru-RU"/>
        </w:rPr>
        <w:t xml:space="preserve"> є:</w:t>
      </w:r>
    </w:p>
    <w:p w14:paraId="37DE1163" w14:textId="77777777" w:rsidR="003D2A91" w:rsidRPr="00DE2274" w:rsidRDefault="003D2A91" w:rsidP="00750BFA">
      <w:pPr>
        <w:spacing w:after="0" w:line="360" w:lineRule="auto"/>
        <w:ind w:firstLine="709"/>
        <w:jc w:val="both"/>
        <w:rPr>
          <w:rFonts w:ascii="Times New Roman" w:eastAsia="Times New Roman" w:hAnsi="Times New Roman" w:cs="Times New Roman"/>
          <w:color w:val="202122"/>
          <w:sz w:val="28"/>
          <w:szCs w:val="28"/>
          <w:lang w:val="uk-UA" w:eastAsia="ru-RU"/>
        </w:rPr>
      </w:pPr>
      <w:r w:rsidRPr="003D2A91">
        <w:rPr>
          <w:rFonts w:ascii="Times New Roman" w:eastAsia="Times New Roman" w:hAnsi="Times New Roman" w:cs="Times New Roman"/>
          <w:color w:val="202122"/>
          <w:sz w:val="28"/>
          <w:szCs w:val="28"/>
          <w:lang w:val="uk-UA" w:eastAsia="ru-RU"/>
        </w:rPr>
        <w:lastRenderedPageBreak/>
        <w:t xml:space="preserve">– </w:t>
      </w:r>
      <w:proofErr w:type="spellStart"/>
      <w:r w:rsidRPr="003D2A91">
        <w:rPr>
          <w:rFonts w:ascii="Times New Roman" w:eastAsia="Times New Roman" w:hAnsi="Times New Roman" w:cs="Times New Roman"/>
          <w:color w:val="202122"/>
          <w:sz w:val="28"/>
          <w:szCs w:val="28"/>
          <w:lang w:val="uk-UA" w:eastAsia="ru-RU"/>
        </w:rPr>
        <w:t>Step</w:t>
      </w:r>
      <w:proofErr w:type="spellEnd"/>
      <w:r w:rsidRPr="003D2A91">
        <w:rPr>
          <w:rFonts w:ascii="Times New Roman" w:eastAsia="Times New Roman" w:hAnsi="Times New Roman" w:cs="Times New Roman"/>
          <w:color w:val="202122"/>
          <w:sz w:val="28"/>
          <w:szCs w:val="28"/>
          <w:lang w:val="uk-UA" w:eastAsia="ru-RU"/>
        </w:rPr>
        <w:t xml:space="preserve"> </w:t>
      </w:r>
      <w:proofErr w:type="spellStart"/>
      <w:r w:rsidRPr="003D2A91">
        <w:rPr>
          <w:rFonts w:ascii="Times New Roman" w:eastAsia="Times New Roman" w:hAnsi="Times New Roman" w:cs="Times New Roman"/>
          <w:color w:val="202122"/>
          <w:sz w:val="28"/>
          <w:szCs w:val="28"/>
          <w:lang w:val="uk-UA" w:eastAsia="ru-RU"/>
        </w:rPr>
        <w:t>Sequencer</w:t>
      </w:r>
      <w:proofErr w:type="spellEnd"/>
      <w:r w:rsidRPr="003D2A91">
        <w:rPr>
          <w:rFonts w:ascii="Times New Roman" w:eastAsia="Times New Roman" w:hAnsi="Times New Roman" w:cs="Times New Roman"/>
          <w:color w:val="202122"/>
          <w:sz w:val="28"/>
          <w:szCs w:val="28"/>
          <w:lang w:val="uk-UA" w:eastAsia="ru-RU"/>
        </w:rPr>
        <w:t>, який дозволяє швидко створювати та редагувати лупи, додавати нові генератори (канали) та видаляти непотрібні;</w:t>
      </w:r>
    </w:p>
    <w:p w14:paraId="7D0710E5" w14:textId="77777777" w:rsidR="003D2A91" w:rsidRPr="00DE2274" w:rsidRDefault="003D2A91" w:rsidP="003D2A91">
      <w:pPr>
        <w:spacing w:after="0" w:line="360" w:lineRule="auto"/>
        <w:ind w:firstLine="709"/>
        <w:jc w:val="both"/>
        <w:rPr>
          <w:rFonts w:ascii="Times New Roman" w:eastAsia="Times New Roman" w:hAnsi="Times New Roman" w:cs="Times New Roman"/>
          <w:color w:val="202122"/>
          <w:sz w:val="28"/>
          <w:szCs w:val="28"/>
          <w:lang w:val="uk-UA" w:eastAsia="ru-RU"/>
        </w:rPr>
      </w:pPr>
      <w:r w:rsidRPr="003D2A91">
        <w:rPr>
          <w:rFonts w:ascii="Times New Roman" w:eastAsia="Times New Roman" w:hAnsi="Times New Roman" w:cs="Times New Roman"/>
          <w:color w:val="202122"/>
          <w:sz w:val="28"/>
          <w:szCs w:val="28"/>
          <w:lang w:val="uk-UA" w:eastAsia="ru-RU"/>
        </w:rPr>
        <w:t xml:space="preserve">– </w:t>
      </w:r>
      <w:proofErr w:type="spellStart"/>
      <w:r w:rsidRPr="003D2A91">
        <w:rPr>
          <w:rFonts w:ascii="Times New Roman" w:eastAsia="Times New Roman" w:hAnsi="Times New Roman" w:cs="Times New Roman"/>
          <w:color w:val="202122"/>
          <w:sz w:val="28"/>
          <w:szCs w:val="28"/>
          <w:lang w:val="uk-UA" w:eastAsia="ru-RU"/>
        </w:rPr>
        <w:t>Piano</w:t>
      </w:r>
      <w:proofErr w:type="spellEnd"/>
      <w:r w:rsidRPr="003D2A91">
        <w:rPr>
          <w:rFonts w:ascii="Times New Roman" w:eastAsia="Times New Roman" w:hAnsi="Times New Roman" w:cs="Times New Roman"/>
          <w:color w:val="202122"/>
          <w:sz w:val="28"/>
          <w:szCs w:val="28"/>
          <w:lang w:val="uk-UA" w:eastAsia="ru-RU"/>
        </w:rPr>
        <w:t xml:space="preserve"> </w:t>
      </w:r>
      <w:proofErr w:type="spellStart"/>
      <w:r w:rsidRPr="003D2A91">
        <w:rPr>
          <w:rFonts w:ascii="Times New Roman" w:eastAsia="Times New Roman" w:hAnsi="Times New Roman" w:cs="Times New Roman"/>
          <w:color w:val="202122"/>
          <w:sz w:val="28"/>
          <w:szCs w:val="28"/>
          <w:lang w:val="uk-UA" w:eastAsia="ru-RU"/>
        </w:rPr>
        <w:t>Roll</w:t>
      </w:r>
      <w:proofErr w:type="spellEnd"/>
      <w:r w:rsidRPr="003D2A91">
        <w:rPr>
          <w:rFonts w:ascii="Times New Roman" w:eastAsia="Times New Roman" w:hAnsi="Times New Roman" w:cs="Times New Roman"/>
          <w:color w:val="202122"/>
          <w:sz w:val="28"/>
          <w:szCs w:val="28"/>
          <w:lang w:val="uk-UA" w:eastAsia="ru-RU"/>
        </w:rPr>
        <w:t xml:space="preserve">, що являє собою двовимірну сітку, по вертикальній осі якої відкладено висоту звуку, а по горизонтальній </w:t>
      </w:r>
      <w:r w:rsidRPr="00DE2274">
        <w:rPr>
          <w:rFonts w:ascii="Times New Roman" w:eastAsia="Times New Roman" w:hAnsi="Times New Roman" w:cs="Times New Roman"/>
          <w:color w:val="202122"/>
          <w:sz w:val="28"/>
          <w:szCs w:val="28"/>
          <w:lang w:val="uk-UA" w:eastAsia="ru-RU"/>
        </w:rPr>
        <w:t>–</w:t>
      </w:r>
      <w:r w:rsidRPr="003D2A91">
        <w:rPr>
          <w:rFonts w:ascii="Times New Roman" w:eastAsia="Times New Roman" w:hAnsi="Times New Roman" w:cs="Times New Roman"/>
          <w:color w:val="202122"/>
          <w:sz w:val="28"/>
          <w:szCs w:val="28"/>
          <w:lang w:val="uk-UA" w:eastAsia="ru-RU"/>
        </w:rPr>
        <w:t xml:space="preserve"> час, і має ширші можливості, ніж </w:t>
      </w:r>
      <w:proofErr w:type="spellStart"/>
      <w:r w:rsidRPr="003D2A91">
        <w:rPr>
          <w:rFonts w:ascii="Times New Roman" w:eastAsia="Times New Roman" w:hAnsi="Times New Roman" w:cs="Times New Roman"/>
          <w:color w:val="202122"/>
          <w:sz w:val="28"/>
          <w:szCs w:val="28"/>
          <w:lang w:val="uk-UA" w:eastAsia="ru-RU"/>
        </w:rPr>
        <w:t>Step</w:t>
      </w:r>
      <w:proofErr w:type="spellEnd"/>
      <w:r w:rsidRPr="003D2A91">
        <w:rPr>
          <w:rFonts w:ascii="Times New Roman" w:eastAsia="Times New Roman" w:hAnsi="Times New Roman" w:cs="Times New Roman"/>
          <w:color w:val="202122"/>
          <w:sz w:val="28"/>
          <w:szCs w:val="28"/>
          <w:lang w:val="uk-UA" w:eastAsia="ru-RU"/>
        </w:rPr>
        <w:t xml:space="preserve"> </w:t>
      </w:r>
      <w:proofErr w:type="spellStart"/>
      <w:r w:rsidRPr="003D2A91">
        <w:rPr>
          <w:rFonts w:ascii="Times New Roman" w:eastAsia="Times New Roman" w:hAnsi="Times New Roman" w:cs="Times New Roman"/>
          <w:color w:val="202122"/>
          <w:sz w:val="28"/>
          <w:szCs w:val="28"/>
          <w:lang w:val="uk-UA" w:eastAsia="ru-RU"/>
        </w:rPr>
        <w:t>Sequencer</w:t>
      </w:r>
      <w:proofErr w:type="spellEnd"/>
      <w:r w:rsidRPr="003D2A91">
        <w:rPr>
          <w:rFonts w:ascii="Times New Roman" w:eastAsia="Times New Roman" w:hAnsi="Times New Roman" w:cs="Times New Roman"/>
          <w:color w:val="202122"/>
          <w:sz w:val="28"/>
          <w:szCs w:val="28"/>
          <w:lang w:val="uk-UA" w:eastAsia="ru-RU"/>
        </w:rPr>
        <w:t>;</w:t>
      </w:r>
    </w:p>
    <w:p w14:paraId="6C374A46" w14:textId="77777777" w:rsidR="003D2A91" w:rsidRPr="00DE2274" w:rsidRDefault="003D2A91" w:rsidP="003D2A91">
      <w:pPr>
        <w:spacing w:after="0" w:line="360" w:lineRule="auto"/>
        <w:ind w:firstLine="709"/>
        <w:jc w:val="both"/>
        <w:rPr>
          <w:rFonts w:ascii="Times New Roman" w:eastAsia="Times New Roman" w:hAnsi="Times New Roman" w:cs="Times New Roman"/>
          <w:color w:val="202122"/>
          <w:sz w:val="28"/>
          <w:szCs w:val="28"/>
          <w:lang w:val="uk-UA" w:eastAsia="ru-RU"/>
        </w:rPr>
      </w:pPr>
      <w:r w:rsidRPr="003D2A91">
        <w:rPr>
          <w:rFonts w:ascii="Times New Roman" w:eastAsia="Times New Roman" w:hAnsi="Times New Roman" w:cs="Times New Roman"/>
          <w:color w:val="202122"/>
          <w:sz w:val="28"/>
          <w:szCs w:val="28"/>
          <w:lang w:val="uk-UA" w:eastAsia="ru-RU"/>
        </w:rPr>
        <w:t xml:space="preserve">– </w:t>
      </w:r>
      <w:proofErr w:type="spellStart"/>
      <w:r w:rsidRPr="003D2A91">
        <w:rPr>
          <w:rFonts w:ascii="Times New Roman" w:eastAsia="Times New Roman" w:hAnsi="Times New Roman" w:cs="Times New Roman"/>
          <w:color w:val="202122"/>
          <w:sz w:val="28"/>
          <w:szCs w:val="28"/>
          <w:lang w:val="uk-UA" w:eastAsia="ru-RU"/>
        </w:rPr>
        <w:t>Playlist</w:t>
      </w:r>
      <w:proofErr w:type="spellEnd"/>
      <w:r w:rsidRPr="003D2A91">
        <w:rPr>
          <w:rFonts w:ascii="Times New Roman" w:eastAsia="Times New Roman" w:hAnsi="Times New Roman" w:cs="Times New Roman"/>
          <w:color w:val="202122"/>
          <w:sz w:val="28"/>
          <w:szCs w:val="28"/>
          <w:lang w:val="uk-UA" w:eastAsia="ru-RU"/>
        </w:rPr>
        <w:t xml:space="preserve">, який дозволяє розміщувати створені у </w:t>
      </w:r>
      <w:proofErr w:type="spellStart"/>
      <w:r w:rsidRPr="003D2A91">
        <w:rPr>
          <w:rFonts w:ascii="Times New Roman" w:eastAsia="Times New Roman" w:hAnsi="Times New Roman" w:cs="Times New Roman"/>
          <w:color w:val="202122"/>
          <w:sz w:val="28"/>
          <w:szCs w:val="28"/>
          <w:lang w:val="uk-UA" w:eastAsia="ru-RU"/>
        </w:rPr>
        <w:t>Step</w:t>
      </w:r>
      <w:proofErr w:type="spellEnd"/>
      <w:r w:rsidRPr="003D2A91">
        <w:rPr>
          <w:rFonts w:ascii="Times New Roman" w:eastAsia="Times New Roman" w:hAnsi="Times New Roman" w:cs="Times New Roman"/>
          <w:color w:val="202122"/>
          <w:sz w:val="28"/>
          <w:szCs w:val="28"/>
          <w:lang w:val="uk-UA" w:eastAsia="ru-RU"/>
        </w:rPr>
        <w:t xml:space="preserve"> </w:t>
      </w:r>
      <w:proofErr w:type="spellStart"/>
      <w:r w:rsidRPr="003D2A91">
        <w:rPr>
          <w:rFonts w:ascii="Times New Roman" w:eastAsia="Times New Roman" w:hAnsi="Times New Roman" w:cs="Times New Roman"/>
          <w:color w:val="202122"/>
          <w:sz w:val="28"/>
          <w:szCs w:val="28"/>
          <w:lang w:val="uk-UA" w:eastAsia="ru-RU"/>
        </w:rPr>
        <w:t>Sequencer</w:t>
      </w:r>
      <w:proofErr w:type="spellEnd"/>
      <w:r w:rsidRPr="003D2A91">
        <w:rPr>
          <w:rFonts w:ascii="Times New Roman" w:eastAsia="Times New Roman" w:hAnsi="Times New Roman" w:cs="Times New Roman"/>
          <w:color w:val="202122"/>
          <w:sz w:val="28"/>
          <w:szCs w:val="28"/>
          <w:lang w:val="uk-UA" w:eastAsia="ru-RU"/>
        </w:rPr>
        <w:t xml:space="preserve"> або </w:t>
      </w:r>
      <w:proofErr w:type="spellStart"/>
      <w:r w:rsidRPr="003D2A91">
        <w:rPr>
          <w:rFonts w:ascii="Times New Roman" w:eastAsia="Times New Roman" w:hAnsi="Times New Roman" w:cs="Times New Roman"/>
          <w:color w:val="202122"/>
          <w:sz w:val="28"/>
          <w:szCs w:val="28"/>
          <w:lang w:val="uk-UA" w:eastAsia="ru-RU"/>
        </w:rPr>
        <w:t>Piano</w:t>
      </w:r>
      <w:proofErr w:type="spellEnd"/>
      <w:r w:rsidRPr="003D2A91">
        <w:rPr>
          <w:rFonts w:ascii="Times New Roman" w:eastAsia="Times New Roman" w:hAnsi="Times New Roman" w:cs="Times New Roman"/>
          <w:color w:val="202122"/>
          <w:sz w:val="28"/>
          <w:szCs w:val="28"/>
          <w:lang w:val="uk-UA" w:eastAsia="ru-RU"/>
        </w:rPr>
        <w:t xml:space="preserve"> </w:t>
      </w:r>
      <w:proofErr w:type="spellStart"/>
      <w:r w:rsidRPr="003D2A91">
        <w:rPr>
          <w:rFonts w:ascii="Times New Roman" w:eastAsia="Times New Roman" w:hAnsi="Times New Roman" w:cs="Times New Roman"/>
          <w:color w:val="202122"/>
          <w:sz w:val="28"/>
          <w:szCs w:val="28"/>
          <w:lang w:val="uk-UA" w:eastAsia="ru-RU"/>
        </w:rPr>
        <w:t>Roll</w:t>
      </w:r>
      <w:proofErr w:type="spellEnd"/>
      <w:r w:rsidRPr="003D2A91">
        <w:rPr>
          <w:rFonts w:ascii="Times New Roman" w:eastAsia="Times New Roman" w:hAnsi="Times New Roman" w:cs="Times New Roman"/>
          <w:color w:val="202122"/>
          <w:sz w:val="28"/>
          <w:szCs w:val="28"/>
          <w:lang w:val="uk-UA" w:eastAsia="ru-RU"/>
        </w:rPr>
        <w:t xml:space="preserve"> петлі, а також звукові файли;</w:t>
      </w:r>
    </w:p>
    <w:p w14:paraId="4D8985B7" w14:textId="77777777" w:rsidR="003D2A91" w:rsidRPr="00DE2274" w:rsidRDefault="003D2A91" w:rsidP="003D2A91">
      <w:pPr>
        <w:spacing w:after="0" w:line="360" w:lineRule="auto"/>
        <w:ind w:firstLine="709"/>
        <w:jc w:val="both"/>
        <w:rPr>
          <w:rFonts w:ascii="Times New Roman" w:eastAsia="Times New Roman" w:hAnsi="Times New Roman" w:cs="Times New Roman"/>
          <w:color w:val="202122"/>
          <w:sz w:val="28"/>
          <w:szCs w:val="28"/>
          <w:lang w:val="uk-UA" w:eastAsia="ru-RU"/>
        </w:rPr>
      </w:pPr>
      <w:r w:rsidRPr="003D2A91">
        <w:rPr>
          <w:rFonts w:ascii="Times New Roman" w:eastAsia="Times New Roman" w:hAnsi="Times New Roman" w:cs="Times New Roman"/>
          <w:color w:val="202122"/>
          <w:sz w:val="28"/>
          <w:szCs w:val="28"/>
          <w:lang w:val="uk-UA" w:eastAsia="ru-RU"/>
        </w:rPr>
        <w:t xml:space="preserve">– </w:t>
      </w:r>
      <w:proofErr w:type="spellStart"/>
      <w:r w:rsidRPr="003D2A91">
        <w:rPr>
          <w:rFonts w:ascii="Times New Roman" w:eastAsia="Times New Roman" w:hAnsi="Times New Roman" w:cs="Times New Roman"/>
          <w:color w:val="202122"/>
          <w:sz w:val="28"/>
          <w:szCs w:val="28"/>
          <w:lang w:val="uk-UA" w:eastAsia="ru-RU"/>
        </w:rPr>
        <w:t>Mixer</w:t>
      </w:r>
      <w:proofErr w:type="spellEnd"/>
      <w:r w:rsidRPr="003D2A91">
        <w:rPr>
          <w:rFonts w:ascii="Times New Roman" w:eastAsia="Times New Roman" w:hAnsi="Times New Roman" w:cs="Times New Roman"/>
          <w:color w:val="202122"/>
          <w:sz w:val="28"/>
          <w:szCs w:val="28"/>
          <w:lang w:val="uk-UA" w:eastAsia="ru-RU"/>
        </w:rPr>
        <w:t>, у якому відбувається зведення композиції та обробка її плагінами й ефектами;</w:t>
      </w:r>
    </w:p>
    <w:p w14:paraId="14D311D6" w14:textId="6C24742B" w:rsidR="003D2A91" w:rsidRPr="003D2A91" w:rsidRDefault="003D2A91" w:rsidP="003D2A91">
      <w:pPr>
        <w:spacing w:after="0" w:line="360" w:lineRule="auto"/>
        <w:ind w:firstLine="709"/>
        <w:jc w:val="both"/>
        <w:rPr>
          <w:rFonts w:ascii="Times New Roman" w:eastAsia="Times New Roman" w:hAnsi="Times New Roman" w:cs="Times New Roman"/>
          <w:color w:val="202122"/>
          <w:sz w:val="28"/>
          <w:szCs w:val="28"/>
          <w:lang w:val="uk-UA" w:eastAsia="ru-RU"/>
        </w:rPr>
      </w:pPr>
      <w:r w:rsidRPr="003D2A91">
        <w:rPr>
          <w:rFonts w:ascii="Times New Roman" w:eastAsia="Times New Roman" w:hAnsi="Times New Roman" w:cs="Times New Roman"/>
          <w:color w:val="202122"/>
          <w:sz w:val="28"/>
          <w:szCs w:val="28"/>
          <w:lang w:val="uk-UA" w:eastAsia="ru-RU"/>
        </w:rPr>
        <w:t xml:space="preserve">– </w:t>
      </w:r>
      <w:proofErr w:type="spellStart"/>
      <w:r w:rsidRPr="003D2A91">
        <w:rPr>
          <w:rFonts w:ascii="Times New Roman" w:eastAsia="Times New Roman" w:hAnsi="Times New Roman" w:cs="Times New Roman"/>
          <w:color w:val="202122"/>
          <w:sz w:val="28"/>
          <w:szCs w:val="28"/>
          <w:lang w:val="uk-UA" w:eastAsia="ru-RU"/>
        </w:rPr>
        <w:t>Sample</w:t>
      </w:r>
      <w:proofErr w:type="spellEnd"/>
      <w:r w:rsidRPr="003D2A91">
        <w:rPr>
          <w:rFonts w:ascii="Times New Roman" w:eastAsia="Times New Roman" w:hAnsi="Times New Roman" w:cs="Times New Roman"/>
          <w:color w:val="202122"/>
          <w:sz w:val="28"/>
          <w:szCs w:val="28"/>
          <w:lang w:val="uk-UA" w:eastAsia="ru-RU"/>
        </w:rPr>
        <w:t xml:space="preserve"> </w:t>
      </w:r>
      <w:proofErr w:type="spellStart"/>
      <w:r w:rsidRPr="003D2A91">
        <w:rPr>
          <w:rFonts w:ascii="Times New Roman" w:eastAsia="Times New Roman" w:hAnsi="Times New Roman" w:cs="Times New Roman"/>
          <w:color w:val="202122"/>
          <w:sz w:val="28"/>
          <w:szCs w:val="28"/>
          <w:lang w:val="uk-UA" w:eastAsia="ru-RU"/>
        </w:rPr>
        <w:t>Browser</w:t>
      </w:r>
      <w:proofErr w:type="spellEnd"/>
      <w:r w:rsidRPr="003D2A91">
        <w:rPr>
          <w:rFonts w:ascii="Times New Roman" w:eastAsia="Times New Roman" w:hAnsi="Times New Roman" w:cs="Times New Roman"/>
          <w:color w:val="202122"/>
          <w:sz w:val="28"/>
          <w:szCs w:val="28"/>
          <w:lang w:val="uk-UA" w:eastAsia="ru-RU"/>
        </w:rPr>
        <w:t xml:space="preserve">, що забезпечує швидкий доступ до </w:t>
      </w:r>
      <w:proofErr w:type="spellStart"/>
      <w:r w:rsidRPr="003D2A91">
        <w:rPr>
          <w:rFonts w:ascii="Times New Roman" w:eastAsia="Times New Roman" w:hAnsi="Times New Roman" w:cs="Times New Roman"/>
          <w:color w:val="202122"/>
          <w:sz w:val="28"/>
          <w:szCs w:val="28"/>
          <w:lang w:val="uk-UA" w:eastAsia="ru-RU"/>
        </w:rPr>
        <w:t>аудіофайлів</w:t>
      </w:r>
      <w:proofErr w:type="spellEnd"/>
      <w:r w:rsidRPr="003D2A91">
        <w:rPr>
          <w:rFonts w:ascii="Times New Roman" w:eastAsia="Times New Roman" w:hAnsi="Times New Roman" w:cs="Times New Roman"/>
          <w:color w:val="202122"/>
          <w:sz w:val="28"/>
          <w:szCs w:val="28"/>
          <w:lang w:val="uk-UA" w:eastAsia="ru-RU"/>
        </w:rPr>
        <w:t>, плагінів і налаштувань.</w:t>
      </w:r>
    </w:p>
    <w:p w14:paraId="005FF5D2" w14:textId="77777777" w:rsidR="003D2A91" w:rsidRPr="003D2A91" w:rsidRDefault="003D2A91" w:rsidP="003D2A91">
      <w:pPr>
        <w:spacing w:after="0" w:line="360" w:lineRule="auto"/>
        <w:ind w:firstLine="709"/>
        <w:jc w:val="both"/>
        <w:rPr>
          <w:rFonts w:ascii="Times New Roman" w:eastAsia="Times New Roman" w:hAnsi="Times New Roman" w:cs="Times New Roman"/>
          <w:color w:val="202122"/>
          <w:sz w:val="28"/>
          <w:szCs w:val="28"/>
          <w:lang w:val="uk-UA" w:eastAsia="ru-RU"/>
        </w:rPr>
      </w:pPr>
      <w:r w:rsidRPr="003D2A91">
        <w:rPr>
          <w:rFonts w:ascii="Times New Roman" w:eastAsia="Times New Roman" w:hAnsi="Times New Roman" w:cs="Times New Roman"/>
          <w:color w:val="202122"/>
          <w:sz w:val="28"/>
          <w:szCs w:val="28"/>
          <w:lang w:val="uk-UA" w:eastAsia="ru-RU"/>
        </w:rPr>
        <w:t xml:space="preserve">FL </w:t>
      </w:r>
      <w:proofErr w:type="spellStart"/>
      <w:r w:rsidRPr="003D2A91">
        <w:rPr>
          <w:rFonts w:ascii="Times New Roman" w:eastAsia="Times New Roman" w:hAnsi="Times New Roman" w:cs="Times New Roman"/>
          <w:color w:val="202122"/>
          <w:sz w:val="28"/>
          <w:szCs w:val="28"/>
          <w:lang w:val="uk-UA" w:eastAsia="ru-RU"/>
        </w:rPr>
        <w:t>Studio</w:t>
      </w:r>
      <w:proofErr w:type="spellEnd"/>
      <w:r w:rsidRPr="003D2A91">
        <w:rPr>
          <w:rFonts w:ascii="Times New Roman" w:eastAsia="Times New Roman" w:hAnsi="Times New Roman" w:cs="Times New Roman"/>
          <w:color w:val="202122"/>
          <w:sz w:val="28"/>
          <w:szCs w:val="28"/>
          <w:lang w:val="uk-UA" w:eastAsia="ru-RU"/>
        </w:rPr>
        <w:t xml:space="preserve"> 24.1 працює на комп’ютерах з операційними системами Windows 10 і 11 на процесорах </w:t>
      </w:r>
      <w:proofErr w:type="spellStart"/>
      <w:r w:rsidRPr="003D2A91">
        <w:rPr>
          <w:rFonts w:ascii="Times New Roman" w:eastAsia="Times New Roman" w:hAnsi="Times New Roman" w:cs="Times New Roman"/>
          <w:color w:val="202122"/>
          <w:sz w:val="28"/>
          <w:szCs w:val="28"/>
          <w:lang w:val="uk-UA" w:eastAsia="ru-RU"/>
        </w:rPr>
        <w:t>Intel</w:t>
      </w:r>
      <w:proofErr w:type="spellEnd"/>
      <w:r w:rsidRPr="003D2A91">
        <w:rPr>
          <w:rFonts w:ascii="Times New Roman" w:eastAsia="Times New Roman" w:hAnsi="Times New Roman" w:cs="Times New Roman"/>
          <w:color w:val="202122"/>
          <w:sz w:val="28"/>
          <w:szCs w:val="28"/>
          <w:lang w:val="uk-UA" w:eastAsia="ru-RU"/>
        </w:rPr>
        <w:t xml:space="preserve"> та AMD. ARM-процесори не підтримуються. Також підтримується </w:t>
      </w:r>
      <w:proofErr w:type="spellStart"/>
      <w:r w:rsidRPr="003D2A91">
        <w:rPr>
          <w:rFonts w:ascii="Times New Roman" w:eastAsia="Times New Roman" w:hAnsi="Times New Roman" w:cs="Times New Roman"/>
          <w:color w:val="202122"/>
          <w:sz w:val="28"/>
          <w:szCs w:val="28"/>
          <w:lang w:val="uk-UA" w:eastAsia="ru-RU"/>
        </w:rPr>
        <w:t>macOS</w:t>
      </w:r>
      <w:proofErr w:type="spellEnd"/>
      <w:r w:rsidRPr="003D2A91">
        <w:rPr>
          <w:rFonts w:ascii="Times New Roman" w:eastAsia="Times New Roman" w:hAnsi="Times New Roman" w:cs="Times New Roman"/>
          <w:color w:val="202122"/>
          <w:sz w:val="28"/>
          <w:szCs w:val="28"/>
          <w:lang w:val="uk-UA" w:eastAsia="ru-RU"/>
        </w:rPr>
        <w:t xml:space="preserve"> версії 10.15 (</w:t>
      </w:r>
      <w:proofErr w:type="spellStart"/>
      <w:r w:rsidRPr="003D2A91">
        <w:rPr>
          <w:rFonts w:ascii="Times New Roman" w:eastAsia="Times New Roman" w:hAnsi="Times New Roman" w:cs="Times New Roman"/>
          <w:color w:val="202122"/>
          <w:sz w:val="28"/>
          <w:szCs w:val="28"/>
          <w:lang w:val="uk-UA" w:eastAsia="ru-RU"/>
        </w:rPr>
        <w:t>Catalina</w:t>
      </w:r>
      <w:proofErr w:type="spellEnd"/>
      <w:r w:rsidRPr="003D2A91">
        <w:rPr>
          <w:rFonts w:ascii="Times New Roman" w:eastAsia="Times New Roman" w:hAnsi="Times New Roman" w:cs="Times New Roman"/>
          <w:color w:val="202122"/>
          <w:sz w:val="28"/>
          <w:szCs w:val="28"/>
          <w:lang w:val="uk-UA" w:eastAsia="ru-RU"/>
        </w:rPr>
        <w:t xml:space="preserve">) і вище на процесорах </w:t>
      </w:r>
      <w:proofErr w:type="spellStart"/>
      <w:r w:rsidRPr="003D2A91">
        <w:rPr>
          <w:rFonts w:ascii="Times New Roman" w:eastAsia="Times New Roman" w:hAnsi="Times New Roman" w:cs="Times New Roman"/>
          <w:color w:val="202122"/>
          <w:sz w:val="28"/>
          <w:szCs w:val="28"/>
          <w:lang w:val="uk-UA" w:eastAsia="ru-RU"/>
        </w:rPr>
        <w:t>Intel</w:t>
      </w:r>
      <w:proofErr w:type="spellEnd"/>
      <w:r w:rsidRPr="003D2A91">
        <w:rPr>
          <w:rFonts w:ascii="Times New Roman" w:eastAsia="Times New Roman" w:hAnsi="Times New Roman" w:cs="Times New Roman"/>
          <w:color w:val="202122"/>
          <w:sz w:val="28"/>
          <w:szCs w:val="28"/>
          <w:lang w:val="uk-UA" w:eastAsia="ru-RU"/>
        </w:rPr>
        <w:t xml:space="preserve"> або </w:t>
      </w:r>
      <w:proofErr w:type="spellStart"/>
      <w:r w:rsidRPr="003D2A91">
        <w:rPr>
          <w:rFonts w:ascii="Times New Roman" w:eastAsia="Times New Roman" w:hAnsi="Times New Roman" w:cs="Times New Roman"/>
          <w:color w:val="202122"/>
          <w:sz w:val="28"/>
          <w:szCs w:val="28"/>
          <w:lang w:val="uk-UA" w:eastAsia="ru-RU"/>
        </w:rPr>
        <w:t>Apple</w:t>
      </w:r>
      <w:proofErr w:type="spellEnd"/>
      <w:r w:rsidRPr="003D2A91">
        <w:rPr>
          <w:rFonts w:ascii="Times New Roman" w:eastAsia="Times New Roman" w:hAnsi="Times New Roman" w:cs="Times New Roman"/>
          <w:color w:val="202122"/>
          <w:sz w:val="28"/>
          <w:szCs w:val="28"/>
          <w:lang w:val="uk-UA" w:eastAsia="ru-RU"/>
        </w:rPr>
        <w:t xml:space="preserve"> </w:t>
      </w:r>
      <w:proofErr w:type="spellStart"/>
      <w:r w:rsidRPr="003D2A91">
        <w:rPr>
          <w:rFonts w:ascii="Times New Roman" w:eastAsia="Times New Roman" w:hAnsi="Times New Roman" w:cs="Times New Roman"/>
          <w:color w:val="202122"/>
          <w:sz w:val="28"/>
          <w:szCs w:val="28"/>
          <w:lang w:val="uk-UA" w:eastAsia="ru-RU"/>
        </w:rPr>
        <w:t>Silicon</w:t>
      </w:r>
      <w:proofErr w:type="spellEnd"/>
      <w:r w:rsidRPr="003D2A91">
        <w:rPr>
          <w:rFonts w:ascii="Times New Roman" w:eastAsia="Times New Roman" w:hAnsi="Times New Roman" w:cs="Times New Roman"/>
          <w:color w:val="202122"/>
          <w:sz w:val="28"/>
          <w:szCs w:val="28"/>
          <w:lang w:val="uk-UA" w:eastAsia="ru-RU"/>
        </w:rPr>
        <w:t>. Для коректної роботи необхідно не менше 4 ГБ дискового простору та 4 ГБ оперативної пам’яті. Інформація щодо системних вимог може оновлюватися.</w:t>
      </w:r>
    </w:p>
    <w:p w14:paraId="7C6619CE" w14:textId="4DEA0E31" w:rsidR="003D2A91" w:rsidRPr="003D2A91" w:rsidRDefault="003D2A91" w:rsidP="003D2A91">
      <w:pPr>
        <w:spacing w:after="0" w:line="360" w:lineRule="auto"/>
        <w:ind w:firstLine="709"/>
        <w:jc w:val="both"/>
        <w:rPr>
          <w:rFonts w:ascii="Times New Roman" w:eastAsia="Times New Roman" w:hAnsi="Times New Roman" w:cs="Times New Roman"/>
          <w:color w:val="202122"/>
          <w:sz w:val="28"/>
          <w:szCs w:val="28"/>
          <w:lang w:val="uk-UA" w:eastAsia="ru-RU"/>
        </w:rPr>
      </w:pPr>
      <w:r w:rsidRPr="003D2A91">
        <w:rPr>
          <w:rFonts w:ascii="Times New Roman" w:eastAsia="Times New Roman" w:hAnsi="Times New Roman" w:cs="Times New Roman"/>
          <w:color w:val="202122"/>
          <w:sz w:val="28"/>
          <w:szCs w:val="28"/>
          <w:lang w:val="uk-UA" w:eastAsia="ru-RU"/>
        </w:rPr>
        <w:t xml:space="preserve">FL </w:t>
      </w:r>
      <w:proofErr w:type="spellStart"/>
      <w:r w:rsidRPr="003D2A91">
        <w:rPr>
          <w:rFonts w:ascii="Times New Roman" w:eastAsia="Times New Roman" w:hAnsi="Times New Roman" w:cs="Times New Roman"/>
          <w:color w:val="202122"/>
          <w:sz w:val="28"/>
          <w:szCs w:val="28"/>
          <w:lang w:val="uk-UA" w:eastAsia="ru-RU"/>
        </w:rPr>
        <w:t>Studio</w:t>
      </w:r>
      <w:proofErr w:type="spellEnd"/>
      <w:r w:rsidRPr="003D2A91">
        <w:rPr>
          <w:rFonts w:ascii="Times New Roman" w:eastAsia="Times New Roman" w:hAnsi="Times New Roman" w:cs="Times New Roman"/>
          <w:color w:val="202122"/>
          <w:sz w:val="28"/>
          <w:szCs w:val="28"/>
          <w:lang w:val="uk-UA" w:eastAsia="ru-RU"/>
        </w:rPr>
        <w:t xml:space="preserve"> обробляє звук, використовуючи внутрішній 32-бітний алгоритм з рухомою комою, та підтримує частоту дискретизації до 192 кГц з використанням драйверів WDM і ASIO. Програма є </w:t>
      </w:r>
      <w:proofErr w:type="spellStart"/>
      <w:r w:rsidRPr="003D2A91">
        <w:rPr>
          <w:rFonts w:ascii="Times New Roman" w:eastAsia="Times New Roman" w:hAnsi="Times New Roman" w:cs="Times New Roman"/>
          <w:color w:val="202122"/>
          <w:sz w:val="28"/>
          <w:szCs w:val="28"/>
          <w:lang w:val="uk-UA" w:eastAsia="ru-RU"/>
        </w:rPr>
        <w:t>доріжковим</w:t>
      </w:r>
      <w:proofErr w:type="spellEnd"/>
      <w:r w:rsidRPr="003D2A91">
        <w:rPr>
          <w:rFonts w:ascii="Times New Roman" w:eastAsia="Times New Roman" w:hAnsi="Times New Roman" w:cs="Times New Roman"/>
          <w:color w:val="202122"/>
          <w:sz w:val="28"/>
          <w:szCs w:val="28"/>
          <w:lang w:val="uk-UA" w:eastAsia="ru-RU"/>
        </w:rPr>
        <w:t xml:space="preserve"> </w:t>
      </w:r>
      <w:proofErr w:type="spellStart"/>
      <w:r w:rsidRPr="003D2A91">
        <w:rPr>
          <w:rFonts w:ascii="Times New Roman" w:eastAsia="Times New Roman" w:hAnsi="Times New Roman" w:cs="Times New Roman"/>
          <w:color w:val="202122"/>
          <w:sz w:val="28"/>
          <w:szCs w:val="28"/>
          <w:lang w:val="uk-UA" w:eastAsia="ru-RU"/>
        </w:rPr>
        <w:t>патерн-секвенсером</w:t>
      </w:r>
      <w:proofErr w:type="spellEnd"/>
      <w:r w:rsidRPr="003D2A91">
        <w:rPr>
          <w:rFonts w:ascii="Times New Roman" w:eastAsia="Times New Roman" w:hAnsi="Times New Roman" w:cs="Times New Roman"/>
          <w:color w:val="202122"/>
          <w:sz w:val="28"/>
          <w:szCs w:val="28"/>
          <w:lang w:val="uk-UA" w:eastAsia="ru-RU"/>
        </w:rPr>
        <w:t xml:space="preserve">, у якому створення музики відбувається у панелях </w:t>
      </w:r>
      <w:proofErr w:type="spellStart"/>
      <w:r w:rsidRPr="003D2A91">
        <w:rPr>
          <w:rFonts w:ascii="Times New Roman" w:eastAsia="Times New Roman" w:hAnsi="Times New Roman" w:cs="Times New Roman"/>
          <w:color w:val="202122"/>
          <w:sz w:val="28"/>
          <w:szCs w:val="28"/>
          <w:lang w:val="uk-UA" w:eastAsia="ru-RU"/>
        </w:rPr>
        <w:t>Piano</w:t>
      </w:r>
      <w:proofErr w:type="spellEnd"/>
      <w:r w:rsidRPr="003D2A91">
        <w:rPr>
          <w:rFonts w:ascii="Times New Roman" w:eastAsia="Times New Roman" w:hAnsi="Times New Roman" w:cs="Times New Roman"/>
          <w:color w:val="202122"/>
          <w:sz w:val="28"/>
          <w:szCs w:val="28"/>
          <w:lang w:val="uk-UA" w:eastAsia="ru-RU"/>
        </w:rPr>
        <w:t xml:space="preserve"> </w:t>
      </w:r>
      <w:proofErr w:type="spellStart"/>
      <w:r w:rsidRPr="003D2A91">
        <w:rPr>
          <w:rFonts w:ascii="Times New Roman" w:eastAsia="Times New Roman" w:hAnsi="Times New Roman" w:cs="Times New Roman"/>
          <w:color w:val="202122"/>
          <w:sz w:val="28"/>
          <w:szCs w:val="28"/>
          <w:lang w:val="uk-UA" w:eastAsia="ru-RU"/>
        </w:rPr>
        <w:t>Roll</w:t>
      </w:r>
      <w:proofErr w:type="spellEnd"/>
      <w:r w:rsidRPr="003D2A91">
        <w:rPr>
          <w:rFonts w:ascii="Times New Roman" w:eastAsia="Times New Roman" w:hAnsi="Times New Roman" w:cs="Times New Roman"/>
          <w:color w:val="202122"/>
          <w:sz w:val="28"/>
          <w:szCs w:val="28"/>
          <w:lang w:val="uk-UA" w:eastAsia="ru-RU"/>
        </w:rPr>
        <w:t xml:space="preserve"> і </w:t>
      </w:r>
      <w:proofErr w:type="spellStart"/>
      <w:r w:rsidRPr="003D2A91">
        <w:rPr>
          <w:rFonts w:ascii="Times New Roman" w:eastAsia="Times New Roman" w:hAnsi="Times New Roman" w:cs="Times New Roman"/>
          <w:color w:val="202122"/>
          <w:sz w:val="28"/>
          <w:szCs w:val="28"/>
          <w:lang w:val="uk-UA" w:eastAsia="ru-RU"/>
        </w:rPr>
        <w:t>Step</w:t>
      </w:r>
      <w:proofErr w:type="spellEnd"/>
      <w:r w:rsidRPr="003D2A91">
        <w:rPr>
          <w:rFonts w:ascii="Times New Roman" w:eastAsia="Times New Roman" w:hAnsi="Times New Roman" w:cs="Times New Roman"/>
          <w:color w:val="202122"/>
          <w:sz w:val="28"/>
          <w:szCs w:val="28"/>
          <w:lang w:val="uk-UA" w:eastAsia="ru-RU"/>
        </w:rPr>
        <w:t xml:space="preserve"> </w:t>
      </w:r>
      <w:proofErr w:type="spellStart"/>
      <w:r w:rsidRPr="003D2A91">
        <w:rPr>
          <w:rFonts w:ascii="Times New Roman" w:eastAsia="Times New Roman" w:hAnsi="Times New Roman" w:cs="Times New Roman"/>
          <w:color w:val="202122"/>
          <w:sz w:val="28"/>
          <w:szCs w:val="28"/>
          <w:lang w:val="uk-UA" w:eastAsia="ru-RU"/>
        </w:rPr>
        <w:t>Sequencer</w:t>
      </w:r>
      <w:proofErr w:type="spellEnd"/>
      <w:r w:rsidRPr="003D2A91">
        <w:rPr>
          <w:rFonts w:ascii="Times New Roman" w:eastAsia="Times New Roman" w:hAnsi="Times New Roman" w:cs="Times New Roman"/>
          <w:color w:val="202122"/>
          <w:sz w:val="28"/>
          <w:szCs w:val="28"/>
          <w:lang w:val="uk-UA" w:eastAsia="ru-RU"/>
        </w:rPr>
        <w:t xml:space="preserve">, подальша збірка здійснюється у вікні </w:t>
      </w:r>
      <w:proofErr w:type="spellStart"/>
      <w:r w:rsidRPr="003D2A91">
        <w:rPr>
          <w:rFonts w:ascii="Times New Roman" w:eastAsia="Times New Roman" w:hAnsi="Times New Roman" w:cs="Times New Roman"/>
          <w:color w:val="202122"/>
          <w:sz w:val="28"/>
          <w:szCs w:val="28"/>
          <w:lang w:val="uk-UA" w:eastAsia="ru-RU"/>
        </w:rPr>
        <w:t>Playlist</w:t>
      </w:r>
      <w:proofErr w:type="spellEnd"/>
      <w:r w:rsidRPr="003D2A91">
        <w:rPr>
          <w:rFonts w:ascii="Times New Roman" w:eastAsia="Times New Roman" w:hAnsi="Times New Roman" w:cs="Times New Roman"/>
          <w:color w:val="202122"/>
          <w:sz w:val="28"/>
          <w:szCs w:val="28"/>
          <w:lang w:val="uk-UA" w:eastAsia="ru-RU"/>
        </w:rPr>
        <w:t xml:space="preserve">, а фінальна обробка </w:t>
      </w:r>
      <w:r>
        <w:rPr>
          <w:rFonts w:ascii="Times New Roman" w:eastAsia="Times New Roman" w:hAnsi="Times New Roman" w:cs="Times New Roman"/>
          <w:color w:val="202122"/>
          <w:sz w:val="28"/>
          <w:szCs w:val="28"/>
          <w:lang w:val="uk-UA" w:eastAsia="ru-RU"/>
        </w:rPr>
        <w:t>–</w:t>
      </w:r>
      <w:r w:rsidRPr="003D2A91">
        <w:rPr>
          <w:rFonts w:ascii="Times New Roman" w:eastAsia="Times New Roman" w:hAnsi="Times New Roman" w:cs="Times New Roman"/>
          <w:color w:val="202122"/>
          <w:sz w:val="28"/>
          <w:szCs w:val="28"/>
          <w:lang w:val="uk-UA" w:eastAsia="ru-RU"/>
        </w:rPr>
        <w:t xml:space="preserve"> у вікні </w:t>
      </w:r>
      <w:proofErr w:type="spellStart"/>
      <w:r w:rsidRPr="003D2A91">
        <w:rPr>
          <w:rFonts w:ascii="Times New Roman" w:eastAsia="Times New Roman" w:hAnsi="Times New Roman" w:cs="Times New Roman"/>
          <w:color w:val="202122"/>
          <w:sz w:val="28"/>
          <w:szCs w:val="28"/>
          <w:lang w:val="uk-UA" w:eastAsia="ru-RU"/>
        </w:rPr>
        <w:t>Mixer</w:t>
      </w:r>
      <w:proofErr w:type="spellEnd"/>
      <w:r w:rsidRPr="003D2A91">
        <w:rPr>
          <w:rFonts w:ascii="Times New Roman" w:eastAsia="Times New Roman" w:hAnsi="Times New Roman" w:cs="Times New Roman"/>
          <w:color w:val="202122"/>
          <w:sz w:val="28"/>
          <w:szCs w:val="28"/>
          <w:lang w:val="uk-UA" w:eastAsia="ru-RU"/>
        </w:rPr>
        <w:t>. У програмі наявний великий набір готових інструментів і ефектів, які можуть використовуватися в режимі реального часу.</w:t>
      </w:r>
    </w:p>
    <w:p w14:paraId="73F8ED98" w14:textId="77777777" w:rsidR="003D2A91" w:rsidRPr="003D2A91" w:rsidRDefault="003D2A91" w:rsidP="003D2A91">
      <w:pPr>
        <w:spacing w:after="0" w:line="360" w:lineRule="auto"/>
        <w:ind w:firstLine="709"/>
        <w:jc w:val="both"/>
        <w:rPr>
          <w:rFonts w:ascii="Times New Roman" w:eastAsia="Times New Roman" w:hAnsi="Times New Roman" w:cs="Times New Roman"/>
          <w:color w:val="202122"/>
          <w:sz w:val="28"/>
          <w:szCs w:val="28"/>
          <w:lang w:val="uk-UA" w:eastAsia="ru-RU"/>
        </w:rPr>
      </w:pPr>
      <w:r w:rsidRPr="003D2A91">
        <w:rPr>
          <w:rFonts w:ascii="Times New Roman" w:eastAsia="Times New Roman" w:hAnsi="Times New Roman" w:cs="Times New Roman"/>
          <w:color w:val="202122"/>
          <w:sz w:val="28"/>
          <w:szCs w:val="28"/>
          <w:lang w:val="uk-UA" w:eastAsia="ru-RU"/>
        </w:rPr>
        <w:t xml:space="preserve">Редактор </w:t>
      </w:r>
      <w:proofErr w:type="spellStart"/>
      <w:r w:rsidRPr="003D2A91">
        <w:rPr>
          <w:rFonts w:ascii="Times New Roman" w:eastAsia="Times New Roman" w:hAnsi="Times New Roman" w:cs="Times New Roman"/>
          <w:color w:val="202122"/>
          <w:sz w:val="28"/>
          <w:szCs w:val="28"/>
          <w:lang w:val="uk-UA" w:eastAsia="ru-RU"/>
        </w:rPr>
        <w:t>Piano</w:t>
      </w:r>
      <w:proofErr w:type="spellEnd"/>
      <w:r w:rsidRPr="003D2A91">
        <w:rPr>
          <w:rFonts w:ascii="Times New Roman" w:eastAsia="Times New Roman" w:hAnsi="Times New Roman" w:cs="Times New Roman"/>
          <w:color w:val="202122"/>
          <w:sz w:val="28"/>
          <w:szCs w:val="28"/>
          <w:lang w:val="uk-UA" w:eastAsia="ru-RU"/>
        </w:rPr>
        <w:t xml:space="preserve"> </w:t>
      </w:r>
      <w:proofErr w:type="spellStart"/>
      <w:r w:rsidRPr="003D2A91">
        <w:rPr>
          <w:rFonts w:ascii="Times New Roman" w:eastAsia="Times New Roman" w:hAnsi="Times New Roman" w:cs="Times New Roman"/>
          <w:color w:val="202122"/>
          <w:sz w:val="28"/>
          <w:szCs w:val="28"/>
          <w:lang w:val="uk-UA" w:eastAsia="ru-RU"/>
        </w:rPr>
        <w:t>Roll</w:t>
      </w:r>
      <w:proofErr w:type="spellEnd"/>
      <w:r w:rsidRPr="003D2A91">
        <w:rPr>
          <w:rFonts w:ascii="Times New Roman" w:eastAsia="Times New Roman" w:hAnsi="Times New Roman" w:cs="Times New Roman"/>
          <w:color w:val="202122"/>
          <w:sz w:val="28"/>
          <w:szCs w:val="28"/>
          <w:lang w:val="uk-UA" w:eastAsia="ru-RU"/>
        </w:rPr>
        <w:t xml:space="preserve"> застосовується для написання складних поліфонічних партій. По суті, </w:t>
      </w:r>
      <w:proofErr w:type="spellStart"/>
      <w:r w:rsidRPr="003D2A91">
        <w:rPr>
          <w:rFonts w:ascii="Times New Roman" w:eastAsia="Times New Roman" w:hAnsi="Times New Roman" w:cs="Times New Roman"/>
          <w:color w:val="202122"/>
          <w:sz w:val="28"/>
          <w:szCs w:val="28"/>
          <w:lang w:val="uk-UA" w:eastAsia="ru-RU"/>
        </w:rPr>
        <w:t>Piano</w:t>
      </w:r>
      <w:proofErr w:type="spellEnd"/>
      <w:r w:rsidRPr="003D2A91">
        <w:rPr>
          <w:rFonts w:ascii="Times New Roman" w:eastAsia="Times New Roman" w:hAnsi="Times New Roman" w:cs="Times New Roman"/>
          <w:color w:val="202122"/>
          <w:sz w:val="28"/>
          <w:szCs w:val="28"/>
          <w:lang w:val="uk-UA" w:eastAsia="ru-RU"/>
        </w:rPr>
        <w:t xml:space="preserve"> </w:t>
      </w:r>
      <w:proofErr w:type="spellStart"/>
      <w:r w:rsidRPr="003D2A91">
        <w:rPr>
          <w:rFonts w:ascii="Times New Roman" w:eastAsia="Times New Roman" w:hAnsi="Times New Roman" w:cs="Times New Roman"/>
          <w:color w:val="202122"/>
          <w:sz w:val="28"/>
          <w:szCs w:val="28"/>
          <w:lang w:val="uk-UA" w:eastAsia="ru-RU"/>
        </w:rPr>
        <w:t>Roll</w:t>
      </w:r>
      <w:proofErr w:type="spellEnd"/>
      <w:r w:rsidRPr="003D2A91">
        <w:rPr>
          <w:rFonts w:ascii="Times New Roman" w:eastAsia="Times New Roman" w:hAnsi="Times New Roman" w:cs="Times New Roman"/>
          <w:color w:val="202122"/>
          <w:sz w:val="28"/>
          <w:szCs w:val="28"/>
          <w:lang w:val="uk-UA" w:eastAsia="ru-RU"/>
        </w:rPr>
        <w:t xml:space="preserve"> є нотним станом у спрощеній формі: користувач може створювати партитуру, орієнтуючись лише на власний слух. Редактор представлений у вигляді віртуальної клавіатури піаніно з 128 клавішами, кожна з </w:t>
      </w:r>
      <w:r w:rsidRPr="003D2A91">
        <w:rPr>
          <w:rFonts w:ascii="Times New Roman" w:eastAsia="Times New Roman" w:hAnsi="Times New Roman" w:cs="Times New Roman"/>
          <w:color w:val="202122"/>
          <w:sz w:val="28"/>
          <w:szCs w:val="28"/>
          <w:lang w:val="uk-UA" w:eastAsia="ru-RU"/>
        </w:rPr>
        <w:lastRenderedPageBreak/>
        <w:t>яких відповідає окремій ноті. Такий підхід дозволяє обійтися без додаткових музичних позначень, що значно спрощує процес створення композицій.</w:t>
      </w:r>
    </w:p>
    <w:p w14:paraId="2FBFCEE4" w14:textId="48C6894D" w:rsidR="003D2A91" w:rsidRPr="003D2A91" w:rsidRDefault="003D2A91" w:rsidP="003D2A91">
      <w:pPr>
        <w:spacing w:after="0" w:line="360" w:lineRule="auto"/>
        <w:ind w:firstLine="709"/>
        <w:jc w:val="both"/>
        <w:rPr>
          <w:rFonts w:ascii="Times New Roman" w:eastAsia="Times New Roman" w:hAnsi="Times New Roman" w:cs="Times New Roman"/>
          <w:color w:val="202122"/>
          <w:sz w:val="28"/>
          <w:szCs w:val="28"/>
          <w:lang w:val="uk-UA" w:eastAsia="ru-RU"/>
        </w:rPr>
      </w:pPr>
      <w:proofErr w:type="spellStart"/>
      <w:r w:rsidRPr="003D2A91">
        <w:rPr>
          <w:rFonts w:ascii="Times New Roman" w:eastAsia="Times New Roman" w:hAnsi="Times New Roman" w:cs="Times New Roman"/>
          <w:color w:val="202122"/>
          <w:sz w:val="28"/>
          <w:szCs w:val="28"/>
          <w:lang w:val="uk-UA" w:eastAsia="ru-RU"/>
        </w:rPr>
        <w:t>Плейлист</w:t>
      </w:r>
      <w:proofErr w:type="spellEnd"/>
      <w:r w:rsidRPr="003D2A91">
        <w:rPr>
          <w:rFonts w:ascii="Times New Roman" w:eastAsia="Times New Roman" w:hAnsi="Times New Roman" w:cs="Times New Roman"/>
          <w:color w:val="202122"/>
          <w:sz w:val="28"/>
          <w:szCs w:val="28"/>
          <w:lang w:val="uk-UA" w:eastAsia="ru-RU"/>
        </w:rPr>
        <w:t xml:space="preserve"> редактора розмежований на розділи, які позначають часові інтервали звучання нот. Таким чином, клавіатура відповідає осі Y, а часовий </w:t>
      </w:r>
      <w:proofErr w:type="spellStart"/>
      <w:r w:rsidRPr="003D2A91">
        <w:rPr>
          <w:rFonts w:ascii="Times New Roman" w:eastAsia="Times New Roman" w:hAnsi="Times New Roman" w:cs="Times New Roman"/>
          <w:color w:val="202122"/>
          <w:sz w:val="28"/>
          <w:szCs w:val="28"/>
          <w:lang w:val="uk-UA" w:eastAsia="ru-RU"/>
        </w:rPr>
        <w:t>розмежовувач</w:t>
      </w:r>
      <w:proofErr w:type="spellEnd"/>
      <w:r w:rsidRPr="003D2A91">
        <w:rPr>
          <w:rFonts w:ascii="Times New Roman" w:eastAsia="Times New Roman" w:hAnsi="Times New Roman" w:cs="Times New Roman"/>
          <w:color w:val="202122"/>
          <w:sz w:val="28"/>
          <w:szCs w:val="28"/>
          <w:lang w:val="uk-UA" w:eastAsia="ru-RU"/>
        </w:rPr>
        <w:t xml:space="preserve"> </w:t>
      </w:r>
      <w:r>
        <w:rPr>
          <w:rFonts w:ascii="Times New Roman" w:eastAsia="Times New Roman" w:hAnsi="Times New Roman" w:cs="Times New Roman"/>
          <w:color w:val="202122"/>
          <w:sz w:val="28"/>
          <w:szCs w:val="28"/>
          <w:lang w:val="uk-UA" w:eastAsia="ru-RU"/>
        </w:rPr>
        <w:t>–</w:t>
      </w:r>
      <w:r w:rsidRPr="003D2A91">
        <w:rPr>
          <w:rFonts w:ascii="Times New Roman" w:eastAsia="Times New Roman" w:hAnsi="Times New Roman" w:cs="Times New Roman"/>
          <w:color w:val="202122"/>
          <w:sz w:val="28"/>
          <w:szCs w:val="28"/>
          <w:lang w:val="uk-UA" w:eastAsia="ru-RU"/>
        </w:rPr>
        <w:t xml:space="preserve"> осі X. Основною складовою </w:t>
      </w:r>
      <w:proofErr w:type="spellStart"/>
      <w:r w:rsidRPr="003D2A91">
        <w:rPr>
          <w:rFonts w:ascii="Times New Roman" w:eastAsia="Times New Roman" w:hAnsi="Times New Roman" w:cs="Times New Roman"/>
          <w:color w:val="202122"/>
          <w:sz w:val="28"/>
          <w:szCs w:val="28"/>
          <w:lang w:val="uk-UA" w:eastAsia="ru-RU"/>
        </w:rPr>
        <w:t>проєкту</w:t>
      </w:r>
      <w:proofErr w:type="spellEnd"/>
      <w:r w:rsidRPr="003D2A91">
        <w:rPr>
          <w:rFonts w:ascii="Times New Roman" w:eastAsia="Times New Roman" w:hAnsi="Times New Roman" w:cs="Times New Roman"/>
          <w:color w:val="202122"/>
          <w:sz w:val="28"/>
          <w:szCs w:val="28"/>
          <w:lang w:val="uk-UA" w:eastAsia="ru-RU"/>
        </w:rPr>
        <w:t xml:space="preserve"> композиції є генератор (канал), який синтезує або відтворює звук. Кількість генераторів у </w:t>
      </w:r>
      <w:proofErr w:type="spellStart"/>
      <w:r w:rsidRPr="003D2A91">
        <w:rPr>
          <w:rFonts w:ascii="Times New Roman" w:eastAsia="Times New Roman" w:hAnsi="Times New Roman" w:cs="Times New Roman"/>
          <w:color w:val="202122"/>
          <w:sz w:val="28"/>
          <w:szCs w:val="28"/>
          <w:lang w:val="uk-UA" w:eastAsia="ru-RU"/>
        </w:rPr>
        <w:t>проєкті</w:t>
      </w:r>
      <w:proofErr w:type="spellEnd"/>
      <w:r w:rsidRPr="003D2A91">
        <w:rPr>
          <w:rFonts w:ascii="Times New Roman" w:eastAsia="Times New Roman" w:hAnsi="Times New Roman" w:cs="Times New Roman"/>
          <w:color w:val="202122"/>
          <w:sz w:val="28"/>
          <w:szCs w:val="28"/>
          <w:lang w:val="uk-UA" w:eastAsia="ru-RU"/>
        </w:rPr>
        <w:t xml:space="preserve"> не обмежується. Кожен генератор має власні налаштування та унікальне звучання, що імітує різні музичні інструменти. Для генераторів створюються нотні партитури, які записуються у </w:t>
      </w:r>
      <w:proofErr w:type="spellStart"/>
      <w:r w:rsidRPr="003D2A91">
        <w:rPr>
          <w:rFonts w:ascii="Times New Roman" w:eastAsia="Times New Roman" w:hAnsi="Times New Roman" w:cs="Times New Roman"/>
          <w:color w:val="202122"/>
          <w:sz w:val="28"/>
          <w:szCs w:val="28"/>
          <w:lang w:val="uk-UA" w:eastAsia="ru-RU"/>
        </w:rPr>
        <w:t>Piano</w:t>
      </w:r>
      <w:proofErr w:type="spellEnd"/>
      <w:r w:rsidRPr="003D2A91">
        <w:rPr>
          <w:rFonts w:ascii="Times New Roman" w:eastAsia="Times New Roman" w:hAnsi="Times New Roman" w:cs="Times New Roman"/>
          <w:color w:val="202122"/>
          <w:sz w:val="28"/>
          <w:szCs w:val="28"/>
          <w:lang w:val="uk-UA" w:eastAsia="ru-RU"/>
        </w:rPr>
        <w:t xml:space="preserve"> </w:t>
      </w:r>
      <w:proofErr w:type="spellStart"/>
      <w:r w:rsidRPr="003D2A91">
        <w:rPr>
          <w:rFonts w:ascii="Times New Roman" w:eastAsia="Times New Roman" w:hAnsi="Times New Roman" w:cs="Times New Roman"/>
          <w:color w:val="202122"/>
          <w:sz w:val="28"/>
          <w:szCs w:val="28"/>
          <w:lang w:val="uk-UA" w:eastAsia="ru-RU"/>
        </w:rPr>
        <w:t>Roll</w:t>
      </w:r>
      <w:proofErr w:type="spellEnd"/>
      <w:r w:rsidRPr="003D2A91">
        <w:rPr>
          <w:rFonts w:ascii="Times New Roman" w:eastAsia="Times New Roman" w:hAnsi="Times New Roman" w:cs="Times New Roman"/>
          <w:color w:val="202122"/>
          <w:sz w:val="28"/>
          <w:szCs w:val="28"/>
          <w:lang w:val="uk-UA" w:eastAsia="ru-RU"/>
        </w:rPr>
        <w:t xml:space="preserve">, після чого </w:t>
      </w:r>
      <w:proofErr w:type="spellStart"/>
      <w:r w:rsidRPr="003D2A91">
        <w:rPr>
          <w:rFonts w:ascii="Times New Roman" w:eastAsia="Times New Roman" w:hAnsi="Times New Roman" w:cs="Times New Roman"/>
          <w:color w:val="202122"/>
          <w:sz w:val="28"/>
          <w:szCs w:val="28"/>
          <w:lang w:val="uk-UA" w:eastAsia="ru-RU"/>
        </w:rPr>
        <w:t>патерни</w:t>
      </w:r>
      <w:proofErr w:type="spellEnd"/>
      <w:r w:rsidRPr="003D2A91">
        <w:rPr>
          <w:rFonts w:ascii="Times New Roman" w:eastAsia="Times New Roman" w:hAnsi="Times New Roman" w:cs="Times New Roman"/>
          <w:color w:val="202122"/>
          <w:sz w:val="28"/>
          <w:szCs w:val="28"/>
          <w:lang w:val="uk-UA" w:eastAsia="ru-RU"/>
        </w:rPr>
        <w:t xml:space="preserve"> розміщуються у потрібній послідовності у вікні </w:t>
      </w:r>
      <w:proofErr w:type="spellStart"/>
      <w:r w:rsidRPr="003D2A91">
        <w:rPr>
          <w:rFonts w:ascii="Times New Roman" w:eastAsia="Times New Roman" w:hAnsi="Times New Roman" w:cs="Times New Roman"/>
          <w:color w:val="202122"/>
          <w:sz w:val="28"/>
          <w:szCs w:val="28"/>
          <w:lang w:val="uk-UA" w:eastAsia="ru-RU"/>
        </w:rPr>
        <w:t>Playlist</w:t>
      </w:r>
      <w:proofErr w:type="spellEnd"/>
      <w:r w:rsidRPr="003D2A91">
        <w:rPr>
          <w:rFonts w:ascii="Times New Roman" w:eastAsia="Times New Roman" w:hAnsi="Times New Roman" w:cs="Times New Roman"/>
          <w:color w:val="202122"/>
          <w:sz w:val="28"/>
          <w:szCs w:val="28"/>
          <w:lang w:val="uk-UA" w:eastAsia="ru-RU"/>
        </w:rPr>
        <w:t>. Звук кожного генератора може додатково оброблятися різноманітними ефектами.</w:t>
      </w:r>
    </w:p>
    <w:p w14:paraId="6C70BF3E" w14:textId="2BD7B1F3" w:rsidR="003D2A91" w:rsidRPr="003D2A91" w:rsidRDefault="003D2A91" w:rsidP="003D2A91">
      <w:pPr>
        <w:spacing w:after="0" w:line="360" w:lineRule="auto"/>
        <w:ind w:firstLine="709"/>
        <w:jc w:val="both"/>
        <w:rPr>
          <w:rFonts w:ascii="Times New Roman" w:eastAsia="Times New Roman" w:hAnsi="Times New Roman" w:cs="Times New Roman"/>
          <w:color w:val="202122"/>
          <w:sz w:val="28"/>
          <w:szCs w:val="28"/>
          <w:lang w:val="uk-UA" w:eastAsia="ru-RU"/>
        </w:rPr>
      </w:pPr>
      <w:r w:rsidRPr="003D2A91">
        <w:rPr>
          <w:rFonts w:ascii="Times New Roman" w:eastAsia="Times New Roman" w:hAnsi="Times New Roman" w:cs="Times New Roman"/>
          <w:color w:val="202122"/>
          <w:sz w:val="28"/>
          <w:szCs w:val="28"/>
          <w:lang w:val="uk-UA" w:eastAsia="ru-RU"/>
        </w:rPr>
        <w:t xml:space="preserve">Як генератор може використовуватися будь-який VST або </w:t>
      </w:r>
      <w:proofErr w:type="spellStart"/>
      <w:r w:rsidRPr="003D2A91">
        <w:rPr>
          <w:rFonts w:ascii="Times New Roman" w:eastAsia="Times New Roman" w:hAnsi="Times New Roman" w:cs="Times New Roman"/>
          <w:color w:val="202122"/>
          <w:sz w:val="28"/>
          <w:szCs w:val="28"/>
          <w:lang w:val="uk-UA" w:eastAsia="ru-RU"/>
        </w:rPr>
        <w:t>DXi</w:t>
      </w:r>
      <w:proofErr w:type="spellEnd"/>
      <w:r w:rsidRPr="003D2A91">
        <w:rPr>
          <w:rFonts w:ascii="Times New Roman" w:eastAsia="Times New Roman" w:hAnsi="Times New Roman" w:cs="Times New Roman"/>
          <w:color w:val="202122"/>
          <w:sz w:val="28"/>
          <w:szCs w:val="28"/>
          <w:lang w:val="uk-UA" w:eastAsia="ru-RU"/>
        </w:rPr>
        <w:t xml:space="preserve">-плагін. Окрім цього, FL </w:t>
      </w:r>
      <w:proofErr w:type="spellStart"/>
      <w:r w:rsidRPr="003D2A91">
        <w:rPr>
          <w:rFonts w:ascii="Times New Roman" w:eastAsia="Times New Roman" w:hAnsi="Times New Roman" w:cs="Times New Roman"/>
          <w:color w:val="202122"/>
          <w:sz w:val="28"/>
          <w:szCs w:val="28"/>
          <w:lang w:val="uk-UA" w:eastAsia="ru-RU"/>
        </w:rPr>
        <w:t>Studio</w:t>
      </w:r>
      <w:proofErr w:type="spellEnd"/>
      <w:r w:rsidRPr="003D2A91">
        <w:rPr>
          <w:rFonts w:ascii="Times New Roman" w:eastAsia="Times New Roman" w:hAnsi="Times New Roman" w:cs="Times New Roman"/>
          <w:color w:val="202122"/>
          <w:sz w:val="28"/>
          <w:szCs w:val="28"/>
          <w:lang w:val="uk-UA" w:eastAsia="ru-RU"/>
        </w:rPr>
        <w:t xml:space="preserve"> може працювати як VST або </w:t>
      </w:r>
      <w:proofErr w:type="spellStart"/>
      <w:r w:rsidRPr="003D2A91">
        <w:rPr>
          <w:rFonts w:ascii="Times New Roman" w:eastAsia="Times New Roman" w:hAnsi="Times New Roman" w:cs="Times New Roman"/>
          <w:color w:val="202122"/>
          <w:sz w:val="28"/>
          <w:szCs w:val="28"/>
          <w:lang w:val="uk-UA" w:eastAsia="ru-RU"/>
        </w:rPr>
        <w:t>DXi</w:t>
      </w:r>
      <w:proofErr w:type="spellEnd"/>
      <w:r w:rsidRPr="003D2A91">
        <w:rPr>
          <w:rFonts w:ascii="Times New Roman" w:eastAsia="Times New Roman" w:hAnsi="Times New Roman" w:cs="Times New Roman"/>
          <w:color w:val="202122"/>
          <w:sz w:val="28"/>
          <w:szCs w:val="28"/>
          <w:lang w:val="uk-UA" w:eastAsia="ru-RU"/>
        </w:rPr>
        <w:t xml:space="preserve">-плагін у складі інших музичних редакторів. Особливістю FL </w:t>
      </w:r>
      <w:proofErr w:type="spellStart"/>
      <w:r w:rsidRPr="003D2A91">
        <w:rPr>
          <w:rFonts w:ascii="Times New Roman" w:eastAsia="Times New Roman" w:hAnsi="Times New Roman" w:cs="Times New Roman"/>
          <w:color w:val="202122"/>
          <w:sz w:val="28"/>
          <w:szCs w:val="28"/>
          <w:lang w:val="uk-UA" w:eastAsia="ru-RU"/>
        </w:rPr>
        <w:t>Studio</w:t>
      </w:r>
      <w:proofErr w:type="spellEnd"/>
      <w:r w:rsidRPr="003D2A91">
        <w:rPr>
          <w:rFonts w:ascii="Times New Roman" w:eastAsia="Times New Roman" w:hAnsi="Times New Roman" w:cs="Times New Roman"/>
          <w:color w:val="202122"/>
          <w:sz w:val="28"/>
          <w:szCs w:val="28"/>
          <w:lang w:val="uk-UA" w:eastAsia="ru-RU"/>
        </w:rPr>
        <w:t xml:space="preserve"> є можливість створення музичних композицій будь-якого рівня складності без наявності спеціальної музичної освіти. Саме завдяки цьому, а також широкому функціоналу, FL </w:t>
      </w:r>
      <w:proofErr w:type="spellStart"/>
      <w:r w:rsidRPr="003D2A91">
        <w:rPr>
          <w:rFonts w:ascii="Times New Roman" w:eastAsia="Times New Roman" w:hAnsi="Times New Roman" w:cs="Times New Roman"/>
          <w:color w:val="202122"/>
          <w:sz w:val="28"/>
          <w:szCs w:val="28"/>
          <w:lang w:val="uk-UA" w:eastAsia="ru-RU"/>
        </w:rPr>
        <w:t>Studio</w:t>
      </w:r>
      <w:proofErr w:type="spellEnd"/>
      <w:r w:rsidRPr="003D2A91">
        <w:rPr>
          <w:rFonts w:ascii="Times New Roman" w:eastAsia="Times New Roman" w:hAnsi="Times New Roman" w:cs="Times New Roman"/>
          <w:color w:val="202122"/>
          <w:sz w:val="28"/>
          <w:szCs w:val="28"/>
          <w:lang w:val="uk-UA" w:eastAsia="ru-RU"/>
        </w:rPr>
        <w:t xml:space="preserve"> є одним із найпопулярніших музичних редакторів, яким користується велика кількість професійних музикантів та аматорів [</w:t>
      </w:r>
      <w:r>
        <w:rPr>
          <w:rFonts w:ascii="Times New Roman" w:eastAsia="Times New Roman" w:hAnsi="Times New Roman" w:cs="Times New Roman"/>
          <w:color w:val="202122"/>
          <w:sz w:val="28"/>
          <w:szCs w:val="28"/>
          <w:lang w:val="uk-UA" w:eastAsia="ru-RU"/>
        </w:rPr>
        <w:t>5</w:t>
      </w:r>
      <w:r w:rsidRPr="003D2A91">
        <w:rPr>
          <w:rFonts w:ascii="Times New Roman" w:eastAsia="Times New Roman" w:hAnsi="Times New Roman" w:cs="Times New Roman"/>
          <w:color w:val="202122"/>
          <w:sz w:val="28"/>
          <w:szCs w:val="28"/>
          <w:lang w:val="uk-UA" w:eastAsia="ru-RU"/>
        </w:rPr>
        <w:t>].</w:t>
      </w:r>
    </w:p>
    <w:p w14:paraId="3C659320" w14:textId="77777777" w:rsidR="003D2A91" w:rsidRPr="003D2A91" w:rsidRDefault="003D2A91" w:rsidP="003D2A91">
      <w:pPr>
        <w:spacing w:after="0" w:line="360" w:lineRule="auto"/>
        <w:ind w:firstLine="709"/>
        <w:jc w:val="both"/>
        <w:rPr>
          <w:rFonts w:ascii="Times New Roman" w:eastAsia="Times New Roman" w:hAnsi="Times New Roman" w:cs="Times New Roman"/>
          <w:color w:val="202122"/>
          <w:sz w:val="28"/>
          <w:szCs w:val="28"/>
          <w:lang w:val="uk-UA" w:eastAsia="ru-RU"/>
        </w:rPr>
      </w:pPr>
      <w:r w:rsidRPr="003D2A91">
        <w:rPr>
          <w:rFonts w:ascii="Times New Roman" w:eastAsia="Times New Roman" w:hAnsi="Times New Roman" w:cs="Times New Roman"/>
          <w:color w:val="202122"/>
          <w:sz w:val="28"/>
          <w:szCs w:val="28"/>
          <w:lang w:val="uk-UA" w:eastAsia="ru-RU"/>
        </w:rPr>
        <w:t xml:space="preserve">Для наочності нижче наведено приклади основних елементів інтерфейсу FL </w:t>
      </w:r>
      <w:proofErr w:type="spellStart"/>
      <w:r w:rsidRPr="003D2A91">
        <w:rPr>
          <w:rFonts w:ascii="Times New Roman" w:eastAsia="Times New Roman" w:hAnsi="Times New Roman" w:cs="Times New Roman"/>
          <w:color w:val="202122"/>
          <w:sz w:val="28"/>
          <w:szCs w:val="28"/>
          <w:lang w:val="uk-UA" w:eastAsia="ru-RU"/>
        </w:rPr>
        <w:t>Studio</w:t>
      </w:r>
      <w:proofErr w:type="spellEnd"/>
      <w:r w:rsidRPr="003D2A91">
        <w:rPr>
          <w:rFonts w:ascii="Times New Roman" w:eastAsia="Times New Roman" w:hAnsi="Times New Roman" w:cs="Times New Roman"/>
          <w:color w:val="202122"/>
          <w:sz w:val="28"/>
          <w:szCs w:val="28"/>
          <w:lang w:val="uk-UA" w:eastAsia="ru-RU"/>
        </w:rPr>
        <w:t>, які використовуються під час створення музичного супроводу гри.</w:t>
      </w:r>
    </w:p>
    <w:p w14:paraId="3CA37E29" w14:textId="77777777" w:rsidR="00323CB7" w:rsidRPr="00F8563D" w:rsidRDefault="00F8563D" w:rsidP="003D2A91">
      <w:pPr>
        <w:spacing w:after="0" w:line="360" w:lineRule="auto"/>
        <w:jc w:val="center"/>
        <w:rPr>
          <w:rFonts w:ascii="Times New Roman" w:hAnsi="Times New Roman" w:cs="Times New Roman"/>
          <w:sz w:val="28"/>
          <w:szCs w:val="28"/>
          <w:lang w:val="ru-RU"/>
        </w:rPr>
      </w:pPr>
      <w:r>
        <w:rPr>
          <w:noProof/>
          <w:lang w:val="ru-RU" w:eastAsia="ru-RU"/>
        </w:rPr>
        <w:lastRenderedPageBreak/>
        <w:drawing>
          <wp:inline distT="0" distB="0" distL="0" distR="0" wp14:anchorId="21B6BAC9" wp14:editId="2A4067AC">
            <wp:extent cx="4875774" cy="3891774"/>
            <wp:effectExtent l="0" t="0" r="1270" b="0"/>
            <wp:docPr id="6" name="Picture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4854" cy="3899022"/>
                    </a:xfrm>
                    <a:prstGeom prst="rect">
                      <a:avLst/>
                    </a:prstGeom>
                    <a:noFill/>
                    <a:ln>
                      <a:noFill/>
                    </a:ln>
                  </pic:spPr>
                </pic:pic>
              </a:graphicData>
            </a:graphic>
          </wp:inline>
        </w:drawing>
      </w:r>
    </w:p>
    <w:p w14:paraId="672BCBED" w14:textId="3CAEAD40" w:rsidR="00767F6B" w:rsidRDefault="00F8563D" w:rsidP="003D2A9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3.2. </w:t>
      </w:r>
      <w:r w:rsidR="003D2A91">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Патерни</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FL</w:t>
      </w:r>
      <w:r w:rsidRPr="001639F1">
        <w:rPr>
          <w:rFonts w:ascii="Times New Roman" w:hAnsi="Times New Roman" w:cs="Times New Roman"/>
          <w:sz w:val="28"/>
          <w:szCs w:val="28"/>
          <w:lang w:val="ru-RU"/>
        </w:rPr>
        <w:t xml:space="preserve"> </w:t>
      </w:r>
      <w:r>
        <w:rPr>
          <w:rFonts w:ascii="Times New Roman" w:hAnsi="Times New Roman" w:cs="Times New Roman"/>
          <w:sz w:val="28"/>
          <w:szCs w:val="28"/>
        </w:rPr>
        <w:t>Studio</w:t>
      </w:r>
    </w:p>
    <w:p w14:paraId="7C082D3E" w14:textId="77777777" w:rsidR="003D2A91" w:rsidRDefault="003D2A91" w:rsidP="003D2A91">
      <w:pPr>
        <w:spacing w:after="0" w:line="360" w:lineRule="auto"/>
        <w:jc w:val="both"/>
        <w:rPr>
          <w:rFonts w:ascii="Times New Roman" w:hAnsi="Times New Roman" w:cs="Times New Roman"/>
          <w:sz w:val="28"/>
          <w:szCs w:val="28"/>
          <w:lang w:val="uk-UA"/>
        </w:rPr>
      </w:pPr>
    </w:p>
    <w:p w14:paraId="1191286F" w14:textId="2119F63C" w:rsidR="003D2A91" w:rsidRPr="003D2A91" w:rsidRDefault="003D2A91" w:rsidP="003D2A91">
      <w:pPr>
        <w:spacing w:after="0" w:line="360" w:lineRule="auto"/>
        <w:ind w:firstLine="709"/>
        <w:jc w:val="both"/>
        <w:rPr>
          <w:rFonts w:ascii="Times New Roman" w:hAnsi="Times New Roman" w:cs="Times New Roman"/>
          <w:sz w:val="28"/>
          <w:szCs w:val="28"/>
          <w:lang w:val="uk-UA"/>
        </w:rPr>
      </w:pPr>
      <w:r w:rsidRPr="003D2A91">
        <w:rPr>
          <w:rFonts w:ascii="Times New Roman" w:hAnsi="Times New Roman" w:cs="Times New Roman"/>
          <w:sz w:val="28"/>
          <w:szCs w:val="28"/>
          <w:lang w:val="uk-UA"/>
        </w:rPr>
        <w:t>Зовнішній вигляд програмного середовища дозволяє зручно організувати процес створення композиції та швидко переходити між різними етапами роботи зі звуком.</w:t>
      </w:r>
    </w:p>
    <w:p w14:paraId="0892E49E" w14:textId="77777777" w:rsidR="003D2A91" w:rsidRPr="003D2A91" w:rsidRDefault="003D2A91" w:rsidP="00DC6652">
      <w:pPr>
        <w:spacing w:after="0" w:line="360" w:lineRule="auto"/>
        <w:jc w:val="both"/>
        <w:rPr>
          <w:rFonts w:ascii="Times New Roman" w:hAnsi="Times New Roman" w:cs="Times New Roman"/>
          <w:sz w:val="28"/>
          <w:szCs w:val="28"/>
          <w:lang w:val="uk-UA"/>
        </w:rPr>
      </w:pPr>
    </w:p>
    <w:p w14:paraId="163B258E" w14:textId="26DB1E92" w:rsidR="00F8563D" w:rsidRDefault="00F8563D" w:rsidP="003D2A91">
      <w:pPr>
        <w:spacing w:after="0" w:line="360" w:lineRule="auto"/>
        <w:jc w:val="center"/>
        <w:rPr>
          <w:rFonts w:ascii="Times New Roman" w:hAnsi="Times New Roman" w:cs="Times New Roman"/>
          <w:sz w:val="28"/>
          <w:szCs w:val="28"/>
        </w:rPr>
      </w:pPr>
      <w:r>
        <w:rPr>
          <w:noProof/>
          <w:lang w:val="ru-RU" w:eastAsia="ru-RU"/>
        </w:rPr>
        <w:drawing>
          <wp:inline distT="0" distB="0" distL="0" distR="0" wp14:anchorId="7F86958C" wp14:editId="3C2390FB">
            <wp:extent cx="4892523" cy="2475913"/>
            <wp:effectExtent l="0" t="0" r="3810" b="635"/>
            <wp:docPr id="7" name="Picture 7" descr="FL Studio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 Studio — Википед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9157" cy="2484331"/>
                    </a:xfrm>
                    <a:prstGeom prst="rect">
                      <a:avLst/>
                    </a:prstGeom>
                    <a:noFill/>
                    <a:ln>
                      <a:noFill/>
                    </a:ln>
                  </pic:spPr>
                </pic:pic>
              </a:graphicData>
            </a:graphic>
          </wp:inline>
        </w:drawing>
      </w:r>
    </w:p>
    <w:p w14:paraId="761C85FC" w14:textId="3F30A06E" w:rsidR="00752928" w:rsidRDefault="00F8563D" w:rsidP="003D2A9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3.3 </w:t>
      </w:r>
      <w:r w:rsidR="003D2A9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Зовнішній вигляд </w:t>
      </w:r>
      <w:proofErr w:type="spellStart"/>
      <w:r>
        <w:rPr>
          <w:rFonts w:ascii="Times New Roman" w:hAnsi="Times New Roman" w:cs="Times New Roman"/>
          <w:sz w:val="28"/>
          <w:szCs w:val="28"/>
          <w:lang w:val="uk-UA"/>
        </w:rPr>
        <w:t>інтерфейса</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FL Studio</w:t>
      </w:r>
    </w:p>
    <w:p w14:paraId="49EC9488" w14:textId="77777777" w:rsidR="003D2A91" w:rsidRPr="003D2A91" w:rsidRDefault="003D2A91" w:rsidP="003D2A91">
      <w:pPr>
        <w:spacing w:after="0" w:line="360" w:lineRule="auto"/>
        <w:ind w:firstLine="709"/>
        <w:jc w:val="both"/>
        <w:rPr>
          <w:rFonts w:ascii="Times New Roman" w:hAnsi="Times New Roman" w:cs="Times New Roman"/>
          <w:sz w:val="28"/>
          <w:szCs w:val="28"/>
          <w:lang w:val="uk-UA"/>
        </w:rPr>
      </w:pPr>
      <w:r w:rsidRPr="003D2A91">
        <w:rPr>
          <w:rFonts w:ascii="Times New Roman" w:hAnsi="Times New Roman" w:cs="Times New Roman"/>
          <w:sz w:val="28"/>
          <w:szCs w:val="28"/>
          <w:lang w:val="uk-UA"/>
        </w:rPr>
        <w:lastRenderedPageBreak/>
        <w:t xml:space="preserve">Після того як було визначено програмні засоби, у яких виконуватиметься робота над </w:t>
      </w:r>
      <w:proofErr w:type="spellStart"/>
      <w:r w:rsidRPr="003D2A91">
        <w:rPr>
          <w:rFonts w:ascii="Times New Roman" w:hAnsi="Times New Roman" w:cs="Times New Roman"/>
          <w:sz w:val="28"/>
          <w:szCs w:val="28"/>
          <w:lang w:val="uk-UA"/>
        </w:rPr>
        <w:t>проєктом</w:t>
      </w:r>
      <w:proofErr w:type="spellEnd"/>
      <w:r w:rsidRPr="003D2A91">
        <w:rPr>
          <w:rFonts w:ascii="Times New Roman" w:hAnsi="Times New Roman" w:cs="Times New Roman"/>
          <w:sz w:val="28"/>
          <w:szCs w:val="28"/>
          <w:lang w:val="uk-UA"/>
        </w:rPr>
        <w:t xml:space="preserve">, можна переходити безпосередньо до створення графічних ресурсів. У першу чергу необхідно намалювати </w:t>
      </w:r>
      <w:proofErr w:type="spellStart"/>
      <w:r w:rsidRPr="003D2A91">
        <w:rPr>
          <w:rFonts w:ascii="Times New Roman" w:hAnsi="Times New Roman" w:cs="Times New Roman"/>
          <w:sz w:val="28"/>
          <w:szCs w:val="28"/>
          <w:lang w:val="uk-UA"/>
        </w:rPr>
        <w:t>спрайти</w:t>
      </w:r>
      <w:proofErr w:type="spellEnd"/>
      <w:r w:rsidRPr="003D2A91">
        <w:rPr>
          <w:rFonts w:ascii="Times New Roman" w:hAnsi="Times New Roman" w:cs="Times New Roman"/>
          <w:sz w:val="28"/>
          <w:szCs w:val="28"/>
          <w:lang w:val="uk-UA"/>
        </w:rPr>
        <w:t xml:space="preserve"> як для головного героя гри, так і для основного противника.</w:t>
      </w:r>
    </w:p>
    <w:p w14:paraId="67EDE1D6" w14:textId="0548018E" w:rsidR="003D2A91" w:rsidRDefault="003D2A91" w:rsidP="003D2A91">
      <w:pPr>
        <w:spacing w:after="0" w:line="360" w:lineRule="auto"/>
        <w:ind w:firstLine="709"/>
        <w:jc w:val="both"/>
        <w:rPr>
          <w:rFonts w:ascii="Times New Roman" w:hAnsi="Times New Roman" w:cs="Times New Roman"/>
          <w:sz w:val="28"/>
          <w:szCs w:val="28"/>
          <w:lang w:val="uk-UA"/>
        </w:rPr>
      </w:pPr>
      <w:r w:rsidRPr="003D2A91">
        <w:rPr>
          <w:rFonts w:ascii="Times New Roman" w:hAnsi="Times New Roman" w:cs="Times New Roman"/>
          <w:sz w:val="28"/>
          <w:szCs w:val="28"/>
          <w:lang w:val="uk-UA"/>
        </w:rPr>
        <w:t>Оскільки гра має більш комплексну структуру, у неї було додано низку нових механік, зокрема вступну сцену (</w:t>
      </w:r>
      <w:proofErr w:type="spellStart"/>
      <w:r w:rsidRPr="003D2A91">
        <w:rPr>
          <w:rFonts w:ascii="Times New Roman" w:hAnsi="Times New Roman" w:cs="Times New Roman"/>
          <w:sz w:val="28"/>
          <w:szCs w:val="28"/>
          <w:lang w:val="uk-UA"/>
        </w:rPr>
        <w:t>інтро</w:t>
      </w:r>
      <w:proofErr w:type="spellEnd"/>
      <w:r w:rsidRPr="003D2A91">
        <w:rPr>
          <w:rFonts w:ascii="Times New Roman" w:hAnsi="Times New Roman" w:cs="Times New Roman"/>
          <w:sz w:val="28"/>
          <w:szCs w:val="28"/>
          <w:lang w:val="uk-UA"/>
        </w:rPr>
        <w:t xml:space="preserve">) перед боєм з босом. Саме тому підготовка </w:t>
      </w:r>
      <w:proofErr w:type="spellStart"/>
      <w:r w:rsidRPr="003D2A91">
        <w:rPr>
          <w:rFonts w:ascii="Times New Roman" w:hAnsi="Times New Roman" w:cs="Times New Roman"/>
          <w:sz w:val="28"/>
          <w:szCs w:val="28"/>
          <w:lang w:val="uk-UA"/>
        </w:rPr>
        <w:t>спрайтів</w:t>
      </w:r>
      <w:proofErr w:type="spellEnd"/>
      <w:r w:rsidRPr="003D2A91">
        <w:rPr>
          <w:rFonts w:ascii="Times New Roman" w:hAnsi="Times New Roman" w:cs="Times New Roman"/>
          <w:sz w:val="28"/>
          <w:szCs w:val="28"/>
          <w:lang w:val="uk-UA"/>
        </w:rPr>
        <w:t xml:space="preserve"> противника вимагала більшої кількості графічних елементів.</w:t>
      </w:r>
    </w:p>
    <w:p w14:paraId="230F8885" w14:textId="77777777" w:rsidR="003D2A91" w:rsidRDefault="003D2A91" w:rsidP="003D2A91">
      <w:pPr>
        <w:spacing w:after="0" w:line="360" w:lineRule="auto"/>
        <w:ind w:firstLine="709"/>
        <w:jc w:val="both"/>
        <w:rPr>
          <w:rFonts w:ascii="Times New Roman" w:hAnsi="Times New Roman" w:cs="Times New Roman"/>
          <w:sz w:val="28"/>
          <w:szCs w:val="28"/>
          <w:lang w:val="uk-UA"/>
        </w:rPr>
      </w:pPr>
    </w:p>
    <w:p w14:paraId="721E2D71" w14:textId="77777777" w:rsidR="00E75C23" w:rsidRDefault="00E75C23" w:rsidP="00570AE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2AD6923B" wp14:editId="569A84D0">
            <wp:extent cx="6335536" cy="3327009"/>
            <wp:effectExtent l="0" t="0" r="8255" b="0"/>
            <wp:docPr id="8" name="Picture 8" descr="C:\Users\gudro\Downloads\Telegram Desktop\image_2026-01-17_15-01-38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dro\Downloads\Telegram Desktop\image_2026-01-17_15-01-38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3199" cy="3336285"/>
                    </a:xfrm>
                    <a:prstGeom prst="rect">
                      <a:avLst/>
                    </a:prstGeom>
                    <a:noFill/>
                    <a:ln>
                      <a:noFill/>
                    </a:ln>
                  </pic:spPr>
                </pic:pic>
              </a:graphicData>
            </a:graphic>
          </wp:inline>
        </w:drawing>
      </w:r>
    </w:p>
    <w:p w14:paraId="0AC24B41" w14:textId="467C8BC9" w:rsidR="00E75C23" w:rsidRDefault="00E75C23" w:rsidP="00570A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3.4 </w:t>
      </w:r>
      <w:r w:rsidR="003D2A91">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Спрайти</w:t>
      </w:r>
      <w:proofErr w:type="spellEnd"/>
      <w:r>
        <w:rPr>
          <w:rFonts w:ascii="Times New Roman" w:hAnsi="Times New Roman" w:cs="Times New Roman"/>
          <w:sz w:val="28"/>
          <w:szCs w:val="28"/>
          <w:lang w:val="uk-UA"/>
        </w:rPr>
        <w:t xml:space="preserve"> першої зустрічі героя гри та його противника</w:t>
      </w:r>
    </w:p>
    <w:p w14:paraId="5ACDB230" w14:textId="77777777" w:rsidR="006C0BBA" w:rsidRDefault="006C0BBA" w:rsidP="00DC6652">
      <w:pPr>
        <w:spacing w:after="0" w:line="360" w:lineRule="auto"/>
        <w:jc w:val="both"/>
        <w:rPr>
          <w:rFonts w:ascii="Times New Roman" w:hAnsi="Times New Roman" w:cs="Times New Roman"/>
          <w:sz w:val="28"/>
          <w:szCs w:val="28"/>
          <w:lang w:val="uk-UA"/>
        </w:rPr>
      </w:pPr>
    </w:p>
    <w:p w14:paraId="48677218" w14:textId="77777777" w:rsidR="00570AEB" w:rsidRPr="00570AEB" w:rsidRDefault="00570AEB" w:rsidP="00570AEB">
      <w:pPr>
        <w:spacing w:after="0" w:line="360" w:lineRule="auto"/>
        <w:ind w:firstLine="709"/>
        <w:jc w:val="both"/>
        <w:rPr>
          <w:rFonts w:ascii="Times New Roman" w:hAnsi="Times New Roman" w:cs="Times New Roman"/>
          <w:sz w:val="28"/>
          <w:szCs w:val="28"/>
          <w:lang w:val="uk-UA"/>
        </w:rPr>
      </w:pPr>
      <w:r w:rsidRPr="00570AEB">
        <w:rPr>
          <w:rFonts w:ascii="Times New Roman" w:hAnsi="Times New Roman" w:cs="Times New Roman"/>
          <w:sz w:val="28"/>
          <w:szCs w:val="28"/>
          <w:lang w:val="uk-UA"/>
        </w:rPr>
        <w:t xml:space="preserve">Після створення вступних </w:t>
      </w:r>
      <w:proofErr w:type="spellStart"/>
      <w:r w:rsidRPr="00570AEB">
        <w:rPr>
          <w:rFonts w:ascii="Times New Roman" w:hAnsi="Times New Roman" w:cs="Times New Roman"/>
          <w:sz w:val="28"/>
          <w:szCs w:val="28"/>
          <w:lang w:val="uk-UA"/>
        </w:rPr>
        <w:t>спрайтів</w:t>
      </w:r>
      <w:proofErr w:type="spellEnd"/>
      <w:r w:rsidRPr="00570AEB">
        <w:rPr>
          <w:rFonts w:ascii="Times New Roman" w:hAnsi="Times New Roman" w:cs="Times New Roman"/>
          <w:sz w:val="28"/>
          <w:szCs w:val="28"/>
          <w:lang w:val="uk-UA"/>
        </w:rPr>
        <w:t xml:space="preserve"> було реалізовано анімації атак противника для першої фази бою, що дозволяє наочно відобразити поведінку ворога під час ігрового процесу.</w:t>
      </w:r>
    </w:p>
    <w:p w14:paraId="793292CB" w14:textId="77777777" w:rsidR="00570AEB" w:rsidRDefault="00570AEB" w:rsidP="00DC6652">
      <w:pPr>
        <w:spacing w:after="0" w:line="360" w:lineRule="auto"/>
        <w:jc w:val="both"/>
        <w:rPr>
          <w:rFonts w:ascii="Times New Roman" w:hAnsi="Times New Roman" w:cs="Times New Roman"/>
          <w:sz w:val="28"/>
          <w:szCs w:val="28"/>
          <w:lang w:val="uk-UA"/>
        </w:rPr>
      </w:pPr>
    </w:p>
    <w:p w14:paraId="2039B069" w14:textId="77777777" w:rsidR="006C0BBA" w:rsidRDefault="006C0BBA" w:rsidP="00570AE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ru-RU" w:eastAsia="ru-RU"/>
        </w:rPr>
        <w:lastRenderedPageBreak/>
        <w:drawing>
          <wp:inline distT="0" distB="0" distL="0" distR="0" wp14:anchorId="2336ACFA" wp14:editId="43FD2C3D">
            <wp:extent cx="4269589" cy="2665828"/>
            <wp:effectExtent l="0" t="0" r="0" b="1270"/>
            <wp:docPr id="11" name="Picture 11" descr="C:\Users\gudro\Downloads\Telegram Desktop\image_2026-01-17_15-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dro\Downloads\Telegram Desktop\image_2026-01-17_15-0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8818" cy="2671590"/>
                    </a:xfrm>
                    <a:prstGeom prst="rect">
                      <a:avLst/>
                    </a:prstGeom>
                    <a:noFill/>
                    <a:ln>
                      <a:noFill/>
                    </a:ln>
                  </pic:spPr>
                </pic:pic>
              </a:graphicData>
            </a:graphic>
          </wp:inline>
        </w:drawing>
      </w:r>
    </w:p>
    <w:p w14:paraId="75E8FB81" w14:textId="77777777" w:rsidR="00570AEB" w:rsidRDefault="00570AEB" w:rsidP="00570AEB">
      <w:pPr>
        <w:spacing w:after="0" w:line="360" w:lineRule="auto"/>
        <w:jc w:val="center"/>
        <w:rPr>
          <w:rFonts w:ascii="Times New Roman" w:hAnsi="Times New Roman" w:cs="Times New Roman"/>
          <w:sz w:val="28"/>
          <w:szCs w:val="28"/>
          <w:lang w:val="uk-UA"/>
        </w:rPr>
      </w:pPr>
      <w:r w:rsidRPr="00570AEB">
        <w:rPr>
          <w:rFonts w:ascii="Times New Roman" w:hAnsi="Times New Roman" w:cs="Times New Roman"/>
          <w:sz w:val="28"/>
          <w:szCs w:val="28"/>
          <w:lang w:val="uk-UA"/>
        </w:rPr>
        <w:t xml:space="preserve">Рисунок 3.5 – </w:t>
      </w:r>
      <w:proofErr w:type="spellStart"/>
      <w:r w:rsidRPr="00570AEB">
        <w:rPr>
          <w:rFonts w:ascii="Times New Roman" w:hAnsi="Times New Roman" w:cs="Times New Roman"/>
          <w:sz w:val="28"/>
          <w:szCs w:val="28"/>
          <w:lang w:val="uk-UA"/>
        </w:rPr>
        <w:t>Спрайти</w:t>
      </w:r>
      <w:proofErr w:type="spellEnd"/>
      <w:r w:rsidRPr="00570AEB">
        <w:rPr>
          <w:rFonts w:ascii="Times New Roman" w:hAnsi="Times New Roman" w:cs="Times New Roman"/>
          <w:sz w:val="28"/>
          <w:szCs w:val="28"/>
          <w:lang w:val="uk-UA"/>
        </w:rPr>
        <w:t xml:space="preserve"> атак противника в першій фазі гри</w:t>
      </w:r>
    </w:p>
    <w:p w14:paraId="19A034D8" w14:textId="2F5500DF" w:rsidR="00570AEB" w:rsidRDefault="00570AEB" w:rsidP="00570AEB">
      <w:pPr>
        <w:spacing w:after="0" w:line="360" w:lineRule="auto"/>
        <w:ind w:firstLine="709"/>
        <w:jc w:val="both"/>
        <w:rPr>
          <w:rFonts w:ascii="Times New Roman" w:hAnsi="Times New Roman" w:cs="Times New Roman"/>
          <w:sz w:val="28"/>
          <w:szCs w:val="28"/>
          <w:lang w:val="uk-UA"/>
        </w:rPr>
      </w:pPr>
      <w:r w:rsidRPr="00570AEB">
        <w:rPr>
          <w:rFonts w:ascii="Times New Roman" w:hAnsi="Times New Roman" w:cs="Times New Roman"/>
          <w:sz w:val="28"/>
          <w:szCs w:val="28"/>
          <w:lang w:val="uk-UA"/>
        </w:rPr>
        <w:t xml:space="preserve">Наступним етапом стало створення </w:t>
      </w:r>
      <w:proofErr w:type="spellStart"/>
      <w:r w:rsidRPr="00570AEB">
        <w:rPr>
          <w:rFonts w:ascii="Times New Roman" w:hAnsi="Times New Roman" w:cs="Times New Roman"/>
          <w:sz w:val="28"/>
          <w:szCs w:val="28"/>
          <w:lang w:val="uk-UA"/>
        </w:rPr>
        <w:t>спрайтів</w:t>
      </w:r>
      <w:proofErr w:type="spellEnd"/>
      <w:r w:rsidRPr="00570AEB">
        <w:rPr>
          <w:rFonts w:ascii="Times New Roman" w:hAnsi="Times New Roman" w:cs="Times New Roman"/>
          <w:sz w:val="28"/>
          <w:szCs w:val="28"/>
          <w:lang w:val="uk-UA"/>
        </w:rPr>
        <w:t>, які відображають перехід противника до другої фази бою, що є важливим елементом геймплею та підвищує динаміку гри.</w:t>
      </w:r>
    </w:p>
    <w:p w14:paraId="5D42EB13" w14:textId="77777777" w:rsidR="00570AEB" w:rsidRDefault="00570AEB" w:rsidP="00570AEB">
      <w:pPr>
        <w:spacing w:after="0" w:line="360" w:lineRule="auto"/>
        <w:jc w:val="both"/>
        <w:rPr>
          <w:rFonts w:ascii="Times New Roman" w:hAnsi="Times New Roman" w:cs="Times New Roman"/>
          <w:sz w:val="28"/>
          <w:szCs w:val="28"/>
          <w:lang w:val="uk-UA"/>
        </w:rPr>
      </w:pPr>
    </w:p>
    <w:p w14:paraId="611169BA" w14:textId="68A7515B" w:rsidR="006C0BBA" w:rsidRDefault="006C0BBA" w:rsidP="00570AE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476D8CA6" wp14:editId="4C663285">
            <wp:extent cx="4259206" cy="2454812"/>
            <wp:effectExtent l="0" t="0" r="0" b="3175"/>
            <wp:docPr id="9" name="Picture 9" descr="C:\Users\gudro\Downloads\Telegram Desktop\image_2026-01-17_15-01-3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dro\Downloads\Telegram Desktop\image_2026-01-17_15-01-38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4748" cy="2469533"/>
                    </a:xfrm>
                    <a:prstGeom prst="rect">
                      <a:avLst/>
                    </a:prstGeom>
                    <a:noFill/>
                    <a:ln>
                      <a:noFill/>
                    </a:ln>
                  </pic:spPr>
                </pic:pic>
              </a:graphicData>
            </a:graphic>
          </wp:inline>
        </w:drawing>
      </w:r>
    </w:p>
    <w:p w14:paraId="7411E0CE" w14:textId="7D9A1883" w:rsidR="006C0BBA" w:rsidRDefault="006C0BBA" w:rsidP="00570A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3.6 </w:t>
      </w:r>
      <w:r w:rsidR="00570AEB">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Спрайти</w:t>
      </w:r>
      <w:proofErr w:type="spellEnd"/>
      <w:r>
        <w:rPr>
          <w:rFonts w:ascii="Times New Roman" w:hAnsi="Times New Roman" w:cs="Times New Roman"/>
          <w:sz w:val="28"/>
          <w:szCs w:val="28"/>
          <w:lang w:val="uk-UA"/>
        </w:rPr>
        <w:t xml:space="preserve">  противника  під час </w:t>
      </w:r>
      <w:proofErr w:type="spellStart"/>
      <w:r>
        <w:rPr>
          <w:rFonts w:ascii="Times New Roman" w:hAnsi="Times New Roman" w:cs="Times New Roman"/>
          <w:sz w:val="28"/>
          <w:szCs w:val="28"/>
          <w:lang w:val="uk-UA"/>
        </w:rPr>
        <w:t>перездо</w:t>
      </w:r>
      <w:proofErr w:type="spellEnd"/>
      <w:r>
        <w:rPr>
          <w:rFonts w:ascii="Times New Roman" w:hAnsi="Times New Roman" w:cs="Times New Roman"/>
          <w:sz w:val="28"/>
          <w:szCs w:val="28"/>
          <w:lang w:val="uk-UA"/>
        </w:rPr>
        <w:t xml:space="preserve"> на 2 фази гри</w:t>
      </w:r>
    </w:p>
    <w:p w14:paraId="6CEA2FAD" w14:textId="77777777" w:rsidR="006C0BBA" w:rsidRDefault="006C0BBA" w:rsidP="00DC6652">
      <w:pPr>
        <w:spacing w:after="0" w:line="360" w:lineRule="auto"/>
        <w:jc w:val="both"/>
        <w:rPr>
          <w:rFonts w:ascii="Times New Roman" w:hAnsi="Times New Roman" w:cs="Times New Roman"/>
          <w:sz w:val="28"/>
          <w:szCs w:val="28"/>
          <w:lang w:val="uk-UA"/>
        </w:rPr>
      </w:pPr>
    </w:p>
    <w:p w14:paraId="035863F6" w14:textId="77777777" w:rsidR="00570AEB" w:rsidRPr="00570AEB" w:rsidRDefault="00570AEB" w:rsidP="00570AEB">
      <w:pPr>
        <w:spacing w:after="0" w:line="360" w:lineRule="auto"/>
        <w:ind w:firstLine="709"/>
        <w:jc w:val="both"/>
        <w:rPr>
          <w:rFonts w:ascii="Times New Roman" w:hAnsi="Times New Roman" w:cs="Times New Roman"/>
          <w:sz w:val="28"/>
          <w:szCs w:val="28"/>
          <w:lang w:val="uk-UA"/>
        </w:rPr>
      </w:pPr>
      <w:r w:rsidRPr="00570AEB">
        <w:rPr>
          <w:rFonts w:ascii="Times New Roman" w:hAnsi="Times New Roman" w:cs="Times New Roman"/>
          <w:sz w:val="28"/>
          <w:szCs w:val="28"/>
          <w:lang w:val="uk-UA"/>
        </w:rPr>
        <w:t>У другій фазі гри противник отримує нові типи атак та змінює поведінку, що потребувало додаткових графічних ресурсів.</w:t>
      </w:r>
    </w:p>
    <w:p w14:paraId="1619A416" w14:textId="77777777" w:rsidR="00570AEB" w:rsidRDefault="00570AEB" w:rsidP="00DC6652">
      <w:pPr>
        <w:spacing w:after="0" w:line="360" w:lineRule="auto"/>
        <w:jc w:val="both"/>
        <w:rPr>
          <w:rFonts w:ascii="Times New Roman" w:hAnsi="Times New Roman" w:cs="Times New Roman"/>
          <w:sz w:val="28"/>
          <w:szCs w:val="28"/>
          <w:lang w:val="uk-UA"/>
        </w:rPr>
      </w:pPr>
    </w:p>
    <w:p w14:paraId="6F33EEF7" w14:textId="77777777" w:rsidR="006C0BBA" w:rsidRDefault="006C0BBA" w:rsidP="00570AE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ru-RU" w:eastAsia="ru-RU"/>
        </w:rPr>
        <w:lastRenderedPageBreak/>
        <w:drawing>
          <wp:inline distT="0" distB="0" distL="0" distR="0" wp14:anchorId="7BD8AE91" wp14:editId="5355E401">
            <wp:extent cx="5959441" cy="3390314"/>
            <wp:effectExtent l="0" t="0" r="0" b="0"/>
            <wp:docPr id="10" name="Picture 10" descr="C:\Users\gudro\Downloads\Telegram Desktop\image_2026-01-17_15-00-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dro\Downloads\Telegram Desktop\image_2026-01-17_15-00-01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1459" cy="3414218"/>
                    </a:xfrm>
                    <a:prstGeom prst="rect">
                      <a:avLst/>
                    </a:prstGeom>
                    <a:noFill/>
                    <a:ln>
                      <a:noFill/>
                    </a:ln>
                  </pic:spPr>
                </pic:pic>
              </a:graphicData>
            </a:graphic>
          </wp:inline>
        </w:drawing>
      </w:r>
    </w:p>
    <w:p w14:paraId="366361F5" w14:textId="57934312" w:rsidR="006C0BBA" w:rsidRDefault="006C0BBA" w:rsidP="00570A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3.7 </w:t>
      </w:r>
      <w:r w:rsidR="00570AEB">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Спрайти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протиивника</w:t>
      </w:r>
      <w:proofErr w:type="spellEnd"/>
      <w:r>
        <w:rPr>
          <w:rFonts w:ascii="Times New Roman" w:hAnsi="Times New Roman" w:cs="Times New Roman"/>
          <w:sz w:val="28"/>
          <w:szCs w:val="28"/>
          <w:lang w:val="uk-UA"/>
        </w:rPr>
        <w:t xml:space="preserve"> та його атак в другій фазі гри</w:t>
      </w:r>
    </w:p>
    <w:p w14:paraId="4A4F019E" w14:textId="77777777" w:rsidR="00570AEB" w:rsidRDefault="00570AEB" w:rsidP="00570AEB">
      <w:pPr>
        <w:spacing w:after="0" w:line="360" w:lineRule="auto"/>
        <w:ind w:firstLine="709"/>
        <w:jc w:val="both"/>
        <w:rPr>
          <w:rFonts w:ascii="Times New Roman" w:hAnsi="Times New Roman" w:cs="Times New Roman"/>
          <w:sz w:val="28"/>
          <w:szCs w:val="28"/>
          <w:lang w:val="uk-UA"/>
        </w:rPr>
      </w:pPr>
    </w:p>
    <w:p w14:paraId="357D7EF9" w14:textId="67F8AE99" w:rsidR="00570AEB" w:rsidRDefault="00570AEB" w:rsidP="00570AEB">
      <w:pPr>
        <w:spacing w:after="0" w:line="360" w:lineRule="auto"/>
        <w:ind w:firstLine="709"/>
        <w:jc w:val="both"/>
        <w:rPr>
          <w:rFonts w:ascii="Times New Roman" w:hAnsi="Times New Roman" w:cs="Times New Roman"/>
          <w:sz w:val="28"/>
          <w:szCs w:val="28"/>
          <w:lang w:val="uk-UA"/>
        </w:rPr>
      </w:pPr>
      <w:r w:rsidRPr="00570AEB">
        <w:rPr>
          <w:rFonts w:ascii="Times New Roman" w:hAnsi="Times New Roman" w:cs="Times New Roman"/>
          <w:sz w:val="28"/>
          <w:szCs w:val="28"/>
          <w:lang w:val="uk-UA"/>
        </w:rPr>
        <w:t xml:space="preserve">Після завершення роботи зі </w:t>
      </w:r>
      <w:proofErr w:type="spellStart"/>
      <w:r w:rsidRPr="00570AEB">
        <w:rPr>
          <w:rFonts w:ascii="Times New Roman" w:hAnsi="Times New Roman" w:cs="Times New Roman"/>
          <w:sz w:val="28"/>
          <w:szCs w:val="28"/>
          <w:lang w:val="uk-UA"/>
        </w:rPr>
        <w:t>спрайтами</w:t>
      </w:r>
      <w:proofErr w:type="spellEnd"/>
      <w:r w:rsidRPr="00570AEB">
        <w:rPr>
          <w:rFonts w:ascii="Times New Roman" w:hAnsi="Times New Roman" w:cs="Times New Roman"/>
          <w:sz w:val="28"/>
          <w:szCs w:val="28"/>
          <w:lang w:val="uk-UA"/>
        </w:rPr>
        <w:t xml:space="preserve"> противника було виконано створення </w:t>
      </w:r>
      <w:proofErr w:type="spellStart"/>
      <w:r w:rsidRPr="00570AEB">
        <w:rPr>
          <w:rFonts w:ascii="Times New Roman" w:hAnsi="Times New Roman" w:cs="Times New Roman"/>
          <w:sz w:val="28"/>
          <w:szCs w:val="28"/>
          <w:lang w:val="uk-UA"/>
        </w:rPr>
        <w:t>спрайтів</w:t>
      </w:r>
      <w:proofErr w:type="spellEnd"/>
      <w:r w:rsidRPr="00570AEB">
        <w:rPr>
          <w:rFonts w:ascii="Times New Roman" w:hAnsi="Times New Roman" w:cs="Times New Roman"/>
          <w:sz w:val="28"/>
          <w:szCs w:val="28"/>
          <w:lang w:val="uk-UA"/>
        </w:rPr>
        <w:t xml:space="preserve"> для головного героя. Оскільки керування персонажем здійснюється за допомогою п’яти кнопок, і залежно від натиснутої кнопки змінюється відповідний </w:t>
      </w:r>
      <w:proofErr w:type="spellStart"/>
      <w:r w:rsidRPr="00570AEB">
        <w:rPr>
          <w:rFonts w:ascii="Times New Roman" w:hAnsi="Times New Roman" w:cs="Times New Roman"/>
          <w:sz w:val="28"/>
          <w:szCs w:val="28"/>
          <w:lang w:val="uk-UA"/>
        </w:rPr>
        <w:t>спрайт</w:t>
      </w:r>
      <w:proofErr w:type="spellEnd"/>
      <w:r w:rsidRPr="00570AEB">
        <w:rPr>
          <w:rFonts w:ascii="Times New Roman" w:hAnsi="Times New Roman" w:cs="Times New Roman"/>
          <w:sz w:val="28"/>
          <w:szCs w:val="28"/>
          <w:lang w:val="uk-UA"/>
        </w:rPr>
        <w:t xml:space="preserve">, </w:t>
      </w:r>
      <w:proofErr w:type="spellStart"/>
      <w:r w:rsidRPr="00570AEB">
        <w:rPr>
          <w:rFonts w:ascii="Times New Roman" w:hAnsi="Times New Roman" w:cs="Times New Roman"/>
          <w:sz w:val="28"/>
          <w:szCs w:val="28"/>
          <w:lang w:val="uk-UA"/>
        </w:rPr>
        <w:t>спрайт</w:t>
      </w:r>
      <w:proofErr w:type="spellEnd"/>
      <w:r w:rsidRPr="00570AEB">
        <w:rPr>
          <w:rFonts w:ascii="Times New Roman" w:hAnsi="Times New Roman" w:cs="Times New Roman"/>
          <w:sz w:val="28"/>
          <w:szCs w:val="28"/>
          <w:lang w:val="uk-UA"/>
        </w:rPr>
        <w:t xml:space="preserve">-листи головного героя вийшли меншими за обсягом порівняно зі </w:t>
      </w:r>
      <w:proofErr w:type="spellStart"/>
      <w:r w:rsidRPr="00570AEB">
        <w:rPr>
          <w:rFonts w:ascii="Times New Roman" w:hAnsi="Times New Roman" w:cs="Times New Roman"/>
          <w:sz w:val="28"/>
          <w:szCs w:val="28"/>
          <w:lang w:val="uk-UA"/>
        </w:rPr>
        <w:t>спрайтами</w:t>
      </w:r>
      <w:proofErr w:type="spellEnd"/>
      <w:r w:rsidRPr="00570AEB">
        <w:rPr>
          <w:rFonts w:ascii="Times New Roman" w:hAnsi="Times New Roman" w:cs="Times New Roman"/>
          <w:sz w:val="28"/>
          <w:szCs w:val="28"/>
          <w:lang w:val="uk-UA"/>
        </w:rPr>
        <w:t xml:space="preserve"> противника.</w:t>
      </w:r>
    </w:p>
    <w:p w14:paraId="01323719" w14:textId="77777777" w:rsidR="00570AEB" w:rsidRDefault="00570AEB" w:rsidP="00DC6652">
      <w:pPr>
        <w:spacing w:after="0" w:line="360" w:lineRule="auto"/>
        <w:jc w:val="both"/>
        <w:rPr>
          <w:rFonts w:ascii="Times New Roman" w:hAnsi="Times New Roman" w:cs="Times New Roman"/>
          <w:sz w:val="28"/>
          <w:szCs w:val="28"/>
          <w:lang w:val="uk-UA"/>
        </w:rPr>
      </w:pPr>
    </w:p>
    <w:p w14:paraId="20407E47" w14:textId="77777777" w:rsidR="002E18F2" w:rsidRDefault="002E18F2" w:rsidP="00570AE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23837625" wp14:editId="4CBC87A8">
            <wp:extent cx="1894938" cy="2303946"/>
            <wp:effectExtent l="0" t="0" r="0" b="0"/>
            <wp:docPr id="13" name="Picture 13" descr="C:\Users\gudro\Downloads\Telegram Desktop\image_2026-01-17_15-02-4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dro\Downloads\Telegram Desktop\image_2026-01-17_15-02-40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7794" cy="2307418"/>
                    </a:xfrm>
                    <a:prstGeom prst="rect">
                      <a:avLst/>
                    </a:prstGeom>
                    <a:noFill/>
                    <a:ln>
                      <a:noFill/>
                    </a:ln>
                  </pic:spPr>
                </pic:pic>
              </a:graphicData>
            </a:graphic>
          </wp:inline>
        </w:drawing>
      </w:r>
    </w:p>
    <w:p w14:paraId="65391DF1" w14:textId="4C8DAABA" w:rsidR="002E18F2" w:rsidRDefault="002E18F2" w:rsidP="00570A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570AEB">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00570AEB">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Спрайти</w:t>
      </w:r>
      <w:proofErr w:type="spellEnd"/>
      <w:r>
        <w:rPr>
          <w:rFonts w:ascii="Times New Roman" w:hAnsi="Times New Roman" w:cs="Times New Roman"/>
          <w:sz w:val="28"/>
          <w:szCs w:val="28"/>
          <w:lang w:val="uk-UA"/>
        </w:rPr>
        <w:t xml:space="preserve"> головного героя коли він пересувається по локаціях</w:t>
      </w:r>
    </w:p>
    <w:p w14:paraId="26B572AC" w14:textId="230F07C1" w:rsidR="00570AEB" w:rsidRDefault="00570AEB" w:rsidP="00570AEB">
      <w:pPr>
        <w:spacing w:after="0" w:line="360" w:lineRule="auto"/>
        <w:ind w:firstLine="709"/>
        <w:jc w:val="both"/>
        <w:rPr>
          <w:rFonts w:ascii="Times New Roman" w:hAnsi="Times New Roman" w:cs="Times New Roman"/>
          <w:sz w:val="28"/>
          <w:szCs w:val="28"/>
          <w:lang w:val="uk-UA"/>
        </w:rPr>
      </w:pPr>
      <w:r w:rsidRPr="00570AEB">
        <w:rPr>
          <w:rFonts w:ascii="Times New Roman" w:hAnsi="Times New Roman" w:cs="Times New Roman"/>
          <w:sz w:val="28"/>
          <w:szCs w:val="28"/>
          <w:lang w:val="uk-UA"/>
        </w:rPr>
        <w:lastRenderedPageBreak/>
        <w:t xml:space="preserve">Окрім руху, для головного героя були створені окремі </w:t>
      </w:r>
      <w:proofErr w:type="spellStart"/>
      <w:r w:rsidRPr="00570AEB">
        <w:rPr>
          <w:rFonts w:ascii="Times New Roman" w:hAnsi="Times New Roman" w:cs="Times New Roman"/>
          <w:sz w:val="28"/>
          <w:szCs w:val="28"/>
          <w:lang w:val="uk-UA"/>
        </w:rPr>
        <w:t>спрайти</w:t>
      </w:r>
      <w:proofErr w:type="spellEnd"/>
      <w:r w:rsidRPr="00570AEB">
        <w:rPr>
          <w:rFonts w:ascii="Times New Roman" w:hAnsi="Times New Roman" w:cs="Times New Roman"/>
          <w:sz w:val="28"/>
          <w:szCs w:val="28"/>
          <w:lang w:val="uk-UA"/>
        </w:rPr>
        <w:t>, які відображають виконання різних ігрових дій.</w:t>
      </w:r>
    </w:p>
    <w:p w14:paraId="4221E492" w14:textId="77777777" w:rsidR="00570AEB" w:rsidRDefault="00570AEB" w:rsidP="00570AEB">
      <w:pPr>
        <w:spacing w:after="0" w:line="360" w:lineRule="auto"/>
        <w:ind w:firstLine="709"/>
        <w:jc w:val="both"/>
        <w:rPr>
          <w:rFonts w:ascii="Times New Roman" w:hAnsi="Times New Roman" w:cs="Times New Roman"/>
          <w:sz w:val="28"/>
          <w:szCs w:val="28"/>
          <w:lang w:val="uk-UA"/>
        </w:rPr>
      </w:pPr>
    </w:p>
    <w:p w14:paraId="5B3E9093" w14:textId="77777777" w:rsidR="002E18F2" w:rsidRDefault="002E18F2" w:rsidP="00570AE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20E14EF8" wp14:editId="19489FF9">
            <wp:extent cx="6229592" cy="4979963"/>
            <wp:effectExtent l="0" t="0" r="0" b="0"/>
            <wp:docPr id="14" name="Picture 14" descr="C:\Users\gudro\Downloads\Telegram Desktop\image_2026-01-17_15-0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dro\Downloads\Telegram Desktop\image_2026-01-17_15-02-4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74300" cy="5015703"/>
                    </a:xfrm>
                    <a:prstGeom prst="rect">
                      <a:avLst/>
                    </a:prstGeom>
                    <a:noFill/>
                    <a:ln>
                      <a:noFill/>
                    </a:ln>
                  </pic:spPr>
                </pic:pic>
              </a:graphicData>
            </a:graphic>
          </wp:inline>
        </w:drawing>
      </w:r>
    </w:p>
    <w:p w14:paraId="0A3D3212" w14:textId="134903FE" w:rsidR="006C0BBA" w:rsidRDefault="002E18F2" w:rsidP="00570AEB">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 xml:space="preserve">Рисунок 3.9 </w:t>
      </w:r>
      <w:r w:rsidR="00570AEB">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Спрайти</w:t>
      </w:r>
      <w:proofErr w:type="spellEnd"/>
      <w:r>
        <w:rPr>
          <w:rFonts w:ascii="Times New Roman" w:hAnsi="Times New Roman" w:cs="Times New Roman"/>
          <w:sz w:val="28"/>
          <w:szCs w:val="28"/>
          <w:lang w:val="uk-UA"/>
        </w:rPr>
        <w:t xml:space="preserve"> головного героя коли виконується певна дія</w:t>
      </w:r>
    </w:p>
    <w:p w14:paraId="053AA234" w14:textId="77777777" w:rsidR="00DE2274" w:rsidRDefault="00DE2274" w:rsidP="00570AEB">
      <w:pPr>
        <w:spacing w:after="0" w:line="360" w:lineRule="auto"/>
        <w:ind w:firstLine="709"/>
        <w:jc w:val="both"/>
        <w:rPr>
          <w:rFonts w:ascii="Times New Roman" w:hAnsi="Times New Roman" w:cs="Times New Roman"/>
          <w:sz w:val="28"/>
          <w:szCs w:val="28"/>
          <w:lang w:val="ru-RU"/>
        </w:rPr>
      </w:pPr>
    </w:p>
    <w:p w14:paraId="4DED6C8C" w14:textId="122DE1C3" w:rsidR="00570AEB" w:rsidRDefault="00570AEB" w:rsidP="00570AEB">
      <w:pPr>
        <w:spacing w:after="0" w:line="360" w:lineRule="auto"/>
        <w:ind w:firstLine="709"/>
        <w:jc w:val="both"/>
        <w:rPr>
          <w:rFonts w:ascii="Times New Roman" w:hAnsi="Times New Roman" w:cs="Times New Roman"/>
          <w:sz w:val="28"/>
          <w:szCs w:val="28"/>
          <w:lang w:val="ru-RU"/>
        </w:rPr>
      </w:pPr>
      <w:proofErr w:type="spellStart"/>
      <w:r w:rsidRPr="00570AEB">
        <w:rPr>
          <w:rFonts w:ascii="Times New Roman" w:hAnsi="Times New Roman" w:cs="Times New Roman"/>
          <w:sz w:val="28"/>
          <w:szCs w:val="28"/>
          <w:lang w:val="ru-RU"/>
        </w:rPr>
        <w:t>Фінальним</w:t>
      </w:r>
      <w:proofErr w:type="spellEnd"/>
      <w:r w:rsidRPr="00570AEB">
        <w:rPr>
          <w:rFonts w:ascii="Times New Roman" w:hAnsi="Times New Roman" w:cs="Times New Roman"/>
          <w:sz w:val="28"/>
          <w:szCs w:val="28"/>
          <w:lang w:val="ru-RU"/>
        </w:rPr>
        <w:t xml:space="preserve"> </w:t>
      </w:r>
      <w:proofErr w:type="spellStart"/>
      <w:r w:rsidRPr="00570AEB">
        <w:rPr>
          <w:rFonts w:ascii="Times New Roman" w:hAnsi="Times New Roman" w:cs="Times New Roman"/>
          <w:sz w:val="28"/>
          <w:szCs w:val="28"/>
          <w:lang w:val="ru-RU"/>
        </w:rPr>
        <w:t>етапом</w:t>
      </w:r>
      <w:proofErr w:type="spellEnd"/>
      <w:r w:rsidRPr="00570AEB">
        <w:rPr>
          <w:rFonts w:ascii="Times New Roman" w:hAnsi="Times New Roman" w:cs="Times New Roman"/>
          <w:sz w:val="28"/>
          <w:szCs w:val="28"/>
          <w:lang w:val="ru-RU"/>
        </w:rPr>
        <w:t xml:space="preserve"> </w:t>
      </w:r>
      <w:proofErr w:type="spellStart"/>
      <w:r w:rsidRPr="00570AEB">
        <w:rPr>
          <w:rFonts w:ascii="Times New Roman" w:hAnsi="Times New Roman" w:cs="Times New Roman"/>
          <w:sz w:val="28"/>
          <w:szCs w:val="28"/>
          <w:lang w:val="ru-RU"/>
        </w:rPr>
        <w:t>підготовки</w:t>
      </w:r>
      <w:proofErr w:type="spellEnd"/>
      <w:r w:rsidRPr="00570AEB">
        <w:rPr>
          <w:rFonts w:ascii="Times New Roman" w:hAnsi="Times New Roman" w:cs="Times New Roman"/>
          <w:sz w:val="28"/>
          <w:szCs w:val="28"/>
          <w:lang w:val="ru-RU"/>
        </w:rPr>
        <w:t xml:space="preserve"> </w:t>
      </w:r>
      <w:proofErr w:type="spellStart"/>
      <w:r w:rsidRPr="00570AEB">
        <w:rPr>
          <w:rFonts w:ascii="Times New Roman" w:hAnsi="Times New Roman" w:cs="Times New Roman"/>
          <w:sz w:val="28"/>
          <w:szCs w:val="28"/>
          <w:lang w:val="ru-RU"/>
        </w:rPr>
        <w:t>ресурсів</w:t>
      </w:r>
      <w:proofErr w:type="spellEnd"/>
      <w:r w:rsidRPr="00570AEB">
        <w:rPr>
          <w:rFonts w:ascii="Times New Roman" w:hAnsi="Times New Roman" w:cs="Times New Roman"/>
          <w:sz w:val="28"/>
          <w:szCs w:val="28"/>
          <w:lang w:val="ru-RU"/>
        </w:rPr>
        <w:t xml:space="preserve"> перед початком </w:t>
      </w:r>
      <w:proofErr w:type="spellStart"/>
      <w:r w:rsidRPr="00570AEB">
        <w:rPr>
          <w:rFonts w:ascii="Times New Roman" w:hAnsi="Times New Roman" w:cs="Times New Roman"/>
          <w:sz w:val="28"/>
          <w:szCs w:val="28"/>
          <w:lang w:val="ru-RU"/>
        </w:rPr>
        <w:t>написання</w:t>
      </w:r>
      <w:proofErr w:type="spellEnd"/>
      <w:r w:rsidRPr="00570AEB">
        <w:rPr>
          <w:rFonts w:ascii="Times New Roman" w:hAnsi="Times New Roman" w:cs="Times New Roman"/>
          <w:sz w:val="28"/>
          <w:szCs w:val="28"/>
          <w:lang w:val="ru-RU"/>
        </w:rPr>
        <w:t xml:space="preserve"> </w:t>
      </w:r>
      <w:proofErr w:type="spellStart"/>
      <w:r w:rsidRPr="00570AEB">
        <w:rPr>
          <w:rFonts w:ascii="Times New Roman" w:hAnsi="Times New Roman" w:cs="Times New Roman"/>
          <w:sz w:val="28"/>
          <w:szCs w:val="28"/>
          <w:lang w:val="ru-RU"/>
        </w:rPr>
        <w:t>програмного</w:t>
      </w:r>
      <w:proofErr w:type="spellEnd"/>
      <w:r w:rsidRPr="00570AEB">
        <w:rPr>
          <w:rFonts w:ascii="Times New Roman" w:hAnsi="Times New Roman" w:cs="Times New Roman"/>
          <w:sz w:val="28"/>
          <w:szCs w:val="28"/>
          <w:lang w:val="ru-RU"/>
        </w:rPr>
        <w:t xml:space="preserve"> коду стало </w:t>
      </w:r>
      <w:proofErr w:type="spellStart"/>
      <w:r w:rsidRPr="00570AEB">
        <w:rPr>
          <w:rFonts w:ascii="Times New Roman" w:hAnsi="Times New Roman" w:cs="Times New Roman"/>
          <w:sz w:val="28"/>
          <w:szCs w:val="28"/>
          <w:lang w:val="ru-RU"/>
        </w:rPr>
        <w:t>створення</w:t>
      </w:r>
      <w:proofErr w:type="spellEnd"/>
      <w:r w:rsidRPr="00570AEB">
        <w:rPr>
          <w:rFonts w:ascii="Times New Roman" w:hAnsi="Times New Roman" w:cs="Times New Roman"/>
          <w:sz w:val="28"/>
          <w:szCs w:val="28"/>
          <w:lang w:val="ru-RU"/>
        </w:rPr>
        <w:t xml:space="preserve"> звукового </w:t>
      </w:r>
      <w:proofErr w:type="spellStart"/>
      <w:r w:rsidRPr="00570AEB">
        <w:rPr>
          <w:rFonts w:ascii="Times New Roman" w:hAnsi="Times New Roman" w:cs="Times New Roman"/>
          <w:sz w:val="28"/>
          <w:szCs w:val="28"/>
          <w:lang w:val="ru-RU"/>
        </w:rPr>
        <w:t>супроводу</w:t>
      </w:r>
      <w:proofErr w:type="spellEnd"/>
      <w:r w:rsidRPr="00570AEB">
        <w:rPr>
          <w:rFonts w:ascii="Times New Roman" w:hAnsi="Times New Roman" w:cs="Times New Roman"/>
          <w:sz w:val="28"/>
          <w:szCs w:val="28"/>
          <w:lang w:val="ru-RU"/>
        </w:rPr>
        <w:t xml:space="preserve"> для </w:t>
      </w:r>
      <w:proofErr w:type="spellStart"/>
      <w:r w:rsidRPr="00570AEB">
        <w:rPr>
          <w:rFonts w:ascii="Times New Roman" w:hAnsi="Times New Roman" w:cs="Times New Roman"/>
          <w:sz w:val="28"/>
          <w:szCs w:val="28"/>
          <w:lang w:val="ru-RU"/>
        </w:rPr>
        <w:t>гри</w:t>
      </w:r>
      <w:proofErr w:type="spellEnd"/>
      <w:r w:rsidRPr="00570AEB">
        <w:rPr>
          <w:rFonts w:ascii="Times New Roman" w:hAnsi="Times New Roman" w:cs="Times New Roman"/>
          <w:sz w:val="28"/>
          <w:szCs w:val="28"/>
          <w:lang w:val="ru-RU"/>
        </w:rPr>
        <w:t>.</w:t>
      </w:r>
    </w:p>
    <w:p w14:paraId="3D83895A" w14:textId="77777777" w:rsidR="006C0BBA" w:rsidRDefault="006C0BBA" w:rsidP="00DC6652">
      <w:pPr>
        <w:spacing w:after="0" w:line="360" w:lineRule="auto"/>
        <w:jc w:val="both"/>
        <w:rPr>
          <w:rFonts w:ascii="Times New Roman" w:hAnsi="Times New Roman" w:cs="Times New Roman"/>
          <w:sz w:val="28"/>
          <w:szCs w:val="28"/>
          <w:lang w:val="uk-UA"/>
        </w:rPr>
      </w:pPr>
    </w:p>
    <w:p w14:paraId="7A39140A" w14:textId="77777777" w:rsidR="006C0BBA" w:rsidRDefault="00CA1700" w:rsidP="00DC6652">
      <w:pPr>
        <w:spacing w:after="0" w:line="360" w:lineRule="auto"/>
        <w:jc w:val="both"/>
        <w:rPr>
          <w:rFonts w:ascii="Times New Roman" w:hAnsi="Times New Roman" w:cs="Times New Roman"/>
          <w:sz w:val="28"/>
          <w:szCs w:val="28"/>
          <w:lang w:val="uk-UA"/>
        </w:rPr>
      </w:pPr>
      <w:r>
        <w:rPr>
          <w:noProof/>
          <w:lang w:val="ru-RU" w:eastAsia="ru-RU"/>
        </w:rPr>
        <w:lastRenderedPageBreak/>
        <w:drawing>
          <wp:inline distT="0" distB="0" distL="0" distR="0" wp14:anchorId="3C311DB8" wp14:editId="434E01F9">
            <wp:extent cx="6152515" cy="2946400"/>
            <wp:effectExtent l="0" t="0" r="63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2946400"/>
                    </a:xfrm>
                    <a:prstGeom prst="rect">
                      <a:avLst/>
                    </a:prstGeom>
                  </pic:spPr>
                </pic:pic>
              </a:graphicData>
            </a:graphic>
          </wp:inline>
        </w:drawing>
      </w:r>
    </w:p>
    <w:p w14:paraId="7AC2B55F" w14:textId="27162F22" w:rsidR="00CA1700" w:rsidRDefault="00CA1700" w:rsidP="00570A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3.10  Створення звукового оформлення для гри</w:t>
      </w:r>
    </w:p>
    <w:p w14:paraId="1AB4F387" w14:textId="77777777" w:rsidR="00F62A20" w:rsidRDefault="00F62A20" w:rsidP="00DC6652">
      <w:pPr>
        <w:spacing w:after="0" w:line="360" w:lineRule="auto"/>
        <w:jc w:val="both"/>
        <w:rPr>
          <w:rFonts w:ascii="Times New Roman" w:hAnsi="Times New Roman" w:cs="Times New Roman"/>
          <w:sz w:val="28"/>
          <w:szCs w:val="28"/>
          <w:lang w:val="uk-UA"/>
        </w:rPr>
      </w:pPr>
    </w:p>
    <w:p w14:paraId="36637B4C" w14:textId="3B179F9C" w:rsidR="00F62A20" w:rsidRDefault="00570AEB" w:rsidP="00570AEB">
      <w:pPr>
        <w:spacing w:after="0" w:line="360" w:lineRule="auto"/>
        <w:ind w:firstLine="709"/>
        <w:jc w:val="both"/>
        <w:rPr>
          <w:rFonts w:ascii="Times New Roman" w:hAnsi="Times New Roman" w:cs="Times New Roman"/>
          <w:sz w:val="28"/>
          <w:szCs w:val="28"/>
          <w:lang w:val="uk-UA"/>
        </w:rPr>
      </w:pPr>
      <w:r w:rsidRPr="00570AEB">
        <w:rPr>
          <w:rFonts w:ascii="Times New Roman" w:hAnsi="Times New Roman" w:cs="Times New Roman"/>
          <w:sz w:val="28"/>
          <w:szCs w:val="28"/>
          <w:lang w:val="uk-UA"/>
        </w:rPr>
        <w:t>На цьому етап підготовки ресурсів для гри завершено. Наступним етапом розробки є написання програмного коду та реалізація ігрового рушія, що займає найбільшу частину часу у процесі створення гри.</w:t>
      </w:r>
    </w:p>
    <w:p w14:paraId="4DC6286B" w14:textId="77777777" w:rsidR="00570AEB" w:rsidRDefault="00570AEB" w:rsidP="00DC6652">
      <w:pPr>
        <w:spacing w:after="0" w:line="360" w:lineRule="auto"/>
        <w:jc w:val="both"/>
        <w:rPr>
          <w:rFonts w:ascii="Times New Roman" w:hAnsi="Times New Roman" w:cs="Times New Roman"/>
          <w:sz w:val="28"/>
          <w:szCs w:val="28"/>
          <w:lang w:val="uk-UA"/>
        </w:rPr>
      </w:pPr>
    </w:p>
    <w:p w14:paraId="217DF67E" w14:textId="116F5D2C" w:rsidR="00F62A20" w:rsidRPr="001639F1" w:rsidRDefault="00F62A20" w:rsidP="00570AEB">
      <w:pPr>
        <w:pStyle w:val="21"/>
      </w:pPr>
      <w:bookmarkStart w:id="16" w:name="_Toc219710717"/>
      <w:r w:rsidRPr="00F62A20">
        <w:t xml:space="preserve">3.3 </w:t>
      </w:r>
      <w:proofErr w:type="spellStart"/>
      <w:r w:rsidRPr="00F62A20">
        <w:t>Написання</w:t>
      </w:r>
      <w:proofErr w:type="spellEnd"/>
      <w:r w:rsidRPr="00F62A20">
        <w:t xml:space="preserve"> коду для </w:t>
      </w:r>
      <w:proofErr w:type="spellStart"/>
      <w:r w:rsidRPr="00F62A20">
        <w:t>гри</w:t>
      </w:r>
      <w:proofErr w:type="spellEnd"/>
      <w:r w:rsidRPr="00F62A20">
        <w:t xml:space="preserve"> та</w:t>
      </w:r>
      <w:r w:rsidR="003F7C24" w:rsidRPr="001639F1">
        <w:t xml:space="preserve"> </w:t>
      </w:r>
      <w:proofErr w:type="spellStart"/>
      <w:r w:rsidR="003F7C24" w:rsidRPr="001639F1">
        <w:t>налаштування</w:t>
      </w:r>
      <w:proofErr w:type="spellEnd"/>
      <w:r w:rsidR="003F7C24" w:rsidRPr="001639F1">
        <w:t xml:space="preserve"> </w:t>
      </w:r>
      <w:proofErr w:type="spellStart"/>
      <w:r w:rsidR="003F7C24" w:rsidRPr="001639F1">
        <w:t>основних</w:t>
      </w:r>
      <w:proofErr w:type="spellEnd"/>
      <w:r w:rsidR="003F7C24" w:rsidRPr="001639F1">
        <w:t xml:space="preserve"> </w:t>
      </w:r>
      <w:proofErr w:type="spellStart"/>
      <w:r w:rsidR="003F7C24" w:rsidRPr="001639F1">
        <w:t>механік</w:t>
      </w:r>
      <w:bookmarkEnd w:id="16"/>
      <w:proofErr w:type="spellEnd"/>
    </w:p>
    <w:p w14:paraId="4E92B45A" w14:textId="77777777" w:rsidR="00570AEB" w:rsidRPr="001639F1" w:rsidRDefault="00570AEB" w:rsidP="00DC6652">
      <w:pPr>
        <w:spacing w:after="0" w:line="360" w:lineRule="auto"/>
        <w:jc w:val="both"/>
        <w:rPr>
          <w:rFonts w:ascii="Times New Roman" w:hAnsi="Times New Roman" w:cs="Times New Roman"/>
          <w:sz w:val="28"/>
          <w:szCs w:val="28"/>
          <w:lang w:val="ru-RU"/>
        </w:rPr>
      </w:pPr>
    </w:p>
    <w:p w14:paraId="1D9F03D3" w14:textId="77777777" w:rsidR="00FD160E" w:rsidRPr="00FD160E" w:rsidRDefault="00FD160E" w:rsidP="006C7C92">
      <w:pPr>
        <w:spacing w:line="360" w:lineRule="auto"/>
        <w:ind w:firstLine="709"/>
        <w:jc w:val="both"/>
        <w:rPr>
          <w:rFonts w:ascii="Times New Roman" w:hAnsi="Times New Roman" w:cs="Times New Roman"/>
          <w:sz w:val="28"/>
          <w:szCs w:val="28"/>
          <w:lang w:val="uk-UA"/>
        </w:rPr>
      </w:pPr>
      <w:r w:rsidRPr="001639F1">
        <w:rPr>
          <w:rFonts w:ascii="Times New Roman" w:hAnsi="Times New Roman" w:cs="Times New Roman"/>
          <w:sz w:val="28"/>
          <w:szCs w:val="28"/>
          <w:lang w:val="ru-RU"/>
        </w:rPr>
        <w:t xml:space="preserve">Наведено </w:t>
      </w:r>
      <w:proofErr w:type="spellStart"/>
      <w:r w:rsidRPr="001639F1">
        <w:rPr>
          <w:rFonts w:ascii="Times New Roman" w:hAnsi="Times New Roman" w:cs="Times New Roman"/>
          <w:sz w:val="28"/>
          <w:szCs w:val="28"/>
          <w:lang w:val="ru-RU"/>
        </w:rPr>
        <w:t>ключові</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фрагменти</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програмної</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реалізації</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ігрової</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логіки</w:t>
      </w:r>
      <w:proofErr w:type="spellEnd"/>
      <w:r w:rsidRPr="001639F1">
        <w:rPr>
          <w:rFonts w:ascii="Times New Roman" w:hAnsi="Times New Roman" w:cs="Times New Roman"/>
          <w:sz w:val="28"/>
          <w:szCs w:val="28"/>
          <w:lang w:val="ru-RU"/>
        </w:rPr>
        <w:t xml:space="preserve"> в </w:t>
      </w:r>
      <w:proofErr w:type="spellStart"/>
      <w:r w:rsidRPr="001639F1">
        <w:rPr>
          <w:rFonts w:ascii="Times New Roman" w:hAnsi="Times New Roman" w:cs="Times New Roman"/>
          <w:sz w:val="28"/>
          <w:szCs w:val="28"/>
          <w:lang w:val="ru-RU"/>
        </w:rPr>
        <w:t>середовищі</w:t>
      </w:r>
      <w:proofErr w:type="spellEnd"/>
      <w:r w:rsidRPr="001639F1">
        <w:rPr>
          <w:rFonts w:ascii="Times New Roman" w:hAnsi="Times New Roman" w:cs="Times New Roman"/>
          <w:sz w:val="28"/>
          <w:szCs w:val="28"/>
          <w:lang w:val="ru-RU"/>
        </w:rPr>
        <w:t xml:space="preserve"> </w:t>
      </w:r>
      <w:proofErr w:type="spellStart"/>
      <w:r w:rsidRPr="00FD160E">
        <w:rPr>
          <w:rFonts w:ascii="Times New Roman" w:hAnsi="Times New Roman" w:cs="Times New Roman"/>
          <w:sz w:val="28"/>
          <w:szCs w:val="28"/>
        </w:rPr>
        <w:t>GameMaker</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Подійна</w:t>
      </w:r>
      <w:proofErr w:type="spellEnd"/>
      <w:r w:rsidRPr="001639F1">
        <w:rPr>
          <w:rFonts w:ascii="Times New Roman" w:hAnsi="Times New Roman" w:cs="Times New Roman"/>
          <w:sz w:val="28"/>
          <w:szCs w:val="28"/>
          <w:lang w:val="ru-RU"/>
        </w:rPr>
        <w:t xml:space="preserve"> модель </w:t>
      </w:r>
      <w:proofErr w:type="spellStart"/>
      <w:r w:rsidRPr="001639F1">
        <w:rPr>
          <w:rFonts w:ascii="Times New Roman" w:hAnsi="Times New Roman" w:cs="Times New Roman"/>
          <w:sz w:val="28"/>
          <w:szCs w:val="28"/>
          <w:lang w:val="ru-RU"/>
        </w:rPr>
        <w:t>рушія</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передбачає</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виконання</w:t>
      </w:r>
      <w:proofErr w:type="spellEnd"/>
      <w:r w:rsidRPr="001639F1">
        <w:rPr>
          <w:rFonts w:ascii="Times New Roman" w:hAnsi="Times New Roman" w:cs="Times New Roman"/>
          <w:sz w:val="28"/>
          <w:szCs w:val="28"/>
          <w:lang w:val="ru-RU"/>
        </w:rPr>
        <w:t xml:space="preserve"> коду у </w:t>
      </w:r>
      <w:proofErr w:type="spellStart"/>
      <w:r w:rsidRPr="001639F1">
        <w:rPr>
          <w:rFonts w:ascii="Times New Roman" w:hAnsi="Times New Roman" w:cs="Times New Roman"/>
          <w:sz w:val="28"/>
          <w:szCs w:val="28"/>
          <w:lang w:val="ru-RU"/>
        </w:rPr>
        <w:t>відповідь</w:t>
      </w:r>
      <w:proofErr w:type="spellEnd"/>
      <w:r w:rsidRPr="001639F1">
        <w:rPr>
          <w:rFonts w:ascii="Times New Roman" w:hAnsi="Times New Roman" w:cs="Times New Roman"/>
          <w:sz w:val="28"/>
          <w:szCs w:val="28"/>
          <w:lang w:val="ru-RU"/>
        </w:rPr>
        <w:t xml:space="preserve"> на </w:t>
      </w:r>
      <w:proofErr w:type="spellStart"/>
      <w:r w:rsidRPr="001639F1">
        <w:rPr>
          <w:rFonts w:ascii="Times New Roman" w:hAnsi="Times New Roman" w:cs="Times New Roman"/>
          <w:sz w:val="28"/>
          <w:szCs w:val="28"/>
          <w:lang w:val="ru-RU"/>
        </w:rPr>
        <w:t>події</w:t>
      </w:r>
      <w:proofErr w:type="spellEnd"/>
      <w:r w:rsidRPr="001639F1">
        <w:rPr>
          <w:rFonts w:ascii="Times New Roman" w:hAnsi="Times New Roman" w:cs="Times New Roman"/>
          <w:sz w:val="28"/>
          <w:szCs w:val="28"/>
          <w:lang w:val="ru-RU"/>
        </w:rPr>
        <w:t xml:space="preserve"> (</w:t>
      </w:r>
      <w:r w:rsidRPr="00FD160E">
        <w:rPr>
          <w:rFonts w:ascii="Times New Roman" w:hAnsi="Times New Roman" w:cs="Times New Roman"/>
          <w:sz w:val="28"/>
          <w:szCs w:val="28"/>
        </w:rPr>
        <w:t>Create</w:t>
      </w:r>
      <w:r w:rsidRPr="001639F1">
        <w:rPr>
          <w:rFonts w:ascii="Times New Roman" w:hAnsi="Times New Roman" w:cs="Times New Roman"/>
          <w:sz w:val="28"/>
          <w:szCs w:val="28"/>
          <w:lang w:val="ru-RU"/>
        </w:rPr>
        <w:t xml:space="preserve">, </w:t>
      </w:r>
      <w:r w:rsidRPr="00FD160E">
        <w:rPr>
          <w:rFonts w:ascii="Times New Roman" w:hAnsi="Times New Roman" w:cs="Times New Roman"/>
          <w:sz w:val="28"/>
          <w:szCs w:val="28"/>
        </w:rPr>
        <w:t>Step</w:t>
      </w:r>
      <w:r w:rsidRPr="001639F1">
        <w:rPr>
          <w:rFonts w:ascii="Times New Roman" w:hAnsi="Times New Roman" w:cs="Times New Roman"/>
          <w:sz w:val="28"/>
          <w:szCs w:val="28"/>
          <w:lang w:val="ru-RU"/>
        </w:rPr>
        <w:t xml:space="preserve">, </w:t>
      </w:r>
      <w:r w:rsidRPr="00FD160E">
        <w:rPr>
          <w:rFonts w:ascii="Times New Roman" w:hAnsi="Times New Roman" w:cs="Times New Roman"/>
          <w:sz w:val="28"/>
          <w:szCs w:val="28"/>
        </w:rPr>
        <w:t>Draw</w:t>
      </w:r>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тощо</w:t>
      </w:r>
      <w:proofErr w:type="spellEnd"/>
      <w:r w:rsidRPr="001639F1">
        <w:rPr>
          <w:rFonts w:ascii="Times New Roman" w:hAnsi="Times New Roman" w:cs="Times New Roman"/>
          <w:sz w:val="28"/>
          <w:szCs w:val="28"/>
          <w:lang w:val="ru-RU"/>
        </w:rPr>
        <w:t xml:space="preserve">), тому </w:t>
      </w:r>
      <w:proofErr w:type="spellStart"/>
      <w:r w:rsidRPr="001639F1">
        <w:rPr>
          <w:rFonts w:ascii="Times New Roman" w:hAnsi="Times New Roman" w:cs="Times New Roman"/>
          <w:sz w:val="28"/>
          <w:szCs w:val="28"/>
          <w:lang w:val="ru-RU"/>
        </w:rPr>
        <w:t>фрагменти</w:t>
      </w:r>
      <w:proofErr w:type="spellEnd"/>
      <w:r w:rsidRPr="001639F1">
        <w:rPr>
          <w:rFonts w:ascii="Times New Roman" w:hAnsi="Times New Roman" w:cs="Times New Roman"/>
          <w:sz w:val="28"/>
          <w:szCs w:val="28"/>
          <w:lang w:val="ru-RU"/>
        </w:rPr>
        <w:t xml:space="preserve"> коду </w:t>
      </w:r>
      <w:proofErr w:type="spellStart"/>
      <w:r w:rsidRPr="001639F1">
        <w:rPr>
          <w:rFonts w:ascii="Times New Roman" w:hAnsi="Times New Roman" w:cs="Times New Roman"/>
          <w:sz w:val="28"/>
          <w:szCs w:val="28"/>
          <w:lang w:val="ru-RU"/>
        </w:rPr>
        <w:t>згруповано</w:t>
      </w:r>
      <w:proofErr w:type="spellEnd"/>
      <w:r w:rsidRPr="001639F1">
        <w:rPr>
          <w:rFonts w:ascii="Times New Roman" w:hAnsi="Times New Roman" w:cs="Times New Roman"/>
          <w:sz w:val="28"/>
          <w:szCs w:val="28"/>
          <w:lang w:val="ru-RU"/>
        </w:rPr>
        <w:t xml:space="preserve"> за </w:t>
      </w:r>
      <w:proofErr w:type="spellStart"/>
      <w:r w:rsidRPr="001639F1">
        <w:rPr>
          <w:rFonts w:ascii="Times New Roman" w:hAnsi="Times New Roman" w:cs="Times New Roman"/>
          <w:sz w:val="28"/>
          <w:szCs w:val="28"/>
          <w:lang w:val="ru-RU"/>
        </w:rPr>
        <w:t>функціональними</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підсистемами</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інтерфейс</w:t>
      </w:r>
      <w:proofErr w:type="spellEnd"/>
      <w:r w:rsidRPr="001639F1">
        <w:rPr>
          <w:rFonts w:ascii="Times New Roman" w:hAnsi="Times New Roman" w:cs="Times New Roman"/>
          <w:sz w:val="28"/>
          <w:szCs w:val="28"/>
          <w:lang w:val="ru-RU"/>
        </w:rPr>
        <w:t xml:space="preserve"> меню, </w:t>
      </w:r>
      <w:proofErr w:type="spellStart"/>
      <w:r w:rsidRPr="001639F1">
        <w:rPr>
          <w:rFonts w:ascii="Times New Roman" w:hAnsi="Times New Roman" w:cs="Times New Roman"/>
          <w:sz w:val="28"/>
          <w:szCs w:val="28"/>
          <w:lang w:val="ru-RU"/>
        </w:rPr>
        <w:t>налаштування</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обробка</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введення</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переміщення</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ігрових</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об’єктів</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бойова</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логіка</w:t>
      </w:r>
      <w:proofErr w:type="spellEnd"/>
      <w:r w:rsidRPr="001639F1">
        <w:rPr>
          <w:rFonts w:ascii="Times New Roman" w:hAnsi="Times New Roman" w:cs="Times New Roman"/>
          <w:sz w:val="28"/>
          <w:szCs w:val="28"/>
          <w:lang w:val="ru-RU"/>
        </w:rPr>
        <w:t xml:space="preserve"> та </w:t>
      </w:r>
      <w:proofErr w:type="spellStart"/>
      <w:r w:rsidRPr="001639F1">
        <w:rPr>
          <w:rFonts w:ascii="Times New Roman" w:hAnsi="Times New Roman" w:cs="Times New Roman"/>
          <w:sz w:val="28"/>
          <w:szCs w:val="28"/>
          <w:lang w:val="ru-RU"/>
        </w:rPr>
        <w:t>діалогова</w:t>
      </w:r>
      <w:proofErr w:type="spellEnd"/>
      <w:r w:rsidRPr="001639F1">
        <w:rPr>
          <w:rFonts w:ascii="Times New Roman" w:hAnsi="Times New Roman" w:cs="Times New Roman"/>
          <w:sz w:val="28"/>
          <w:szCs w:val="28"/>
          <w:lang w:val="ru-RU"/>
        </w:rPr>
        <w:t xml:space="preserve"> система.</w:t>
      </w:r>
    </w:p>
    <w:p w14:paraId="6F3C1F9A" w14:textId="757B7E09" w:rsidR="006C7C92" w:rsidRPr="001639F1" w:rsidRDefault="006C7C92" w:rsidP="006C7C92">
      <w:pPr>
        <w:spacing w:line="360" w:lineRule="auto"/>
        <w:ind w:firstLine="709"/>
        <w:jc w:val="both"/>
        <w:rPr>
          <w:rFonts w:ascii="Times New Roman" w:hAnsi="Times New Roman" w:cs="Times New Roman"/>
          <w:sz w:val="28"/>
          <w:szCs w:val="28"/>
          <w:lang w:val="uk-UA"/>
        </w:rPr>
      </w:pPr>
      <w:r w:rsidRPr="001639F1">
        <w:rPr>
          <w:rFonts w:ascii="Times New Roman" w:hAnsi="Times New Roman" w:cs="Times New Roman"/>
          <w:sz w:val="28"/>
          <w:szCs w:val="28"/>
          <w:lang w:val="uk-UA"/>
        </w:rPr>
        <w:t xml:space="preserve">Для реалізації базових механік використовуються типові функції </w:t>
      </w:r>
      <w:proofErr w:type="spellStart"/>
      <w:r w:rsidRPr="00FD160E">
        <w:rPr>
          <w:rFonts w:ascii="Times New Roman" w:hAnsi="Times New Roman" w:cs="Times New Roman"/>
          <w:sz w:val="28"/>
          <w:szCs w:val="28"/>
        </w:rPr>
        <w:t>GameMaker</w:t>
      </w:r>
      <w:proofErr w:type="spellEnd"/>
      <w:r w:rsidRPr="001639F1">
        <w:rPr>
          <w:rFonts w:ascii="Times New Roman" w:hAnsi="Times New Roman" w:cs="Times New Roman"/>
          <w:sz w:val="28"/>
          <w:szCs w:val="28"/>
          <w:lang w:val="uk-UA"/>
        </w:rPr>
        <w:t xml:space="preserve"> </w:t>
      </w:r>
      <w:r w:rsidRPr="00FD160E">
        <w:rPr>
          <w:rFonts w:ascii="Times New Roman" w:hAnsi="Times New Roman" w:cs="Times New Roman"/>
          <w:sz w:val="28"/>
          <w:szCs w:val="28"/>
        </w:rPr>
        <w:t>Language</w:t>
      </w:r>
      <w:r w:rsidRPr="001639F1">
        <w:rPr>
          <w:rFonts w:ascii="Times New Roman" w:hAnsi="Times New Roman" w:cs="Times New Roman"/>
          <w:sz w:val="28"/>
          <w:szCs w:val="28"/>
          <w:lang w:val="uk-UA"/>
        </w:rPr>
        <w:t xml:space="preserve"> (</w:t>
      </w:r>
      <w:r w:rsidRPr="00FD160E">
        <w:rPr>
          <w:rFonts w:ascii="Times New Roman" w:hAnsi="Times New Roman" w:cs="Times New Roman"/>
          <w:sz w:val="28"/>
          <w:szCs w:val="28"/>
        </w:rPr>
        <w:t>GML</w:t>
      </w:r>
      <w:r w:rsidRPr="001639F1">
        <w:rPr>
          <w:rFonts w:ascii="Times New Roman" w:hAnsi="Times New Roman" w:cs="Times New Roman"/>
          <w:sz w:val="28"/>
          <w:szCs w:val="28"/>
          <w:lang w:val="uk-UA"/>
        </w:rPr>
        <w:t>), зокрема:</w:t>
      </w:r>
    </w:p>
    <w:p w14:paraId="70955366" w14:textId="77777777" w:rsidR="006C7C92" w:rsidRPr="006C7C92" w:rsidRDefault="006C7C92" w:rsidP="006C7C92">
      <w:pPr>
        <w:spacing w:line="360" w:lineRule="auto"/>
        <w:ind w:left="709" w:hanging="283"/>
        <w:jc w:val="both"/>
        <w:rPr>
          <w:rFonts w:ascii="Times New Roman" w:hAnsi="Times New Roman" w:cs="Times New Roman"/>
          <w:sz w:val="28"/>
          <w:szCs w:val="28"/>
        </w:rPr>
      </w:pPr>
      <w:proofErr w:type="spellStart"/>
      <w:r w:rsidRPr="00FD160E">
        <w:rPr>
          <w:rFonts w:ascii="Times New Roman" w:hAnsi="Times New Roman" w:cs="Times New Roman"/>
          <w:sz w:val="28"/>
          <w:szCs w:val="28"/>
        </w:rPr>
        <w:t>draw_</w:t>
      </w:r>
      <w:proofErr w:type="gramStart"/>
      <w:r w:rsidRPr="00FD160E">
        <w:rPr>
          <w:rFonts w:ascii="Times New Roman" w:hAnsi="Times New Roman" w:cs="Times New Roman"/>
          <w:sz w:val="28"/>
          <w:szCs w:val="28"/>
        </w:rPr>
        <w:t>set</w:t>
      </w:r>
      <w:proofErr w:type="spellEnd"/>
      <w:r w:rsidRPr="00FD160E">
        <w:rPr>
          <w:rFonts w:ascii="Times New Roman" w:hAnsi="Times New Roman" w:cs="Times New Roman"/>
          <w:sz w:val="28"/>
          <w:szCs w:val="28"/>
        </w:rPr>
        <w:t>(</w:t>
      </w:r>
      <w:proofErr w:type="gramEnd"/>
      <w:r w:rsidRPr="00FD160E">
        <w:rPr>
          <w:rFonts w:ascii="Times New Roman" w:hAnsi="Times New Roman" w:cs="Times New Roman"/>
          <w:sz w:val="28"/>
          <w:szCs w:val="28"/>
        </w:rPr>
        <w:t xml:space="preserve">) – </w:t>
      </w:r>
      <w:proofErr w:type="spellStart"/>
      <w:r w:rsidRPr="00FD160E">
        <w:rPr>
          <w:rFonts w:ascii="Times New Roman" w:hAnsi="Times New Roman" w:cs="Times New Roman"/>
          <w:sz w:val="28"/>
          <w:szCs w:val="28"/>
        </w:rPr>
        <w:t>візуалізація</w:t>
      </w:r>
      <w:proofErr w:type="spellEnd"/>
      <w:r w:rsidRPr="00FD160E">
        <w:rPr>
          <w:rFonts w:ascii="Times New Roman" w:hAnsi="Times New Roman" w:cs="Times New Roman"/>
          <w:sz w:val="28"/>
          <w:szCs w:val="28"/>
        </w:rPr>
        <w:t xml:space="preserve"> </w:t>
      </w:r>
      <w:proofErr w:type="spellStart"/>
      <w:r w:rsidRPr="00FD160E">
        <w:rPr>
          <w:rFonts w:ascii="Times New Roman" w:hAnsi="Times New Roman" w:cs="Times New Roman"/>
          <w:sz w:val="28"/>
          <w:szCs w:val="28"/>
        </w:rPr>
        <w:t>ресурсів</w:t>
      </w:r>
      <w:proofErr w:type="spellEnd"/>
      <w:r w:rsidRPr="00FD160E">
        <w:rPr>
          <w:rFonts w:ascii="Times New Roman" w:hAnsi="Times New Roman" w:cs="Times New Roman"/>
          <w:sz w:val="28"/>
          <w:szCs w:val="28"/>
        </w:rPr>
        <w:t xml:space="preserve"> </w:t>
      </w:r>
      <w:proofErr w:type="spellStart"/>
      <w:r w:rsidRPr="00FD160E">
        <w:rPr>
          <w:rFonts w:ascii="Times New Roman" w:hAnsi="Times New Roman" w:cs="Times New Roman"/>
          <w:sz w:val="28"/>
          <w:szCs w:val="28"/>
        </w:rPr>
        <w:t>гри</w:t>
      </w:r>
      <w:proofErr w:type="spellEnd"/>
      <w:r w:rsidRPr="00FD160E">
        <w:rPr>
          <w:rFonts w:ascii="Times New Roman" w:hAnsi="Times New Roman" w:cs="Times New Roman"/>
          <w:sz w:val="28"/>
          <w:szCs w:val="28"/>
        </w:rPr>
        <w:t>;</w:t>
      </w:r>
    </w:p>
    <w:p w14:paraId="2BAD6505" w14:textId="77777777" w:rsidR="006C7C92" w:rsidRPr="006C7C92" w:rsidRDefault="006C7C92" w:rsidP="006C7C92">
      <w:pPr>
        <w:spacing w:line="360" w:lineRule="auto"/>
        <w:ind w:left="709" w:hanging="283"/>
        <w:jc w:val="both"/>
        <w:rPr>
          <w:rFonts w:ascii="Times New Roman" w:hAnsi="Times New Roman" w:cs="Times New Roman"/>
          <w:sz w:val="28"/>
          <w:szCs w:val="28"/>
        </w:rPr>
      </w:pPr>
      <w:proofErr w:type="spellStart"/>
      <w:r w:rsidRPr="006C7C92">
        <w:rPr>
          <w:rFonts w:ascii="Times New Roman" w:hAnsi="Times New Roman" w:cs="Times New Roman"/>
          <w:sz w:val="28"/>
          <w:szCs w:val="28"/>
        </w:rPr>
        <w:lastRenderedPageBreak/>
        <w:t>audio_play_</w:t>
      </w:r>
      <w:proofErr w:type="gramStart"/>
      <w:r w:rsidRPr="006C7C92">
        <w:rPr>
          <w:rFonts w:ascii="Times New Roman" w:hAnsi="Times New Roman" w:cs="Times New Roman"/>
          <w:sz w:val="28"/>
          <w:szCs w:val="28"/>
        </w:rPr>
        <w:t>sound</w:t>
      </w:r>
      <w:proofErr w:type="spellEnd"/>
      <w:r w:rsidRPr="006C7C92">
        <w:rPr>
          <w:rFonts w:ascii="Times New Roman" w:hAnsi="Times New Roman" w:cs="Times New Roman"/>
          <w:sz w:val="28"/>
          <w:szCs w:val="28"/>
        </w:rPr>
        <w:t>(</w:t>
      </w:r>
      <w:proofErr w:type="gramEnd"/>
      <w:r w:rsidRPr="006C7C92">
        <w:rPr>
          <w:rFonts w:ascii="Times New Roman" w:hAnsi="Times New Roman" w:cs="Times New Roman"/>
          <w:sz w:val="28"/>
          <w:szCs w:val="28"/>
        </w:rPr>
        <w:t xml:space="preserve">) – </w:t>
      </w:r>
      <w:proofErr w:type="spellStart"/>
      <w:r w:rsidRPr="006C7C92">
        <w:rPr>
          <w:rFonts w:ascii="Times New Roman" w:hAnsi="Times New Roman" w:cs="Times New Roman"/>
          <w:sz w:val="28"/>
          <w:szCs w:val="28"/>
        </w:rPr>
        <w:t>відтворення</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музики</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та</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звукових</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ефектів</w:t>
      </w:r>
      <w:proofErr w:type="spellEnd"/>
      <w:r w:rsidRPr="006C7C92">
        <w:rPr>
          <w:rFonts w:ascii="Times New Roman" w:hAnsi="Times New Roman" w:cs="Times New Roman"/>
          <w:sz w:val="28"/>
          <w:szCs w:val="28"/>
        </w:rPr>
        <w:t>;</w:t>
      </w:r>
    </w:p>
    <w:p w14:paraId="36093920" w14:textId="77777777" w:rsidR="006C7C92" w:rsidRPr="006C7C92" w:rsidRDefault="006C7C92" w:rsidP="006C7C92">
      <w:pPr>
        <w:spacing w:line="360" w:lineRule="auto"/>
        <w:ind w:left="709" w:hanging="283"/>
        <w:jc w:val="both"/>
        <w:rPr>
          <w:rFonts w:ascii="Times New Roman" w:hAnsi="Times New Roman" w:cs="Times New Roman"/>
          <w:sz w:val="28"/>
          <w:szCs w:val="28"/>
        </w:rPr>
      </w:pPr>
      <w:proofErr w:type="spellStart"/>
      <w:r w:rsidRPr="006C7C92">
        <w:rPr>
          <w:rFonts w:ascii="Times New Roman" w:hAnsi="Times New Roman" w:cs="Times New Roman"/>
          <w:sz w:val="28"/>
          <w:szCs w:val="28"/>
        </w:rPr>
        <w:t>instance_</w:t>
      </w:r>
      <w:proofErr w:type="gramStart"/>
      <w:r w:rsidRPr="006C7C92">
        <w:rPr>
          <w:rFonts w:ascii="Times New Roman" w:hAnsi="Times New Roman" w:cs="Times New Roman"/>
          <w:sz w:val="28"/>
          <w:szCs w:val="28"/>
        </w:rPr>
        <w:t>create</w:t>
      </w:r>
      <w:proofErr w:type="spellEnd"/>
      <w:r w:rsidRPr="006C7C92">
        <w:rPr>
          <w:rFonts w:ascii="Times New Roman" w:hAnsi="Times New Roman" w:cs="Times New Roman"/>
          <w:sz w:val="28"/>
          <w:szCs w:val="28"/>
        </w:rPr>
        <w:t>(</w:t>
      </w:r>
      <w:proofErr w:type="gramEnd"/>
      <w:r w:rsidRPr="006C7C92">
        <w:rPr>
          <w:rFonts w:ascii="Times New Roman" w:hAnsi="Times New Roman" w:cs="Times New Roman"/>
          <w:sz w:val="28"/>
          <w:szCs w:val="28"/>
        </w:rPr>
        <w:t xml:space="preserve">) – </w:t>
      </w:r>
      <w:proofErr w:type="spellStart"/>
      <w:r w:rsidRPr="006C7C92">
        <w:rPr>
          <w:rFonts w:ascii="Times New Roman" w:hAnsi="Times New Roman" w:cs="Times New Roman"/>
          <w:sz w:val="28"/>
          <w:szCs w:val="28"/>
        </w:rPr>
        <w:t>створення</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об’єкта</w:t>
      </w:r>
      <w:proofErr w:type="spellEnd"/>
      <w:r w:rsidRPr="006C7C92">
        <w:rPr>
          <w:rFonts w:ascii="Times New Roman" w:hAnsi="Times New Roman" w:cs="Times New Roman"/>
          <w:sz w:val="28"/>
          <w:szCs w:val="28"/>
        </w:rPr>
        <w:t>;</w:t>
      </w:r>
    </w:p>
    <w:p w14:paraId="1AE13EF8" w14:textId="77777777" w:rsidR="006C7C92" w:rsidRPr="006C7C92" w:rsidRDefault="006C7C92" w:rsidP="006C7C92">
      <w:pPr>
        <w:spacing w:line="360" w:lineRule="auto"/>
        <w:ind w:left="709" w:hanging="283"/>
        <w:jc w:val="both"/>
        <w:rPr>
          <w:rFonts w:ascii="Times New Roman" w:hAnsi="Times New Roman" w:cs="Times New Roman"/>
          <w:sz w:val="28"/>
          <w:szCs w:val="28"/>
        </w:rPr>
      </w:pPr>
      <w:proofErr w:type="spellStart"/>
      <w:r w:rsidRPr="006C7C92">
        <w:rPr>
          <w:rFonts w:ascii="Times New Roman" w:hAnsi="Times New Roman" w:cs="Times New Roman"/>
          <w:sz w:val="28"/>
          <w:szCs w:val="28"/>
        </w:rPr>
        <w:t>instance_</w:t>
      </w:r>
      <w:proofErr w:type="gramStart"/>
      <w:r w:rsidRPr="006C7C92">
        <w:rPr>
          <w:rFonts w:ascii="Times New Roman" w:hAnsi="Times New Roman" w:cs="Times New Roman"/>
          <w:sz w:val="28"/>
          <w:szCs w:val="28"/>
        </w:rPr>
        <w:t>destroy</w:t>
      </w:r>
      <w:proofErr w:type="spellEnd"/>
      <w:r w:rsidRPr="006C7C92">
        <w:rPr>
          <w:rFonts w:ascii="Times New Roman" w:hAnsi="Times New Roman" w:cs="Times New Roman"/>
          <w:sz w:val="28"/>
          <w:szCs w:val="28"/>
        </w:rPr>
        <w:t>(</w:t>
      </w:r>
      <w:proofErr w:type="gramEnd"/>
      <w:r w:rsidRPr="006C7C92">
        <w:rPr>
          <w:rFonts w:ascii="Times New Roman" w:hAnsi="Times New Roman" w:cs="Times New Roman"/>
          <w:sz w:val="28"/>
          <w:szCs w:val="28"/>
        </w:rPr>
        <w:t xml:space="preserve">) – </w:t>
      </w:r>
      <w:proofErr w:type="spellStart"/>
      <w:r w:rsidRPr="006C7C92">
        <w:rPr>
          <w:rFonts w:ascii="Times New Roman" w:hAnsi="Times New Roman" w:cs="Times New Roman"/>
          <w:sz w:val="28"/>
          <w:szCs w:val="28"/>
        </w:rPr>
        <w:t>видалення</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об’єкта</w:t>
      </w:r>
      <w:proofErr w:type="spellEnd"/>
      <w:r w:rsidRPr="006C7C92">
        <w:rPr>
          <w:rFonts w:ascii="Times New Roman" w:hAnsi="Times New Roman" w:cs="Times New Roman"/>
          <w:sz w:val="28"/>
          <w:szCs w:val="28"/>
        </w:rPr>
        <w:t>;</w:t>
      </w:r>
    </w:p>
    <w:p w14:paraId="4E39685D" w14:textId="77777777" w:rsidR="006C7C92" w:rsidRPr="006C7C92" w:rsidRDefault="006C7C92" w:rsidP="006C7C92">
      <w:pPr>
        <w:spacing w:line="360" w:lineRule="auto"/>
        <w:ind w:left="709" w:hanging="283"/>
        <w:jc w:val="both"/>
        <w:rPr>
          <w:rFonts w:ascii="Times New Roman" w:hAnsi="Times New Roman" w:cs="Times New Roman"/>
          <w:sz w:val="28"/>
          <w:szCs w:val="28"/>
        </w:rPr>
      </w:pPr>
      <w:proofErr w:type="spellStart"/>
      <w:r w:rsidRPr="006C7C92">
        <w:rPr>
          <w:rFonts w:ascii="Times New Roman" w:hAnsi="Times New Roman" w:cs="Times New Roman"/>
          <w:sz w:val="28"/>
          <w:szCs w:val="28"/>
        </w:rPr>
        <w:t>keyboard_</w:t>
      </w:r>
      <w:proofErr w:type="gramStart"/>
      <w:r w:rsidRPr="006C7C92">
        <w:rPr>
          <w:rFonts w:ascii="Times New Roman" w:hAnsi="Times New Roman" w:cs="Times New Roman"/>
          <w:sz w:val="28"/>
          <w:szCs w:val="28"/>
        </w:rPr>
        <w:t>check</w:t>
      </w:r>
      <w:proofErr w:type="spellEnd"/>
      <w:r w:rsidRPr="006C7C92">
        <w:rPr>
          <w:rFonts w:ascii="Times New Roman" w:hAnsi="Times New Roman" w:cs="Times New Roman"/>
          <w:sz w:val="28"/>
          <w:szCs w:val="28"/>
        </w:rPr>
        <w:t>(</w:t>
      </w:r>
      <w:proofErr w:type="gramEnd"/>
      <w:r w:rsidRPr="006C7C92">
        <w:rPr>
          <w:rFonts w:ascii="Times New Roman" w:hAnsi="Times New Roman" w:cs="Times New Roman"/>
          <w:sz w:val="28"/>
          <w:szCs w:val="28"/>
        </w:rPr>
        <w:t xml:space="preserve">) – </w:t>
      </w:r>
      <w:proofErr w:type="spellStart"/>
      <w:r w:rsidRPr="006C7C92">
        <w:rPr>
          <w:rFonts w:ascii="Times New Roman" w:hAnsi="Times New Roman" w:cs="Times New Roman"/>
          <w:sz w:val="28"/>
          <w:szCs w:val="28"/>
        </w:rPr>
        <w:t>перевірка</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натиснення</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клавіші</w:t>
      </w:r>
      <w:proofErr w:type="spellEnd"/>
      <w:r w:rsidRPr="006C7C92">
        <w:rPr>
          <w:rFonts w:ascii="Times New Roman" w:hAnsi="Times New Roman" w:cs="Times New Roman"/>
          <w:sz w:val="28"/>
          <w:szCs w:val="28"/>
        </w:rPr>
        <w:t>;</w:t>
      </w:r>
    </w:p>
    <w:p w14:paraId="0B65A170" w14:textId="77777777" w:rsidR="006C7C92" w:rsidRPr="001639F1" w:rsidRDefault="006C7C92" w:rsidP="006C7C92">
      <w:pPr>
        <w:spacing w:line="360" w:lineRule="auto"/>
        <w:ind w:left="709" w:hanging="283"/>
        <w:jc w:val="both"/>
        <w:rPr>
          <w:rFonts w:ascii="Times New Roman" w:hAnsi="Times New Roman" w:cs="Times New Roman"/>
          <w:sz w:val="28"/>
          <w:szCs w:val="28"/>
          <w:lang w:val="ru-RU"/>
        </w:rPr>
      </w:pPr>
      <w:proofErr w:type="spellStart"/>
      <w:r w:rsidRPr="006C7C92">
        <w:rPr>
          <w:rFonts w:ascii="Times New Roman" w:hAnsi="Times New Roman" w:cs="Times New Roman"/>
          <w:sz w:val="28"/>
          <w:szCs w:val="28"/>
        </w:rPr>
        <w:t>irandom</w:t>
      </w:r>
      <w:proofErr w:type="spellEnd"/>
      <w:r w:rsidRPr="001639F1">
        <w:rPr>
          <w:rFonts w:ascii="Times New Roman" w:hAnsi="Times New Roman" w:cs="Times New Roman"/>
          <w:sz w:val="28"/>
          <w:szCs w:val="28"/>
          <w:lang w:val="ru-RU"/>
        </w:rPr>
        <w:t>_</w:t>
      </w:r>
      <w:proofErr w:type="gramStart"/>
      <w:r w:rsidRPr="006C7C92">
        <w:rPr>
          <w:rFonts w:ascii="Times New Roman" w:hAnsi="Times New Roman" w:cs="Times New Roman"/>
          <w:sz w:val="28"/>
          <w:szCs w:val="28"/>
        </w:rPr>
        <w:t>range</w:t>
      </w:r>
      <w:r w:rsidRPr="001639F1">
        <w:rPr>
          <w:rFonts w:ascii="Times New Roman" w:hAnsi="Times New Roman" w:cs="Times New Roman"/>
          <w:sz w:val="28"/>
          <w:szCs w:val="28"/>
          <w:lang w:val="ru-RU"/>
        </w:rPr>
        <w:t>(</w:t>
      </w:r>
      <w:proofErr w:type="gramEnd"/>
      <w:r w:rsidRPr="001639F1">
        <w:rPr>
          <w:rFonts w:ascii="Times New Roman" w:hAnsi="Times New Roman" w:cs="Times New Roman"/>
          <w:sz w:val="28"/>
          <w:szCs w:val="28"/>
          <w:lang w:val="ru-RU"/>
        </w:rPr>
        <w:t xml:space="preserve">) – </w:t>
      </w:r>
      <w:proofErr w:type="spellStart"/>
      <w:r w:rsidRPr="001639F1">
        <w:rPr>
          <w:rFonts w:ascii="Times New Roman" w:hAnsi="Times New Roman" w:cs="Times New Roman"/>
          <w:sz w:val="28"/>
          <w:szCs w:val="28"/>
          <w:lang w:val="ru-RU"/>
        </w:rPr>
        <w:t>генерація</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випадкового</w:t>
      </w:r>
      <w:proofErr w:type="spellEnd"/>
      <w:r w:rsidRPr="001639F1">
        <w:rPr>
          <w:rFonts w:ascii="Times New Roman" w:hAnsi="Times New Roman" w:cs="Times New Roman"/>
          <w:sz w:val="28"/>
          <w:szCs w:val="28"/>
          <w:lang w:val="ru-RU"/>
        </w:rPr>
        <w:t xml:space="preserve"> числа в </w:t>
      </w:r>
      <w:proofErr w:type="spellStart"/>
      <w:r w:rsidRPr="001639F1">
        <w:rPr>
          <w:rFonts w:ascii="Times New Roman" w:hAnsi="Times New Roman" w:cs="Times New Roman"/>
          <w:sz w:val="28"/>
          <w:szCs w:val="28"/>
          <w:lang w:val="ru-RU"/>
        </w:rPr>
        <w:t>діапазоні</w:t>
      </w:r>
      <w:proofErr w:type="spellEnd"/>
      <w:r w:rsidRPr="001639F1">
        <w:rPr>
          <w:rFonts w:ascii="Times New Roman" w:hAnsi="Times New Roman" w:cs="Times New Roman"/>
          <w:sz w:val="28"/>
          <w:szCs w:val="28"/>
          <w:lang w:val="ru-RU"/>
        </w:rPr>
        <w:t>;</w:t>
      </w:r>
    </w:p>
    <w:p w14:paraId="54EEFD82" w14:textId="77777777" w:rsidR="006C7C92" w:rsidRPr="001639F1" w:rsidRDefault="006C7C92" w:rsidP="006C7C92">
      <w:pPr>
        <w:spacing w:line="360" w:lineRule="auto"/>
        <w:ind w:left="709" w:hanging="283"/>
        <w:jc w:val="both"/>
        <w:rPr>
          <w:rFonts w:ascii="Times New Roman" w:hAnsi="Times New Roman" w:cs="Times New Roman"/>
          <w:sz w:val="28"/>
          <w:szCs w:val="28"/>
          <w:lang w:val="ru-RU"/>
        </w:rPr>
      </w:pPr>
      <w:r w:rsidRPr="006C7C92">
        <w:rPr>
          <w:rFonts w:ascii="Times New Roman" w:hAnsi="Times New Roman" w:cs="Times New Roman"/>
          <w:sz w:val="28"/>
          <w:szCs w:val="28"/>
        </w:rPr>
        <w:t>place</w:t>
      </w:r>
      <w:r w:rsidRPr="001639F1">
        <w:rPr>
          <w:rFonts w:ascii="Times New Roman" w:hAnsi="Times New Roman" w:cs="Times New Roman"/>
          <w:sz w:val="28"/>
          <w:szCs w:val="28"/>
          <w:lang w:val="ru-RU"/>
        </w:rPr>
        <w:t>_</w:t>
      </w:r>
      <w:proofErr w:type="gramStart"/>
      <w:r w:rsidRPr="006C7C92">
        <w:rPr>
          <w:rFonts w:ascii="Times New Roman" w:hAnsi="Times New Roman" w:cs="Times New Roman"/>
          <w:sz w:val="28"/>
          <w:szCs w:val="28"/>
        </w:rPr>
        <w:t>meeting</w:t>
      </w:r>
      <w:r w:rsidRPr="001639F1">
        <w:rPr>
          <w:rFonts w:ascii="Times New Roman" w:hAnsi="Times New Roman" w:cs="Times New Roman"/>
          <w:sz w:val="28"/>
          <w:szCs w:val="28"/>
          <w:lang w:val="ru-RU"/>
        </w:rPr>
        <w:t>(</w:t>
      </w:r>
      <w:proofErr w:type="gramEnd"/>
      <w:r w:rsidRPr="001639F1">
        <w:rPr>
          <w:rFonts w:ascii="Times New Roman" w:hAnsi="Times New Roman" w:cs="Times New Roman"/>
          <w:sz w:val="28"/>
          <w:szCs w:val="28"/>
          <w:lang w:val="ru-RU"/>
        </w:rPr>
        <w:t xml:space="preserve">) – </w:t>
      </w:r>
      <w:proofErr w:type="spellStart"/>
      <w:r w:rsidRPr="001639F1">
        <w:rPr>
          <w:rFonts w:ascii="Times New Roman" w:hAnsi="Times New Roman" w:cs="Times New Roman"/>
          <w:sz w:val="28"/>
          <w:szCs w:val="28"/>
          <w:lang w:val="ru-RU"/>
        </w:rPr>
        <w:t>перевірка</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зіткнення</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об’єкта</w:t>
      </w:r>
      <w:proofErr w:type="spellEnd"/>
      <w:r w:rsidRPr="001639F1">
        <w:rPr>
          <w:rFonts w:ascii="Times New Roman" w:hAnsi="Times New Roman" w:cs="Times New Roman"/>
          <w:sz w:val="28"/>
          <w:szCs w:val="28"/>
          <w:lang w:val="ru-RU"/>
        </w:rPr>
        <w:t xml:space="preserve"> з </w:t>
      </w:r>
      <w:proofErr w:type="spellStart"/>
      <w:r w:rsidRPr="001639F1">
        <w:rPr>
          <w:rFonts w:ascii="Times New Roman" w:hAnsi="Times New Roman" w:cs="Times New Roman"/>
          <w:sz w:val="28"/>
          <w:szCs w:val="28"/>
          <w:lang w:val="ru-RU"/>
        </w:rPr>
        <w:t>іншим</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об’єктом</w:t>
      </w:r>
      <w:proofErr w:type="spellEnd"/>
      <w:r w:rsidRPr="001639F1">
        <w:rPr>
          <w:rFonts w:ascii="Times New Roman" w:hAnsi="Times New Roman" w:cs="Times New Roman"/>
          <w:sz w:val="28"/>
          <w:szCs w:val="28"/>
          <w:lang w:val="ru-RU"/>
        </w:rPr>
        <w:t>;</w:t>
      </w:r>
    </w:p>
    <w:p w14:paraId="6F804A6D" w14:textId="77777777" w:rsidR="006C7C92" w:rsidRPr="001639F1" w:rsidRDefault="006C7C92" w:rsidP="006C7C92">
      <w:pPr>
        <w:spacing w:line="360" w:lineRule="auto"/>
        <w:ind w:left="709" w:hanging="283"/>
        <w:jc w:val="both"/>
        <w:rPr>
          <w:rFonts w:ascii="Times New Roman" w:hAnsi="Times New Roman" w:cs="Times New Roman"/>
          <w:sz w:val="28"/>
          <w:szCs w:val="28"/>
          <w:lang w:val="ru-RU"/>
        </w:rPr>
      </w:pPr>
      <w:r w:rsidRPr="006C7C92">
        <w:rPr>
          <w:rFonts w:ascii="Times New Roman" w:hAnsi="Times New Roman" w:cs="Times New Roman"/>
          <w:sz w:val="28"/>
          <w:szCs w:val="28"/>
        </w:rPr>
        <w:t>point</w:t>
      </w:r>
      <w:r w:rsidRPr="001639F1">
        <w:rPr>
          <w:rFonts w:ascii="Times New Roman" w:hAnsi="Times New Roman" w:cs="Times New Roman"/>
          <w:sz w:val="28"/>
          <w:szCs w:val="28"/>
          <w:lang w:val="ru-RU"/>
        </w:rPr>
        <w:t>_</w:t>
      </w:r>
      <w:proofErr w:type="gramStart"/>
      <w:r w:rsidRPr="006C7C92">
        <w:rPr>
          <w:rFonts w:ascii="Times New Roman" w:hAnsi="Times New Roman" w:cs="Times New Roman"/>
          <w:sz w:val="28"/>
          <w:szCs w:val="28"/>
        </w:rPr>
        <w:t>distance</w:t>
      </w:r>
      <w:r w:rsidRPr="001639F1">
        <w:rPr>
          <w:rFonts w:ascii="Times New Roman" w:hAnsi="Times New Roman" w:cs="Times New Roman"/>
          <w:sz w:val="28"/>
          <w:szCs w:val="28"/>
          <w:lang w:val="ru-RU"/>
        </w:rPr>
        <w:t>(</w:t>
      </w:r>
      <w:proofErr w:type="gramEnd"/>
      <w:r w:rsidRPr="001639F1">
        <w:rPr>
          <w:rFonts w:ascii="Times New Roman" w:hAnsi="Times New Roman" w:cs="Times New Roman"/>
          <w:sz w:val="28"/>
          <w:szCs w:val="28"/>
          <w:lang w:val="ru-RU"/>
        </w:rPr>
        <w:t xml:space="preserve">) – </w:t>
      </w:r>
      <w:proofErr w:type="spellStart"/>
      <w:r w:rsidRPr="001639F1">
        <w:rPr>
          <w:rFonts w:ascii="Times New Roman" w:hAnsi="Times New Roman" w:cs="Times New Roman"/>
          <w:sz w:val="28"/>
          <w:szCs w:val="28"/>
          <w:lang w:val="ru-RU"/>
        </w:rPr>
        <w:t>визначення</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відстані</w:t>
      </w:r>
      <w:proofErr w:type="spellEnd"/>
      <w:r w:rsidRPr="001639F1">
        <w:rPr>
          <w:rFonts w:ascii="Times New Roman" w:hAnsi="Times New Roman" w:cs="Times New Roman"/>
          <w:sz w:val="28"/>
          <w:szCs w:val="28"/>
          <w:lang w:val="ru-RU"/>
        </w:rPr>
        <w:t xml:space="preserve"> до точки;</w:t>
      </w:r>
    </w:p>
    <w:p w14:paraId="27B42E83" w14:textId="77777777" w:rsidR="006C7C92" w:rsidRPr="001639F1" w:rsidRDefault="006C7C92" w:rsidP="006C7C92">
      <w:pPr>
        <w:spacing w:line="360" w:lineRule="auto"/>
        <w:ind w:left="709" w:hanging="283"/>
        <w:jc w:val="both"/>
        <w:rPr>
          <w:rFonts w:ascii="Times New Roman" w:hAnsi="Times New Roman" w:cs="Times New Roman"/>
          <w:sz w:val="28"/>
          <w:szCs w:val="28"/>
          <w:lang w:val="ru-RU"/>
        </w:rPr>
      </w:pPr>
      <w:r w:rsidRPr="006C7C92">
        <w:rPr>
          <w:rFonts w:ascii="Times New Roman" w:hAnsi="Times New Roman" w:cs="Times New Roman"/>
          <w:sz w:val="28"/>
          <w:szCs w:val="28"/>
        </w:rPr>
        <w:t>point</w:t>
      </w:r>
      <w:r w:rsidRPr="001639F1">
        <w:rPr>
          <w:rFonts w:ascii="Times New Roman" w:hAnsi="Times New Roman" w:cs="Times New Roman"/>
          <w:sz w:val="28"/>
          <w:szCs w:val="28"/>
          <w:lang w:val="ru-RU"/>
        </w:rPr>
        <w:t>_</w:t>
      </w:r>
      <w:proofErr w:type="gramStart"/>
      <w:r w:rsidRPr="006C7C92">
        <w:rPr>
          <w:rFonts w:ascii="Times New Roman" w:hAnsi="Times New Roman" w:cs="Times New Roman"/>
          <w:sz w:val="28"/>
          <w:szCs w:val="28"/>
        </w:rPr>
        <w:t>direction</w:t>
      </w:r>
      <w:r w:rsidRPr="001639F1">
        <w:rPr>
          <w:rFonts w:ascii="Times New Roman" w:hAnsi="Times New Roman" w:cs="Times New Roman"/>
          <w:sz w:val="28"/>
          <w:szCs w:val="28"/>
          <w:lang w:val="ru-RU"/>
        </w:rPr>
        <w:t>(</w:t>
      </w:r>
      <w:proofErr w:type="gramEnd"/>
      <w:r w:rsidRPr="001639F1">
        <w:rPr>
          <w:rFonts w:ascii="Times New Roman" w:hAnsi="Times New Roman" w:cs="Times New Roman"/>
          <w:sz w:val="28"/>
          <w:szCs w:val="28"/>
          <w:lang w:val="ru-RU"/>
        </w:rPr>
        <w:t xml:space="preserve">) – </w:t>
      </w:r>
      <w:proofErr w:type="spellStart"/>
      <w:r w:rsidRPr="001639F1">
        <w:rPr>
          <w:rFonts w:ascii="Times New Roman" w:hAnsi="Times New Roman" w:cs="Times New Roman"/>
          <w:sz w:val="28"/>
          <w:szCs w:val="28"/>
          <w:lang w:val="ru-RU"/>
        </w:rPr>
        <w:t>визначення</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напряму</w:t>
      </w:r>
      <w:proofErr w:type="spellEnd"/>
      <w:r w:rsidRPr="001639F1">
        <w:rPr>
          <w:rFonts w:ascii="Times New Roman" w:hAnsi="Times New Roman" w:cs="Times New Roman"/>
          <w:sz w:val="28"/>
          <w:szCs w:val="28"/>
          <w:lang w:val="ru-RU"/>
        </w:rPr>
        <w:t xml:space="preserve"> руху;</w:t>
      </w:r>
    </w:p>
    <w:p w14:paraId="46691541" w14:textId="77777777" w:rsidR="006C7C92" w:rsidRPr="001639F1" w:rsidRDefault="006C7C92" w:rsidP="006C7C92">
      <w:pPr>
        <w:spacing w:line="360" w:lineRule="auto"/>
        <w:ind w:left="709" w:hanging="283"/>
        <w:jc w:val="both"/>
        <w:rPr>
          <w:rFonts w:ascii="Times New Roman" w:hAnsi="Times New Roman" w:cs="Times New Roman"/>
          <w:sz w:val="28"/>
          <w:szCs w:val="28"/>
          <w:lang w:val="ru-RU"/>
        </w:rPr>
      </w:pPr>
      <w:proofErr w:type="spellStart"/>
      <w:r w:rsidRPr="006C7C92">
        <w:rPr>
          <w:rFonts w:ascii="Times New Roman" w:hAnsi="Times New Roman" w:cs="Times New Roman"/>
          <w:sz w:val="28"/>
          <w:szCs w:val="28"/>
        </w:rPr>
        <w:t>lengthdir</w:t>
      </w:r>
      <w:proofErr w:type="spellEnd"/>
      <w:r w:rsidRPr="001639F1">
        <w:rPr>
          <w:rFonts w:ascii="Times New Roman" w:hAnsi="Times New Roman" w:cs="Times New Roman"/>
          <w:sz w:val="28"/>
          <w:szCs w:val="28"/>
          <w:lang w:val="ru-RU"/>
        </w:rPr>
        <w:t>_</w:t>
      </w:r>
      <w:proofErr w:type="gramStart"/>
      <w:r w:rsidRPr="006C7C92">
        <w:rPr>
          <w:rFonts w:ascii="Times New Roman" w:hAnsi="Times New Roman" w:cs="Times New Roman"/>
          <w:sz w:val="28"/>
          <w:szCs w:val="28"/>
        </w:rPr>
        <w:t>x</w:t>
      </w:r>
      <w:r w:rsidRPr="001639F1">
        <w:rPr>
          <w:rFonts w:ascii="Times New Roman" w:hAnsi="Times New Roman" w:cs="Times New Roman"/>
          <w:sz w:val="28"/>
          <w:szCs w:val="28"/>
          <w:lang w:val="ru-RU"/>
        </w:rPr>
        <w:t>(</w:t>
      </w:r>
      <w:proofErr w:type="gramEnd"/>
      <w:r w:rsidRPr="001639F1">
        <w:rPr>
          <w:rFonts w:ascii="Times New Roman" w:hAnsi="Times New Roman" w:cs="Times New Roman"/>
          <w:sz w:val="28"/>
          <w:szCs w:val="28"/>
          <w:lang w:val="ru-RU"/>
        </w:rPr>
        <w:t xml:space="preserve">), </w:t>
      </w:r>
      <w:proofErr w:type="spellStart"/>
      <w:r w:rsidRPr="006C7C92">
        <w:rPr>
          <w:rFonts w:ascii="Times New Roman" w:hAnsi="Times New Roman" w:cs="Times New Roman"/>
          <w:sz w:val="28"/>
          <w:szCs w:val="28"/>
        </w:rPr>
        <w:t>lengthdir</w:t>
      </w:r>
      <w:proofErr w:type="spellEnd"/>
      <w:r w:rsidRPr="001639F1">
        <w:rPr>
          <w:rFonts w:ascii="Times New Roman" w:hAnsi="Times New Roman" w:cs="Times New Roman"/>
          <w:sz w:val="28"/>
          <w:szCs w:val="28"/>
          <w:lang w:val="ru-RU"/>
        </w:rPr>
        <w:t>_</w:t>
      </w:r>
      <w:r w:rsidRPr="006C7C92">
        <w:rPr>
          <w:rFonts w:ascii="Times New Roman" w:hAnsi="Times New Roman" w:cs="Times New Roman"/>
          <w:sz w:val="28"/>
          <w:szCs w:val="28"/>
        </w:rPr>
        <w:t>y</w:t>
      </w:r>
      <w:r w:rsidRPr="001639F1">
        <w:rPr>
          <w:rFonts w:ascii="Times New Roman" w:hAnsi="Times New Roman" w:cs="Times New Roman"/>
          <w:sz w:val="28"/>
          <w:szCs w:val="28"/>
          <w:lang w:val="ru-RU"/>
        </w:rPr>
        <w:t xml:space="preserve">() – </w:t>
      </w:r>
      <w:proofErr w:type="spellStart"/>
      <w:r w:rsidRPr="001639F1">
        <w:rPr>
          <w:rFonts w:ascii="Times New Roman" w:hAnsi="Times New Roman" w:cs="Times New Roman"/>
          <w:sz w:val="28"/>
          <w:szCs w:val="28"/>
          <w:lang w:val="ru-RU"/>
        </w:rPr>
        <w:t>переміщення</w:t>
      </w:r>
      <w:proofErr w:type="spellEnd"/>
      <w:r w:rsidRPr="001639F1">
        <w:rPr>
          <w:rFonts w:ascii="Times New Roman" w:hAnsi="Times New Roman" w:cs="Times New Roman"/>
          <w:sz w:val="28"/>
          <w:szCs w:val="28"/>
          <w:lang w:val="ru-RU"/>
        </w:rPr>
        <w:t xml:space="preserve"> за вектором </w:t>
      </w:r>
      <w:proofErr w:type="spellStart"/>
      <w:r w:rsidRPr="001639F1">
        <w:rPr>
          <w:rFonts w:ascii="Times New Roman" w:hAnsi="Times New Roman" w:cs="Times New Roman"/>
          <w:sz w:val="28"/>
          <w:szCs w:val="28"/>
          <w:lang w:val="ru-RU"/>
        </w:rPr>
        <w:t>заданої</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довжини</w:t>
      </w:r>
      <w:proofErr w:type="spellEnd"/>
      <w:r w:rsidRPr="001639F1">
        <w:rPr>
          <w:rFonts w:ascii="Times New Roman" w:hAnsi="Times New Roman" w:cs="Times New Roman"/>
          <w:sz w:val="28"/>
          <w:szCs w:val="28"/>
          <w:lang w:val="ru-RU"/>
        </w:rPr>
        <w:t xml:space="preserve"> та </w:t>
      </w:r>
      <w:proofErr w:type="spellStart"/>
      <w:r w:rsidRPr="001639F1">
        <w:rPr>
          <w:rFonts w:ascii="Times New Roman" w:hAnsi="Times New Roman" w:cs="Times New Roman"/>
          <w:sz w:val="28"/>
          <w:szCs w:val="28"/>
          <w:lang w:val="ru-RU"/>
        </w:rPr>
        <w:t>напряму</w:t>
      </w:r>
      <w:proofErr w:type="spellEnd"/>
      <w:r w:rsidRPr="001639F1">
        <w:rPr>
          <w:rFonts w:ascii="Times New Roman" w:hAnsi="Times New Roman" w:cs="Times New Roman"/>
          <w:sz w:val="28"/>
          <w:szCs w:val="28"/>
          <w:lang w:val="ru-RU"/>
        </w:rPr>
        <w:t>.</w:t>
      </w:r>
    </w:p>
    <w:p w14:paraId="48614B42" w14:textId="77777777" w:rsidR="006C7C92" w:rsidRPr="001639F1" w:rsidRDefault="006C7C92" w:rsidP="006C7C92">
      <w:pPr>
        <w:spacing w:line="360" w:lineRule="auto"/>
        <w:ind w:firstLine="709"/>
        <w:jc w:val="both"/>
        <w:rPr>
          <w:rFonts w:ascii="Times New Roman" w:hAnsi="Times New Roman" w:cs="Times New Roman"/>
          <w:sz w:val="28"/>
          <w:szCs w:val="28"/>
          <w:lang w:val="ru-RU"/>
        </w:rPr>
      </w:pPr>
      <w:proofErr w:type="spellStart"/>
      <w:r w:rsidRPr="001639F1">
        <w:rPr>
          <w:rFonts w:ascii="Times New Roman" w:hAnsi="Times New Roman" w:cs="Times New Roman"/>
          <w:sz w:val="28"/>
          <w:szCs w:val="28"/>
          <w:lang w:val="ru-RU"/>
        </w:rPr>
        <w:t>Наведені</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нижче</w:t>
      </w:r>
      <w:proofErr w:type="spellEnd"/>
      <w:r w:rsidRPr="001639F1">
        <w:rPr>
          <w:rFonts w:ascii="Times New Roman" w:hAnsi="Times New Roman" w:cs="Times New Roman"/>
          <w:sz w:val="28"/>
          <w:szCs w:val="28"/>
          <w:lang w:val="ru-RU"/>
        </w:rPr>
        <w:t xml:space="preserve"> блоки коду є основою </w:t>
      </w:r>
      <w:proofErr w:type="spellStart"/>
      <w:r w:rsidRPr="001639F1">
        <w:rPr>
          <w:rFonts w:ascii="Times New Roman" w:hAnsi="Times New Roman" w:cs="Times New Roman"/>
          <w:sz w:val="28"/>
          <w:szCs w:val="28"/>
          <w:lang w:val="ru-RU"/>
        </w:rPr>
        <w:t>подальшої</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інтеграції</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алгоритмів</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обробки</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подій</w:t>
      </w:r>
      <w:proofErr w:type="spellEnd"/>
      <w:r w:rsidRPr="001639F1">
        <w:rPr>
          <w:rFonts w:ascii="Times New Roman" w:hAnsi="Times New Roman" w:cs="Times New Roman"/>
          <w:sz w:val="28"/>
          <w:szCs w:val="28"/>
          <w:lang w:val="ru-RU"/>
        </w:rPr>
        <w:t xml:space="preserve"> у </w:t>
      </w:r>
      <w:proofErr w:type="spellStart"/>
      <w:r w:rsidRPr="001639F1">
        <w:rPr>
          <w:rFonts w:ascii="Times New Roman" w:hAnsi="Times New Roman" w:cs="Times New Roman"/>
          <w:sz w:val="28"/>
          <w:szCs w:val="28"/>
          <w:lang w:val="ru-RU"/>
        </w:rPr>
        <w:t>проєкті</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гри</w:t>
      </w:r>
      <w:proofErr w:type="spellEnd"/>
      <w:r w:rsidRPr="001639F1">
        <w:rPr>
          <w:rFonts w:ascii="Times New Roman" w:hAnsi="Times New Roman" w:cs="Times New Roman"/>
          <w:sz w:val="28"/>
          <w:szCs w:val="28"/>
          <w:lang w:val="ru-RU"/>
        </w:rPr>
        <w:t>.</w:t>
      </w:r>
    </w:p>
    <w:p w14:paraId="57910B5A" w14:textId="77777777" w:rsidR="006C7C92" w:rsidRPr="001639F1" w:rsidRDefault="006C7C92" w:rsidP="006C7C92">
      <w:pPr>
        <w:spacing w:line="360" w:lineRule="auto"/>
        <w:ind w:firstLine="709"/>
        <w:jc w:val="both"/>
        <w:rPr>
          <w:rFonts w:ascii="Times New Roman" w:hAnsi="Times New Roman" w:cs="Times New Roman"/>
          <w:sz w:val="28"/>
          <w:szCs w:val="28"/>
          <w:lang w:val="ru-RU"/>
        </w:rPr>
      </w:pPr>
      <w:proofErr w:type="spellStart"/>
      <w:r w:rsidRPr="001639F1">
        <w:rPr>
          <w:rFonts w:ascii="Times New Roman" w:hAnsi="Times New Roman" w:cs="Times New Roman"/>
          <w:sz w:val="28"/>
          <w:szCs w:val="28"/>
          <w:lang w:val="ru-RU"/>
        </w:rPr>
        <w:t>Ініціалізація</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структури</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даних</w:t>
      </w:r>
      <w:proofErr w:type="spellEnd"/>
      <w:r w:rsidRPr="001639F1">
        <w:rPr>
          <w:rFonts w:ascii="Times New Roman" w:hAnsi="Times New Roman" w:cs="Times New Roman"/>
          <w:sz w:val="28"/>
          <w:szCs w:val="28"/>
          <w:lang w:val="ru-RU"/>
        </w:rPr>
        <w:t xml:space="preserve"> для </w:t>
      </w:r>
      <w:proofErr w:type="spellStart"/>
      <w:r w:rsidRPr="001639F1">
        <w:rPr>
          <w:rFonts w:ascii="Times New Roman" w:hAnsi="Times New Roman" w:cs="Times New Roman"/>
          <w:sz w:val="28"/>
          <w:szCs w:val="28"/>
          <w:lang w:val="ru-RU"/>
        </w:rPr>
        <w:t>зберігання</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предметів</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інвентарю</w:t>
      </w:r>
      <w:proofErr w:type="spellEnd"/>
      <w:r w:rsidRPr="001639F1">
        <w:rPr>
          <w:rFonts w:ascii="Times New Roman" w:hAnsi="Times New Roman" w:cs="Times New Roman"/>
          <w:sz w:val="28"/>
          <w:szCs w:val="28"/>
          <w:lang w:val="ru-RU"/>
        </w:rPr>
        <w:t xml:space="preserve"> та </w:t>
      </w:r>
      <w:proofErr w:type="spellStart"/>
      <w:r w:rsidRPr="001639F1">
        <w:rPr>
          <w:rFonts w:ascii="Times New Roman" w:hAnsi="Times New Roman" w:cs="Times New Roman"/>
          <w:sz w:val="28"/>
          <w:szCs w:val="28"/>
          <w:lang w:val="ru-RU"/>
        </w:rPr>
        <w:t>параметрів</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відновлення</w:t>
      </w:r>
      <w:proofErr w:type="spellEnd"/>
      <w:r w:rsidRPr="001639F1">
        <w:rPr>
          <w:rFonts w:ascii="Times New Roman" w:hAnsi="Times New Roman" w:cs="Times New Roman"/>
          <w:sz w:val="28"/>
          <w:szCs w:val="28"/>
          <w:lang w:val="ru-RU"/>
        </w:rPr>
        <w:t xml:space="preserve"> (</w:t>
      </w:r>
      <w:r w:rsidRPr="006C7C92">
        <w:rPr>
          <w:rFonts w:ascii="Times New Roman" w:hAnsi="Times New Roman" w:cs="Times New Roman"/>
          <w:sz w:val="28"/>
          <w:szCs w:val="28"/>
        </w:rPr>
        <w:t>Heal</w:t>
      </w:r>
      <w:r w:rsidRPr="001639F1">
        <w:rPr>
          <w:rFonts w:ascii="Times New Roman" w:hAnsi="Times New Roman" w:cs="Times New Roman"/>
          <w:sz w:val="28"/>
          <w:szCs w:val="28"/>
          <w:lang w:val="ru-RU"/>
        </w:rPr>
        <w:t>):</w:t>
      </w:r>
    </w:p>
    <w:p w14:paraId="72C1ACCB" w14:textId="77777777" w:rsidR="003F7C24" w:rsidRDefault="003F7C24" w:rsidP="00DC6652">
      <w:pPr>
        <w:spacing w:after="0" w:line="360" w:lineRule="auto"/>
        <w:jc w:val="both"/>
        <w:rPr>
          <w:rFonts w:ascii="Times New Roman" w:hAnsi="Times New Roman" w:cs="Times New Roman"/>
          <w:sz w:val="28"/>
          <w:szCs w:val="28"/>
          <w:lang w:val="uk-UA"/>
        </w:rPr>
      </w:pPr>
    </w:p>
    <w:p w14:paraId="71B16758" w14:textId="77777777" w:rsidR="006C7C92" w:rsidRDefault="006C7C92" w:rsidP="006C7C92">
      <w:pPr>
        <w:spacing w:after="0" w:line="240" w:lineRule="auto"/>
      </w:pPr>
      <w:r>
        <w:rPr>
          <w:rFonts w:ascii="Consolas" w:eastAsia="Consolas" w:hAnsi="Consolas"/>
          <w:sz w:val="20"/>
        </w:rPr>
        <w:t xml:space="preserve">1.  </w:t>
      </w:r>
      <w:proofErr w:type="spellStart"/>
      <w:proofErr w:type="gramStart"/>
      <w:r>
        <w:rPr>
          <w:rFonts w:ascii="Consolas" w:eastAsia="Consolas" w:hAnsi="Consolas"/>
          <w:sz w:val="20"/>
        </w:rPr>
        <w:t>global.Item</w:t>
      </w:r>
      <w:proofErr w:type="spellEnd"/>
      <w:proofErr w:type="gramEnd"/>
      <w:r>
        <w:rPr>
          <w:rFonts w:ascii="Consolas" w:eastAsia="Consolas" w:hAnsi="Consolas"/>
          <w:sz w:val="20"/>
        </w:rPr>
        <w:t xml:space="preserve"> = </w:t>
      </w:r>
      <w:proofErr w:type="spellStart"/>
      <w:r>
        <w:rPr>
          <w:rFonts w:ascii="Consolas" w:eastAsia="Consolas" w:hAnsi="Consolas"/>
          <w:sz w:val="20"/>
        </w:rPr>
        <w:t>ds_map_create</w:t>
      </w:r>
      <w:proofErr w:type="spellEnd"/>
      <w:r>
        <w:rPr>
          <w:rFonts w:ascii="Consolas" w:eastAsia="Consolas" w:hAnsi="Consolas"/>
          <w:sz w:val="20"/>
        </w:rPr>
        <w:t>();</w:t>
      </w:r>
    </w:p>
    <w:p w14:paraId="3DD69C38"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global.Item</w:t>
      </w:r>
      <w:proofErr w:type="spellEnd"/>
      <w:proofErr w:type="gramEnd"/>
      <w:r>
        <w:rPr>
          <w:rFonts w:ascii="Consolas" w:eastAsia="Consolas" w:hAnsi="Consolas"/>
          <w:sz w:val="20"/>
        </w:rPr>
        <w:t>[0]=""={</w:t>
      </w:r>
    </w:p>
    <w:p w14:paraId="6D33F6EB" w14:textId="77777777" w:rsidR="006C7C92" w:rsidRDefault="006C7C92" w:rsidP="006C7C92">
      <w:pPr>
        <w:spacing w:after="0" w:line="360" w:lineRule="auto"/>
        <w:ind w:firstLine="709"/>
        <w:jc w:val="both"/>
      </w:pPr>
      <w:r>
        <w:t xml:space="preserve">  name:""  </w:t>
      </w:r>
    </w:p>
    <w:p w14:paraId="7D9488C2" w14:textId="77777777" w:rsidR="006C7C92" w:rsidRDefault="006C7C92" w:rsidP="006C7C92">
      <w:pPr>
        <w:spacing w:after="0" w:line="240" w:lineRule="auto"/>
      </w:pPr>
      <w:r>
        <w:rPr>
          <w:rFonts w:ascii="Consolas" w:eastAsia="Consolas" w:hAnsi="Consolas"/>
          <w:sz w:val="20"/>
        </w:rPr>
        <w:t xml:space="preserve">  }</w:t>
      </w:r>
    </w:p>
    <w:p w14:paraId="464F7030"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global.Item</w:t>
      </w:r>
      <w:proofErr w:type="spellEnd"/>
      <w:proofErr w:type="gramEnd"/>
      <w:r>
        <w:rPr>
          <w:rFonts w:ascii="Consolas" w:eastAsia="Consolas" w:hAnsi="Consolas"/>
          <w:sz w:val="20"/>
        </w:rPr>
        <w:t>[1]=""</w:t>
      </w:r>
    </w:p>
    <w:p w14:paraId="708FC910"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global.Item</w:t>
      </w:r>
      <w:proofErr w:type="spellEnd"/>
      <w:proofErr w:type="gramEnd"/>
      <w:r>
        <w:rPr>
          <w:rFonts w:ascii="Consolas" w:eastAsia="Consolas" w:hAnsi="Consolas"/>
          <w:sz w:val="20"/>
        </w:rPr>
        <w:t>[2]=""</w:t>
      </w:r>
    </w:p>
    <w:p w14:paraId="57214CAB"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global.Item</w:t>
      </w:r>
      <w:proofErr w:type="spellEnd"/>
      <w:proofErr w:type="gramEnd"/>
      <w:r>
        <w:rPr>
          <w:rFonts w:ascii="Consolas" w:eastAsia="Consolas" w:hAnsi="Consolas"/>
          <w:sz w:val="20"/>
        </w:rPr>
        <w:t>[3]=""</w:t>
      </w:r>
    </w:p>
    <w:p w14:paraId="33871EA7"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global.Item</w:t>
      </w:r>
      <w:proofErr w:type="spellEnd"/>
      <w:proofErr w:type="gramEnd"/>
      <w:r>
        <w:rPr>
          <w:rFonts w:ascii="Consolas" w:eastAsia="Consolas" w:hAnsi="Consolas"/>
          <w:sz w:val="20"/>
        </w:rPr>
        <w:t>[4]=""</w:t>
      </w:r>
    </w:p>
    <w:p w14:paraId="61AFC109"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global.Item</w:t>
      </w:r>
      <w:proofErr w:type="spellEnd"/>
      <w:proofErr w:type="gramEnd"/>
      <w:r>
        <w:rPr>
          <w:rFonts w:ascii="Consolas" w:eastAsia="Consolas" w:hAnsi="Consolas"/>
          <w:sz w:val="20"/>
        </w:rPr>
        <w:t>[5]=""</w:t>
      </w:r>
    </w:p>
    <w:p w14:paraId="2E8D6457"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global.Item</w:t>
      </w:r>
      <w:proofErr w:type="spellEnd"/>
      <w:proofErr w:type="gramEnd"/>
      <w:r>
        <w:rPr>
          <w:rFonts w:ascii="Consolas" w:eastAsia="Consolas" w:hAnsi="Consolas"/>
          <w:sz w:val="20"/>
        </w:rPr>
        <w:t>[6]=""</w:t>
      </w:r>
    </w:p>
    <w:p w14:paraId="014F30EE"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global.Item</w:t>
      </w:r>
      <w:proofErr w:type="spellEnd"/>
      <w:proofErr w:type="gramEnd"/>
      <w:r>
        <w:rPr>
          <w:rFonts w:ascii="Consolas" w:eastAsia="Consolas" w:hAnsi="Consolas"/>
          <w:sz w:val="20"/>
        </w:rPr>
        <w:t>[7]=""</w:t>
      </w:r>
    </w:p>
    <w:p w14:paraId="5614CD56"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global.Item</w:t>
      </w:r>
      <w:proofErr w:type="spellEnd"/>
      <w:proofErr w:type="gramEnd"/>
      <w:r>
        <w:rPr>
          <w:rFonts w:ascii="Consolas" w:eastAsia="Consolas" w:hAnsi="Consolas"/>
          <w:sz w:val="20"/>
        </w:rPr>
        <w:t>[8]=""</w:t>
      </w:r>
    </w:p>
    <w:p w14:paraId="771642E4"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global.Item</w:t>
      </w:r>
      <w:proofErr w:type="spellEnd"/>
      <w:proofErr w:type="gramEnd"/>
      <w:r>
        <w:rPr>
          <w:rFonts w:ascii="Consolas" w:eastAsia="Consolas" w:hAnsi="Consolas"/>
          <w:sz w:val="20"/>
        </w:rPr>
        <w:t>[9]=""</w:t>
      </w:r>
    </w:p>
    <w:p w14:paraId="2C112AA7"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global.Item</w:t>
      </w:r>
      <w:proofErr w:type="spellEnd"/>
      <w:proofErr w:type="gramEnd"/>
      <w:r>
        <w:rPr>
          <w:rFonts w:ascii="Consolas" w:eastAsia="Consolas" w:hAnsi="Consolas"/>
          <w:sz w:val="20"/>
        </w:rPr>
        <w:t>[10]=""</w:t>
      </w:r>
    </w:p>
    <w:p w14:paraId="299E0C08"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global.Item</w:t>
      </w:r>
      <w:proofErr w:type="spellEnd"/>
      <w:proofErr w:type="gramEnd"/>
      <w:r>
        <w:rPr>
          <w:rFonts w:ascii="Consolas" w:eastAsia="Consolas" w:hAnsi="Consolas"/>
          <w:sz w:val="20"/>
        </w:rPr>
        <w:t>[11]=""</w:t>
      </w:r>
    </w:p>
    <w:p w14:paraId="2F404DB3"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xSoul</w:t>
      </w:r>
      <w:proofErr w:type="spellEnd"/>
      <w:r>
        <w:rPr>
          <w:rFonts w:ascii="Consolas" w:eastAsia="Consolas" w:hAnsi="Consolas"/>
          <w:sz w:val="20"/>
        </w:rPr>
        <w:t>=0</w:t>
      </w:r>
    </w:p>
    <w:p w14:paraId="50F187BF" w14:textId="77777777" w:rsidR="006C7C92" w:rsidRDefault="006C7C92" w:rsidP="006C7C92">
      <w:pPr>
        <w:spacing w:after="0" w:line="240" w:lineRule="auto"/>
      </w:pPr>
      <w:r>
        <w:rPr>
          <w:rFonts w:ascii="Consolas" w:eastAsia="Consolas" w:hAnsi="Consolas"/>
          <w:sz w:val="20"/>
        </w:rPr>
        <w:lastRenderedPageBreak/>
        <w:t xml:space="preserve">            </w:t>
      </w:r>
      <w:proofErr w:type="spellStart"/>
      <w:r>
        <w:rPr>
          <w:rFonts w:ascii="Consolas" w:eastAsia="Consolas" w:hAnsi="Consolas"/>
          <w:sz w:val="20"/>
        </w:rPr>
        <w:t>ySoul</w:t>
      </w:r>
      <w:proofErr w:type="spellEnd"/>
      <w:r>
        <w:rPr>
          <w:rFonts w:ascii="Consolas" w:eastAsia="Consolas" w:hAnsi="Consolas"/>
          <w:sz w:val="20"/>
        </w:rPr>
        <w:t>=0</w:t>
      </w:r>
    </w:p>
    <w:p w14:paraId="5CF17B4F" w14:textId="77777777" w:rsidR="006C7C92" w:rsidRDefault="006C7C92" w:rsidP="006C7C92">
      <w:pPr>
        <w:spacing w:after="0" w:line="240" w:lineRule="auto"/>
      </w:pPr>
      <w:proofErr w:type="spellStart"/>
      <w:proofErr w:type="gramStart"/>
      <w:r>
        <w:rPr>
          <w:rFonts w:ascii="Consolas" w:eastAsia="Consolas" w:hAnsi="Consolas"/>
          <w:sz w:val="20"/>
        </w:rPr>
        <w:t>global.item</w:t>
      </w:r>
      <w:proofErr w:type="gramEnd"/>
      <w:r>
        <w:rPr>
          <w:rFonts w:ascii="Consolas" w:eastAsia="Consolas" w:hAnsi="Consolas"/>
          <w:sz w:val="20"/>
        </w:rPr>
        <w:t>_data</w:t>
      </w:r>
      <w:proofErr w:type="spellEnd"/>
      <w:r>
        <w:rPr>
          <w:rFonts w:ascii="Consolas" w:eastAsia="Consolas" w:hAnsi="Consolas"/>
          <w:sz w:val="20"/>
        </w:rPr>
        <w:t xml:space="preserve"> = {</w:t>
      </w:r>
    </w:p>
    <w:p w14:paraId="37146622" w14:textId="77777777" w:rsidR="006C7C92" w:rsidRDefault="006C7C92" w:rsidP="006C7C92">
      <w:pPr>
        <w:spacing w:after="0" w:line="240" w:lineRule="auto"/>
      </w:pPr>
      <w:r>
        <w:rPr>
          <w:rFonts w:ascii="Consolas" w:eastAsia="Consolas" w:hAnsi="Consolas"/>
          <w:sz w:val="20"/>
        </w:rPr>
        <w:t xml:space="preserve">    "DVD Cookies": </w:t>
      </w:r>
      <w:proofErr w:type="gramStart"/>
      <w:r>
        <w:rPr>
          <w:rFonts w:ascii="Consolas" w:eastAsia="Consolas" w:hAnsi="Consolas"/>
          <w:sz w:val="20"/>
        </w:rPr>
        <w:t>{ name</w:t>
      </w:r>
      <w:proofErr w:type="gramEnd"/>
      <w:r>
        <w:rPr>
          <w:rFonts w:ascii="Consolas" w:eastAsia="Consolas" w:hAnsi="Consolas"/>
          <w:sz w:val="20"/>
        </w:rPr>
        <w:t>: "DVD Cookies", Heal: 90 },</w:t>
      </w:r>
    </w:p>
    <w:p w14:paraId="249EF76D" w14:textId="77777777" w:rsidR="006C7C92" w:rsidRDefault="006C7C92" w:rsidP="006C7C92">
      <w:pPr>
        <w:spacing w:after="0" w:line="240" w:lineRule="auto"/>
      </w:pPr>
      <w:r>
        <w:rPr>
          <w:rFonts w:ascii="Consolas" w:eastAsia="Consolas" w:hAnsi="Consolas"/>
          <w:sz w:val="20"/>
        </w:rPr>
        <w:t xml:space="preserve">    "Junk Food": </w:t>
      </w:r>
      <w:proofErr w:type="gramStart"/>
      <w:r>
        <w:rPr>
          <w:rFonts w:ascii="Consolas" w:eastAsia="Consolas" w:hAnsi="Consolas"/>
          <w:sz w:val="20"/>
        </w:rPr>
        <w:t>{ name</w:t>
      </w:r>
      <w:proofErr w:type="gramEnd"/>
      <w:r>
        <w:rPr>
          <w:rFonts w:ascii="Consolas" w:eastAsia="Consolas" w:hAnsi="Consolas"/>
          <w:sz w:val="20"/>
        </w:rPr>
        <w:t>: "Junk Food", Heal: 60 },</w:t>
      </w:r>
    </w:p>
    <w:p w14:paraId="0186D89C" w14:textId="77777777" w:rsidR="006C7C92" w:rsidRDefault="006C7C92" w:rsidP="006C7C92">
      <w:pPr>
        <w:spacing w:after="0" w:line="240" w:lineRule="auto"/>
      </w:pPr>
      <w:r>
        <w:rPr>
          <w:rFonts w:ascii="Consolas" w:eastAsia="Consolas" w:hAnsi="Consolas"/>
          <w:sz w:val="20"/>
        </w:rPr>
        <w:t xml:space="preserve">    "Royal Drink": </w:t>
      </w:r>
      <w:proofErr w:type="gramStart"/>
      <w:r>
        <w:rPr>
          <w:rFonts w:ascii="Consolas" w:eastAsia="Consolas" w:hAnsi="Consolas"/>
          <w:sz w:val="20"/>
        </w:rPr>
        <w:t>{ name</w:t>
      </w:r>
      <w:proofErr w:type="gramEnd"/>
      <w:r>
        <w:rPr>
          <w:rFonts w:ascii="Consolas" w:eastAsia="Consolas" w:hAnsi="Consolas"/>
          <w:sz w:val="20"/>
        </w:rPr>
        <w:t>: "Royal Drink", Heal: 120 }</w:t>
      </w:r>
    </w:p>
    <w:p w14:paraId="2D307B24" w14:textId="77777777" w:rsidR="006C7C92" w:rsidRDefault="006C7C92" w:rsidP="006C7C92">
      <w:pPr>
        <w:spacing w:after="0" w:line="240" w:lineRule="auto"/>
      </w:pPr>
      <w:r>
        <w:rPr>
          <w:rFonts w:ascii="Consolas" w:eastAsia="Consolas" w:hAnsi="Consolas"/>
          <w:sz w:val="20"/>
        </w:rPr>
        <w:t>}</w:t>
      </w:r>
    </w:p>
    <w:p w14:paraId="37F0DCD6" w14:textId="77777777" w:rsidR="006C7C92" w:rsidRDefault="006C7C92" w:rsidP="006C7C92"/>
    <w:p w14:paraId="2E54CB08" w14:textId="77777777" w:rsidR="006C7C92" w:rsidRDefault="006C7C92" w:rsidP="006C7C92">
      <w:pPr>
        <w:spacing w:after="0" w:line="240" w:lineRule="auto"/>
      </w:pPr>
      <w:r>
        <w:rPr>
          <w:rFonts w:ascii="Consolas" w:eastAsia="Consolas" w:hAnsi="Consolas"/>
          <w:sz w:val="20"/>
        </w:rPr>
        <w:t xml:space="preserve">2. </w:t>
      </w:r>
      <w:proofErr w:type="spellStart"/>
      <w:r>
        <w:rPr>
          <w:rFonts w:ascii="Consolas" w:eastAsia="Consolas" w:hAnsi="Consolas"/>
          <w:sz w:val="20"/>
        </w:rPr>
        <w:t>ini_open</w:t>
      </w:r>
      <w:proofErr w:type="spellEnd"/>
      <w:r>
        <w:rPr>
          <w:rFonts w:ascii="Consolas" w:eastAsia="Consolas" w:hAnsi="Consolas"/>
          <w:sz w:val="20"/>
        </w:rPr>
        <w:t>("Music")</w:t>
      </w:r>
    </w:p>
    <w:p w14:paraId="05FDC66E" w14:textId="77777777" w:rsidR="006C7C92" w:rsidRDefault="006C7C92" w:rsidP="006C7C92">
      <w:pPr>
        <w:spacing w:after="0" w:line="240" w:lineRule="auto"/>
      </w:pPr>
      <w:proofErr w:type="spellStart"/>
      <w:r>
        <w:rPr>
          <w:rFonts w:ascii="Consolas" w:eastAsia="Consolas" w:hAnsi="Consolas"/>
          <w:sz w:val="20"/>
        </w:rPr>
        <w:t>global.mus</w:t>
      </w:r>
      <w:proofErr w:type="spellEnd"/>
      <w:r>
        <w:rPr>
          <w:rFonts w:ascii="Consolas" w:eastAsia="Consolas" w:hAnsi="Consolas"/>
          <w:sz w:val="20"/>
        </w:rPr>
        <w:t>=</w:t>
      </w:r>
      <w:proofErr w:type="spellStart"/>
      <w:r>
        <w:rPr>
          <w:rFonts w:ascii="Consolas" w:eastAsia="Consolas" w:hAnsi="Consolas"/>
          <w:sz w:val="20"/>
        </w:rPr>
        <w:t>ini_read_real</w:t>
      </w:r>
      <w:proofErr w:type="spellEnd"/>
      <w:r>
        <w:rPr>
          <w:rFonts w:ascii="Consolas" w:eastAsia="Consolas" w:hAnsi="Consolas"/>
          <w:sz w:val="20"/>
        </w:rPr>
        <w:t>("Music","Value",1)</w:t>
      </w:r>
    </w:p>
    <w:p w14:paraId="73B2193D" w14:textId="77777777" w:rsidR="006C7C92" w:rsidRDefault="006C7C92" w:rsidP="006C7C92">
      <w:pPr>
        <w:spacing w:after="0" w:line="240" w:lineRule="auto"/>
      </w:pPr>
      <w:proofErr w:type="spellStart"/>
      <w:r>
        <w:rPr>
          <w:rFonts w:ascii="Consolas" w:eastAsia="Consolas" w:hAnsi="Consolas"/>
          <w:sz w:val="20"/>
        </w:rPr>
        <w:t>ini_</w:t>
      </w:r>
      <w:proofErr w:type="gramStart"/>
      <w:r>
        <w:rPr>
          <w:rFonts w:ascii="Consolas" w:eastAsia="Consolas" w:hAnsi="Consolas"/>
          <w:sz w:val="20"/>
        </w:rPr>
        <w:t>close</w:t>
      </w:r>
      <w:proofErr w:type="spellEnd"/>
      <w:r>
        <w:rPr>
          <w:rFonts w:ascii="Consolas" w:eastAsia="Consolas" w:hAnsi="Consolas"/>
          <w:sz w:val="20"/>
        </w:rPr>
        <w:t>(</w:t>
      </w:r>
      <w:proofErr w:type="gramEnd"/>
      <w:r>
        <w:rPr>
          <w:rFonts w:ascii="Consolas" w:eastAsia="Consolas" w:hAnsi="Consolas"/>
          <w:sz w:val="20"/>
        </w:rPr>
        <w:t>)</w:t>
      </w:r>
    </w:p>
    <w:p w14:paraId="127F2A9B" w14:textId="77777777" w:rsidR="006C7C92" w:rsidRDefault="006C7C92" w:rsidP="006C7C92">
      <w:pPr>
        <w:spacing w:after="0" w:line="240" w:lineRule="auto"/>
      </w:pPr>
      <w:proofErr w:type="spellStart"/>
      <w:r>
        <w:rPr>
          <w:rFonts w:ascii="Consolas" w:eastAsia="Consolas" w:hAnsi="Consolas"/>
          <w:sz w:val="20"/>
        </w:rPr>
        <w:t>ini_open</w:t>
      </w:r>
      <w:proofErr w:type="spellEnd"/>
      <w:r>
        <w:rPr>
          <w:rFonts w:ascii="Consolas" w:eastAsia="Consolas" w:hAnsi="Consolas"/>
          <w:sz w:val="20"/>
        </w:rPr>
        <w:t>("screen")</w:t>
      </w:r>
    </w:p>
    <w:p w14:paraId="33923016" w14:textId="77777777" w:rsidR="006C7C92" w:rsidRDefault="006C7C92" w:rsidP="006C7C92">
      <w:pPr>
        <w:spacing w:after="0" w:line="240" w:lineRule="auto"/>
      </w:pPr>
      <w:proofErr w:type="spellStart"/>
      <w:proofErr w:type="gramStart"/>
      <w:r>
        <w:rPr>
          <w:rFonts w:ascii="Consolas" w:eastAsia="Consolas" w:hAnsi="Consolas"/>
          <w:sz w:val="20"/>
        </w:rPr>
        <w:t>global.FullScrn</w:t>
      </w:r>
      <w:proofErr w:type="spellEnd"/>
      <w:proofErr w:type="gramEnd"/>
      <w:r>
        <w:rPr>
          <w:rFonts w:ascii="Consolas" w:eastAsia="Consolas" w:hAnsi="Consolas"/>
          <w:sz w:val="20"/>
        </w:rPr>
        <w:t>=</w:t>
      </w:r>
      <w:proofErr w:type="spellStart"/>
      <w:r>
        <w:rPr>
          <w:rFonts w:ascii="Consolas" w:eastAsia="Consolas" w:hAnsi="Consolas"/>
          <w:sz w:val="20"/>
        </w:rPr>
        <w:t>ini_read_real</w:t>
      </w:r>
      <w:proofErr w:type="spellEnd"/>
      <w:r>
        <w:rPr>
          <w:rFonts w:ascii="Consolas" w:eastAsia="Consolas" w:hAnsi="Consolas"/>
          <w:sz w:val="20"/>
        </w:rPr>
        <w:t>("</w:t>
      </w:r>
      <w:proofErr w:type="spellStart"/>
      <w:r>
        <w:rPr>
          <w:rFonts w:ascii="Consolas" w:eastAsia="Consolas" w:hAnsi="Consolas"/>
          <w:sz w:val="20"/>
        </w:rPr>
        <w:t>screen","full",false</w:t>
      </w:r>
      <w:proofErr w:type="spellEnd"/>
      <w:r>
        <w:rPr>
          <w:rFonts w:ascii="Consolas" w:eastAsia="Consolas" w:hAnsi="Consolas"/>
          <w:sz w:val="20"/>
        </w:rPr>
        <w:t>)</w:t>
      </w:r>
    </w:p>
    <w:p w14:paraId="0A4B832D" w14:textId="77777777" w:rsidR="006C7C92" w:rsidRDefault="006C7C92" w:rsidP="006C7C92">
      <w:pPr>
        <w:spacing w:after="0" w:line="240" w:lineRule="auto"/>
      </w:pPr>
      <w:proofErr w:type="spellStart"/>
      <w:r>
        <w:rPr>
          <w:rFonts w:ascii="Consolas" w:eastAsia="Consolas" w:hAnsi="Consolas"/>
          <w:sz w:val="20"/>
        </w:rPr>
        <w:t>ini_</w:t>
      </w:r>
      <w:proofErr w:type="gramStart"/>
      <w:r>
        <w:rPr>
          <w:rFonts w:ascii="Consolas" w:eastAsia="Consolas" w:hAnsi="Consolas"/>
          <w:sz w:val="20"/>
        </w:rPr>
        <w:t>close</w:t>
      </w:r>
      <w:proofErr w:type="spellEnd"/>
      <w:r>
        <w:rPr>
          <w:rFonts w:ascii="Consolas" w:eastAsia="Consolas" w:hAnsi="Consolas"/>
          <w:sz w:val="20"/>
        </w:rPr>
        <w:t>(</w:t>
      </w:r>
      <w:proofErr w:type="gramEnd"/>
      <w:r>
        <w:rPr>
          <w:rFonts w:ascii="Consolas" w:eastAsia="Consolas" w:hAnsi="Consolas"/>
          <w:sz w:val="20"/>
        </w:rPr>
        <w:t>)</w:t>
      </w:r>
    </w:p>
    <w:p w14:paraId="0DF41E42" w14:textId="77777777" w:rsidR="006C7C92" w:rsidRDefault="006C7C92" w:rsidP="006C7C92">
      <w:pPr>
        <w:spacing w:after="0" w:line="240" w:lineRule="auto"/>
      </w:pPr>
      <w:r>
        <w:rPr>
          <w:rFonts w:ascii="Consolas" w:eastAsia="Consolas" w:hAnsi="Consolas"/>
          <w:sz w:val="20"/>
        </w:rPr>
        <w:t>Extra=false</w:t>
      </w:r>
    </w:p>
    <w:p w14:paraId="69397356" w14:textId="77777777" w:rsidR="006C7C92" w:rsidRDefault="006C7C92" w:rsidP="006C7C92">
      <w:pPr>
        <w:spacing w:after="0" w:line="240" w:lineRule="auto"/>
      </w:pPr>
      <w:proofErr w:type="spellStart"/>
      <w:r>
        <w:rPr>
          <w:rFonts w:ascii="Consolas" w:eastAsia="Consolas" w:hAnsi="Consolas"/>
          <w:sz w:val="20"/>
        </w:rPr>
        <w:t>ini_open</w:t>
      </w:r>
      <w:proofErr w:type="spellEnd"/>
      <w:r>
        <w:rPr>
          <w:rFonts w:ascii="Consolas" w:eastAsia="Consolas" w:hAnsi="Consolas"/>
          <w:sz w:val="20"/>
        </w:rPr>
        <w:t>("</w:t>
      </w:r>
      <w:proofErr w:type="spellStart"/>
      <w:r>
        <w:rPr>
          <w:rFonts w:ascii="Consolas" w:eastAsia="Consolas" w:hAnsi="Consolas"/>
          <w:sz w:val="20"/>
        </w:rPr>
        <w:t>Nohit</w:t>
      </w:r>
      <w:proofErr w:type="spellEnd"/>
      <w:r>
        <w:rPr>
          <w:rFonts w:ascii="Consolas" w:eastAsia="Consolas" w:hAnsi="Consolas"/>
          <w:sz w:val="20"/>
        </w:rPr>
        <w:t>")</w:t>
      </w:r>
    </w:p>
    <w:p w14:paraId="5C0A8E45" w14:textId="77777777" w:rsidR="006C7C92" w:rsidRDefault="006C7C92" w:rsidP="006C7C92">
      <w:pPr>
        <w:spacing w:after="0" w:line="240" w:lineRule="auto"/>
      </w:pPr>
      <w:proofErr w:type="spellStart"/>
      <w:proofErr w:type="gramStart"/>
      <w:r>
        <w:rPr>
          <w:rFonts w:ascii="Consolas" w:eastAsia="Consolas" w:hAnsi="Consolas"/>
          <w:sz w:val="20"/>
        </w:rPr>
        <w:t>global.NoHit</w:t>
      </w:r>
      <w:proofErr w:type="spellEnd"/>
      <w:proofErr w:type="gramEnd"/>
      <w:r>
        <w:rPr>
          <w:rFonts w:ascii="Consolas" w:eastAsia="Consolas" w:hAnsi="Consolas"/>
          <w:sz w:val="20"/>
        </w:rPr>
        <w:t>=</w:t>
      </w:r>
      <w:proofErr w:type="spellStart"/>
      <w:r>
        <w:rPr>
          <w:rFonts w:ascii="Consolas" w:eastAsia="Consolas" w:hAnsi="Consolas"/>
          <w:sz w:val="20"/>
        </w:rPr>
        <w:t>ini_read_real</w:t>
      </w:r>
      <w:proofErr w:type="spellEnd"/>
      <w:r>
        <w:rPr>
          <w:rFonts w:ascii="Consolas" w:eastAsia="Consolas" w:hAnsi="Consolas"/>
          <w:sz w:val="20"/>
        </w:rPr>
        <w:t>("</w:t>
      </w:r>
      <w:proofErr w:type="spellStart"/>
      <w:r>
        <w:rPr>
          <w:rFonts w:ascii="Consolas" w:eastAsia="Consolas" w:hAnsi="Consolas"/>
          <w:sz w:val="20"/>
        </w:rPr>
        <w:t>Nohit</w:t>
      </w:r>
      <w:proofErr w:type="spellEnd"/>
      <w:r>
        <w:rPr>
          <w:rFonts w:ascii="Consolas" w:eastAsia="Consolas" w:hAnsi="Consolas"/>
          <w:sz w:val="20"/>
        </w:rPr>
        <w:t>","</w:t>
      </w:r>
      <w:proofErr w:type="spellStart"/>
      <w:r>
        <w:rPr>
          <w:rFonts w:ascii="Consolas" w:eastAsia="Consolas" w:hAnsi="Consolas"/>
          <w:sz w:val="20"/>
        </w:rPr>
        <w:t>Nohit</w:t>
      </w:r>
      <w:proofErr w:type="spellEnd"/>
      <w:r>
        <w:rPr>
          <w:rFonts w:ascii="Consolas" w:eastAsia="Consolas" w:hAnsi="Consolas"/>
          <w:sz w:val="20"/>
        </w:rPr>
        <w:t>",false)</w:t>
      </w:r>
    </w:p>
    <w:p w14:paraId="1C00D9B7" w14:textId="77777777" w:rsidR="006C7C92" w:rsidRDefault="006C7C92" w:rsidP="006C7C92">
      <w:pPr>
        <w:spacing w:after="0" w:line="240" w:lineRule="auto"/>
      </w:pPr>
      <w:proofErr w:type="spellStart"/>
      <w:r>
        <w:rPr>
          <w:rFonts w:ascii="Consolas" w:eastAsia="Consolas" w:hAnsi="Consolas"/>
          <w:sz w:val="20"/>
        </w:rPr>
        <w:t>ini_</w:t>
      </w:r>
      <w:proofErr w:type="gramStart"/>
      <w:r>
        <w:rPr>
          <w:rFonts w:ascii="Consolas" w:eastAsia="Consolas" w:hAnsi="Consolas"/>
          <w:sz w:val="20"/>
        </w:rPr>
        <w:t>close</w:t>
      </w:r>
      <w:proofErr w:type="spellEnd"/>
      <w:r>
        <w:rPr>
          <w:rFonts w:ascii="Consolas" w:eastAsia="Consolas" w:hAnsi="Consolas"/>
          <w:sz w:val="20"/>
        </w:rPr>
        <w:t>(</w:t>
      </w:r>
      <w:proofErr w:type="gramEnd"/>
      <w:r>
        <w:rPr>
          <w:rFonts w:ascii="Consolas" w:eastAsia="Consolas" w:hAnsi="Consolas"/>
          <w:sz w:val="20"/>
        </w:rPr>
        <w:t>)</w:t>
      </w:r>
    </w:p>
    <w:p w14:paraId="67AD037D" w14:textId="77777777" w:rsidR="006C7C92" w:rsidRDefault="006C7C92" w:rsidP="006C7C92">
      <w:pPr>
        <w:spacing w:after="0" w:line="240" w:lineRule="auto"/>
      </w:pPr>
      <w:proofErr w:type="spellStart"/>
      <w:r>
        <w:rPr>
          <w:rFonts w:ascii="Consolas" w:eastAsia="Consolas" w:hAnsi="Consolas"/>
          <w:sz w:val="20"/>
        </w:rPr>
        <w:t>ini_open</w:t>
      </w:r>
      <w:proofErr w:type="spellEnd"/>
      <w:r>
        <w:rPr>
          <w:rFonts w:ascii="Consolas" w:eastAsia="Consolas" w:hAnsi="Consolas"/>
          <w:sz w:val="20"/>
        </w:rPr>
        <w:t>("passed")</w:t>
      </w:r>
    </w:p>
    <w:p w14:paraId="736BD395" w14:textId="77777777" w:rsidR="006C7C92" w:rsidRDefault="006C7C92" w:rsidP="006C7C92">
      <w:pPr>
        <w:spacing w:after="0" w:line="240" w:lineRule="auto"/>
      </w:pPr>
      <w:r>
        <w:rPr>
          <w:rFonts w:ascii="Consolas" w:eastAsia="Consolas" w:hAnsi="Consolas"/>
          <w:sz w:val="20"/>
        </w:rPr>
        <w:t>Extra=</w:t>
      </w:r>
      <w:proofErr w:type="spellStart"/>
      <w:r>
        <w:rPr>
          <w:rFonts w:ascii="Consolas" w:eastAsia="Consolas" w:hAnsi="Consolas"/>
          <w:sz w:val="20"/>
        </w:rPr>
        <w:t>ini_read_real</w:t>
      </w:r>
      <w:proofErr w:type="spellEnd"/>
      <w:r>
        <w:rPr>
          <w:rFonts w:ascii="Consolas" w:eastAsia="Consolas" w:hAnsi="Consolas"/>
          <w:sz w:val="20"/>
        </w:rPr>
        <w:t>("passed","</w:t>
      </w:r>
      <w:proofErr w:type="spellStart"/>
      <w:r>
        <w:rPr>
          <w:rFonts w:ascii="Consolas" w:eastAsia="Consolas" w:hAnsi="Consolas"/>
          <w:sz w:val="20"/>
        </w:rPr>
        <w:t>extro</w:t>
      </w:r>
      <w:proofErr w:type="spellEnd"/>
      <w:proofErr w:type="gramStart"/>
      <w:r>
        <w:rPr>
          <w:rFonts w:ascii="Consolas" w:eastAsia="Consolas" w:hAnsi="Consolas"/>
          <w:sz w:val="20"/>
        </w:rPr>
        <w:t>",false</w:t>
      </w:r>
      <w:proofErr w:type="gramEnd"/>
      <w:r>
        <w:rPr>
          <w:rFonts w:ascii="Consolas" w:eastAsia="Consolas" w:hAnsi="Consolas"/>
          <w:sz w:val="20"/>
        </w:rPr>
        <w:t>)</w:t>
      </w:r>
    </w:p>
    <w:p w14:paraId="0AA10108" w14:textId="77777777" w:rsidR="006C7C92" w:rsidRDefault="006C7C92" w:rsidP="006C7C92">
      <w:pPr>
        <w:spacing w:after="0" w:line="240" w:lineRule="auto"/>
      </w:pPr>
      <w:proofErr w:type="spellStart"/>
      <w:r>
        <w:rPr>
          <w:rFonts w:ascii="Consolas" w:eastAsia="Consolas" w:hAnsi="Consolas"/>
          <w:sz w:val="20"/>
        </w:rPr>
        <w:t>ini_</w:t>
      </w:r>
      <w:proofErr w:type="gramStart"/>
      <w:r>
        <w:rPr>
          <w:rFonts w:ascii="Consolas" w:eastAsia="Consolas" w:hAnsi="Consolas"/>
          <w:sz w:val="20"/>
        </w:rPr>
        <w:t>close</w:t>
      </w:r>
      <w:proofErr w:type="spellEnd"/>
      <w:r>
        <w:rPr>
          <w:rFonts w:ascii="Consolas" w:eastAsia="Consolas" w:hAnsi="Consolas"/>
          <w:sz w:val="20"/>
        </w:rPr>
        <w:t>(</w:t>
      </w:r>
      <w:proofErr w:type="gramEnd"/>
      <w:r>
        <w:rPr>
          <w:rFonts w:ascii="Consolas" w:eastAsia="Consolas" w:hAnsi="Consolas"/>
          <w:sz w:val="20"/>
        </w:rPr>
        <w:t>)</w:t>
      </w:r>
    </w:p>
    <w:p w14:paraId="5DB133CC" w14:textId="77777777" w:rsidR="006C7C92" w:rsidRDefault="006C7C92" w:rsidP="006C7C92"/>
    <w:p w14:paraId="721CF32C" w14:textId="77777777" w:rsidR="006C7C92" w:rsidRDefault="006C7C92" w:rsidP="006C7C92">
      <w:pPr>
        <w:spacing w:after="0" w:line="240" w:lineRule="auto"/>
      </w:pPr>
      <w:r>
        <w:rPr>
          <w:rFonts w:ascii="Consolas" w:eastAsia="Consolas" w:hAnsi="Consolas"/>
          <w:sz w:val="20"/>
        </w:rPr>
        <w:t xml:space="preserve">3. </w:t>
      </w:r>
      <w:proofErr w:type="spellStart"/>
      <w:r>
        <w:rPr>
          <w:rFonts w:ascii="Consolas" w:eastAsia="Consolas" w:hAnsi="Consolas"/>
          <w:sz w:val="20"/>
        </w:rPr>
        <w:t>ini_open</w:t>
      </w:r>
      <w:proofErr w:type="spellEnd"/>
      <w:r>
        <w:rPr>
          <w:rFonts w:ascii="Consolas" w:eastAsia="Consolas" w:hAnsi="Consolas"/>
          <w:sz w:val="20"/>
        </w:rPr>
        <w:t>("languages")</w:t>
      </w:r>
    </w:p>
    <w:p w14:paraId="5BA9C58F" w14:textId="77777777" w:rsidR="006C7C92" w:rsidRDefault="006C7C92" w:rsidP="006C7C92">
      <w:pPr>
        <w:spacing w:after="0" w:line="240" w:lineRule="auto"/>
      </w:pPr>
      <w:proofErr w:type="spellStart"/>
      <w:proofErr w:type="gramStart"/>
      <w:r>
        <w:rPr>
          <w:rFonts w:ascii="Consolas" w:eastAsia="Consolas" w:hAnsi="Consolas"/>
          <w:sz w:val="20"/>
        </w:rPr>
        <w:t>global.language</w:t>
      </w:r>
      <w:proofErr w:type="spellEnd"/>
      <w:proofErr w:type="gramEnd"/>
      <w:r>
        <w:rPr>
          <w:rFonts w:ascii="Consolas" w:eastAsia="Consolas" w:hAnsi="Consolas"/>
          <w:sz w:val="20"/>
        </w:rPr>
        <w:t>=</w:t>
      </w:r>
      <w:proofErr w:type="spellStart"/>
      <w:r>
        <w:rPr>
          <w:rFonts w:ascii="Consolas" w:eastAsia="Consolas" w:hAnsi="Consolas"/>
          <w:sz w:val="20"/>
        </w:rPr>
        <w:t>ini_read_string</w:t>
      </w:r>
      <w:proofErr w:type="spellEnd"/>
      <w:r>
        <w:rPr>
          <w:rFonts w:ascii="Consolas" w:eastAsia="Consolas" w:hAnsi="Consolas"/>
          <w:sz w:val="20"/>
        </w:rPr>
        <w:t>("</w:t>
      </w:r>
      <w:proofErr w:type="spellStart"/>
      <w:r>
        <w:rPr>
          <w:rFonts w:ascii="Consolas" w:eastAsia="Consolas" w:hAnsi="Consolas"/>
          <w:sz w:val="20"/>
        </w:rPr>
        <w:t>languages","language","ENG</w:t>
      </w:r>
      <w:proofErr w:type="spellEnd"/>
      <w:r>
        <w:rPr>
          <w:rFonts w:ascii="Consolas" w:eastAsia="Consolas" w:hAnsi="Consolas"/>
          <w:sz w:val="20"/>
        </w:rPr>
        <w:t>")</w:t>
      </w:r>
    </w:p>
    <w:p w14:paraId="1B0CF26B" w14:textId="77777777" w:rsidR="006C7C92" w:rsidRDefault="006C7C92" w:rsidP="006C7C92">
      <w:pPr>
        <w:spacing w:after="0" w:line="240" w:lineRule="auto"/>
      </w:pPr>
      <w:proofErr w:type="spellStart"/>
      <w:r>
        <w:rPr>
          <w:rFonts w:ascii="Consolas" w:eastAsia="Consolas" w:hAnsi="Consolas"/>
          <w:sz w:val="20"/>
        </w:rPr>
        <w:t>ini_</w:t>
      </w:r>
      <w:proofErr w:type="gramStart"/>
      <w:r>
        <w:rPr>
          <w:rFonts w:ascii="Consolas" w:eastAsia="Consolas" w:hAnsi="Consolas"/>
          <w:sz w:val="20"/>
        </w:rPr>
        <w:t>close</w:t>
      </w:r>
      <w:proofErr w:type="spellEnd"/>
      <w:r>
        <w:rPr>
          <w:rFonts w:ascii="Consolas" w:eastAsia="Consolas" w:hAnsi="Consolas"/>
          <w:sz w:val="20"/>
        </w:rPr>
        <w:t>(</w:t>
      </w:r>
      <w:proofErr w:type="gramEnd"/>
      <w:r>
        <w:rPr>
          <w:rFonts w:ascii="Consolas" w:eastAsia="Consolas" w:hAnsi="Consolas"/>
          <w:sz w:val="20"/>
        </w:rPr>
        <w:t>)</w:t>
      </w:r>
    </w:p>
    <w:p w14:paraId="5ABCA2D3" w14:textId="77777777" w:rsidR="006C7C92" w:rsidRDefault="006C7C92" w:rsidP="006C7C92">
      <w:pPr>
        <w:spacing w:after="0" w:line="240" w:lineRule="auto"/>
      </w:pPr>
      <w:r>
        <w:rPr>
          <w:rFonts w:ascii="Consolas" w:eastAsia="Consolas" w:hAnsi="Consolas"/>
          <w:sz w:val="20"/>
        </w:rPr>
        <w:t xml:space="preserve">if </w:t>
      </w:r>
      <w:proofErr w:type="gramStart"/>
      <w:r>
        <w:rPr>
          <w:rFonts w:ascii="Consolas" w:eastAsia="Consolas" w:hAnsi="Consolas"/>
          <w:sz w:val="20"/>
        </w:rPr>
        <w:t>(!</w:t>
      </w:r>
      <w:proofErr w:type="spellStart"/>
      <w:r>
        <w:rPr>
          <w:rFonts w:ascii="Consolas" w:eastAsia="Consolas" w:hAnsi="Consolas"/>
          <w:sz w:val="20"/>
        </w:rPr>
        <w:t>variable</w:t>
      </w:r>
      <w:proofErr w:type="gramEnd"/>
      <w:r>
        <w:rPr>
          <w:rFonts w:ascii="Consolas" w:eastAsia="Consolas" w:hAnsi="Consolas"/>
          <w:sz w:val="20"/>
        </w:rPr>
        <w:t>_global_exists</w:t>
      </w:r>
      <w:proofErr w:type="spellEnd"/>
      <w:r>
        <w:rPr>
          <w:rFonts w:ascii="Consolas" w:eastAsia="Consolas" w:hAnsi="Consolas"/>
          <w:sz w:val="20"/>
        </w:rPr>
        <w:t>("</w:t>
      </w:r>
      <w:proofErr w:type="spellStart"/>
      <w:r>
        <w:rPr>
          <w:rFonts w:ascii="Consolas" w:eastAsia="Consolas" w:hAnsi="Consolas"/>
          <w:sz w:val="20"/>
        </w:rPr>
        <w:t>keyBindings</w:t>
      </w:r>
      <w:proofErr w:type="spellEnd"/>
      <w:r>
        <w:rPr>
          <w:rFonts w:ascii="Consolas" w:eastAsia="Consolas" w:hAnsi="Consolas"/>
          <w:sz w:val="20"/>
        </w:rPr>
        <w:t>")) {</w:t>
      </w:r>
    </w:p>
    <w:p w14:paraId="11BF5C16"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global.keyBindings</w:t>
      </w:r>
      <w:proofErr w:type="spellEnd"/>
      <w:proofErr w:type="gramEnd"/>
      <w:r>
        <w:rPr>
          <w:rFonts w:ascii="Consolas" w:eastAsia="Consolas" w:hAnsi="Consolas"/>
          <w:sz w:val="20"/>
        </w:rPr>
        <w:t xml:space="preserve"> = </w:t>
      </w:r>
      <w:proofErr w:type="spellStart"/>
      <w:r>
        <w:rPr>
          <w:rFonts w:ascii="Consolas" w:eastAsia="Consolas" w:hAnsi="Consolas"/>
          <w:sz w:val="20"/>
        </w:rPr>
        <w:t>ds_map_create</w:t>
      </w:r>
      <w:proofErr w:type="spellEnd"/>
      <w:r>
        <w:rPr>
          <w:rFonts w:ascii="Consolas" w:eastAsia="Consolas" w:hAnsi="Consolas"/>
          <w:sz w:val="20"/>
        </w:rPr>
        <w:t>()</w:t>
      </w:r>
    </w:p>
    <w:p w14:paraId="753C6CE3" w14:textId="77777777" w:rsidR="006C7C92" w:rsidRDefault="006C7C92" w:rsidP="006C7C92">
      <w:pPr>
        <w:spacing w:after="0" w:line="240" w:lineRule="auto"/>
      </w:pPr>
      <w:r>
        <w:rPr>
          <w:rFonts w:ascii="Consolas" w:eastAsia="Consolas" w:hAnsi="Consolas"/>
          <w:sz w:val="20"/>
        </w:rPr>
        <w:t>}</w:t>
      </w:r>
    </w:p>
    <w:p w14:paraId="2A2A49CF" w14:textId="77777777" w:rsidR="006C7C92" w:rsidRDefault="006C7C92" w:rsidP="006C7C92"/>
    <w:p w14:paraId="335E6217" w14:textId="77777777" w:rsidR="006C7C92" w:rsidRDefault="006C7C92" w:rsidP="006C7C92">
      <w:pPr>
        <w:spacing w:after="0" w:line="240" w:lineRule="auto"/>
      </w:pPr>
      <w:r>
        <w:rPr>
          <w:rFonts w:ascii="Consolas" w:eastAsia="Consolas" w:hAnsi="Consolas"/>
          <w:sz w:val="20"/>
        </w:rPr>
        <w:t>var keys     = ["left", "right", "up", "down", "</w:t>
      </w:r>
      <w:proofErr w:type="spellStart"/>
      <w:r>
        <w:rPr>
          <w:rFonts w:ascii="Consolas" w:eastAsia="Consolas" w:hAnsi="Consolas"/>
          <w:sz w:val="20"/>
        </w:rPr>
        <w:t>chooise</w:t>
      </w:r>
      <w:proofErr w:type="spellEnd"/>
      <w:r>
        <w:rPr>
          <w:rFonts w:ascii="Consolas" w:eastAsia="Consolas" w:hAnsi="Consolas"/>
          <w:sz w:val="20"/>
        </w:rPr>
        <w:t>", "close", "skip"]</w:t>
      </w:r>
    </w:p>
    <w:p w14:paraId="46E5E8AB" w14:textId="77777777" w:rsidR="006C7C92" w:rsidRDefault="006C7C92" w:rsidP="006C7C92">
      <w:pPr>
        <w:spacing w:after="0" w:line="240" w:lineRule="auto"/>
      </w:pPr>
      <w:r>
        <w:rPr>
          <w:rFonts w:ascii="Consolas" w:eastAsia="Consolas" w:hAnsi="Consolas"/>
          <w:sz w:val="20"/>
        </w:rPr>
        <w:t>var defaults = [</w:t>
      </w:r>
      <w:proofErr w:type="spellStart"/>
      <w:r>
        <w:rPr>
          <w:rFonts w:ascii="Consolas" w:eastAsia="Consolas" w:hAnsi="Consolas"/>
          <w:sz w:val="20"/>
        </w:rPr>
        <w:t>vk_left</w:t>
      </w:r>
      <w:proofErr w:type="spellEnd"/>
      <w:r>
        <w:rPr>
          <w:rFonts w:ascii="Consolas" w:eastAsia="Consolas" w:hAnsi="Consolas"/>
          <w:sz w:val="20"/>
        </w:rPr>
        <w:t xml:space="preserve">, </w:t>
      </w:r>
      <w:proofErr w:type="spellStart"/>
      <w:r>
        <w:rPr>
          <w:rFonts w:ascii="Consolas" w:eastAsia="Consolas" w:hAnsi="Consolas"/>
          <w:sz w:val="20"/>
        </w:rPr>
        <w:t>vk_right</w:t>
      </w:r>
      <w:proofErr w:type="spellEnd"/>
      <w:r>
        <w:rPr>
          <w:rFonts w:ascii="Consolas" w:eastAsia="Consolas" w:hAnsi="Consolas"/>
          <w:sz w:val="20"/>
        </w:rPr>
        <w:t xml:space="preserve">, </w:t>
      </w:r>
      <w:proofErr w:type="spellStart"/>
      <w:r>
        <w:rPr>
          <w:rFonts w:ascii="Consolas" w:eastAsia="Consolas" w:hAnsi="Consolas"/>
          <w:sz w:val="20"/>
        </w:rPr>
        <w:t>vk_up</w:t>
      </w:r>
      <w:proofErr w:type="spellEnd"/>
      <w:r>
        <w:rPr>
          <w:rFonts w:ascii="Consolas" w:eastAsia="Consolas" w:hAnsi="Consolas"/>
          <w:sz w:val="20"/>
        </w:rPr>
        <w:t xml:space="preserve">, </w:t>
      </w:r>
      <w:proofErr w:type="spellStart"/>
      <w:r>
        <w:rPr>
          <w:rFonts w:ascii="Consolas" w:eastAsia="Consolas" w:hAnsi="Consolas"/>
          <w:sz w:val="20"/>
        </w:rPr>
        <w:t>vk_down</w:t>
      </w:r>
      <w:proofErr w:type="spellEnd"/>
      <w:r>
        <w:rPr>
          <w:rFonts w:ascii="Consolas" w:eastAsia="Consolas" w:hAnsi="Consolas"/>
          <w:sz w:val="20"/>
        </w:rPr>
        <w:t xml:space="preserve">, </w:t>
      </w:r>
      <w:proofErr w:type="spellStart"/>
      <w:r>
        <w:rPr>
          <w:rFonts w:ascii="Consolas" w:eastAsia="Consolas" w:hAnsi="Consolas"/>
          <w:sz w:val="20"/>
        </w:rPr>
        <w:t>ord</w:t>
      </w:r>
      <w:proofErr w:type="spellEnd"/>
      <w:r>
        <w:rPr>
          <w:rFonts w:ascii="Consolas" w:eastAsia="Consolas" w:hAnsi="Consolas"/>
          <w:sz w:val="20"/>
        </w:rPr>
        <w:t xml:space="preserve">("Z"), </w:t>
      </w:r>
      <w:proofErr w:type="spellStart"/>
      <w:r>
        <w:rPr>
          <w:rFonts w:ascii="Consolas" w:eastAsia="Consolas" w:hAnsi="Consolas"/>
          <w:sz w:val="20"/>
        </w:rPr>
        <w:t>ord</w:t>
      </w:r>
      <w:proofErr w:type="spellEnd"/>
      <w:r>
        <w:rPr>
          <w:rFonts w:ascii="Consolas" w:eastAsia="Consolas" w:hAnsi="Consolas"/>
          <w:sz w:val="20"/>
        </w:rPr>
        <w:t xml:space="preserve">("X"), </w:t>
      </w:r>
      <w:proofErr w:type="spellStart"/>
      <w:r>
        <w:rPr>
          <w:rFonts w:ascii="Consolas" w:eastAsia="Consolas" w:hAnsi="Consolas"/>
          <w:sz w:val="20"/>
        </w:rPr>
        <w:t>ord</w:t>
      </w:r>
      <w:proofErr w:type="spellEnd"/>
      <w:r>
        <w:rPr>
          <w:rFonts w:ascii="Consolas" w:eastAsia="Consolas" w:hAnsi="Consolas"/>
          <w:sz w:val="20"/>
        </w:rPr>
        <w:t>("C")]</w:t>
      </w:r>
    </w:p>
    <w:p w14:paraId="7D1BB991" w14:textId="77777777" w:rsidR="006C7C92" w:rsidRDefault="006C7C92" w:rsidP="006C7C92"/>
    <w:p w14:paraId="2BAADA86" w14:textId="77777777" w:rsidR="006C7C92" w:rsidRDefault="006C7C92" w:rsidP="006C7C92">
      <w:pPr>
        <w:spacing w:after="0" w:line="240" w:lineRule="auto"/>
      </w:pPr>
      <w:proofErr w:type="spellStart"/>
      <w:r>
        <w:rPr>
          <w:rFonts w:ascii="Consolas" w:eastAsia="Consolas" w:hAnsi="Consolas"/>
          <w:sz w:val="20"/>
        </w:rPr>
        <w:t>ini_open</w:t>
      </w:r>
      <w:proofErr w:type="spellEnd"/>
      <w:r>
        <w:rPr>
          <w:rFonts w:ascii="Consolas" w:eastAsia="Consolas" w:hAnsi="Consolas"/>
          <w:sz w:val="20"/>
        </w:rPr>
        <w:t>("Keys");</w:t>
      </w:r>
    </w:p>
    <w:p w14:paraId="548E216B" w14:textId="77777777" w:rsidR="006C7C92" w:rsidRDefault="006C7C92" w:rsidP="006C7C92"/>
    <w:p w14:paraId="6BA4DE6F" w14:textId="77777777" w:rsidR="006C7C92" w:rsidRDefault="006C7C92" w:rsidP="006C7C92">
      <w:pPr>
        <w:spacing w:after="0" w:line="240" w:lineRule="auto"/>
      </w:pPr>
      <w:r>
        <w:rPr>
          <w:rFonts w:ascii="Consolas" w:eastAsia="Consolas" w:hAnsi="Consolas"/>
          <w:sz w:val="20"/>
        </w:rPr>
        <w:t xml:space="preserve">for (var </w:t>
      </w:r>
      <w:proofErr w:type="spellStart"/>
      <w:r>
        <w:rPr>
          <w:rFonts w:ascii="Consolas" w:eastAsia="Consolas" w:hAnsi="Consolas"/>
          <w:sz w:val="20"/>
        </w:rPr>
        <w:t>i</w:t>
      </w:r>
      <w:proofErr w:type="spellEnd"/>
      <w:r>
        <w:rPr>
          <w:rFonts w:ascii="Consolas" w:eastAsia="Consolas" w:hAnsi="Consolas"/>
          <w:sz w:val="20"/>
        </w:rPr>
        <w:t xml:space="preserve"> = 0; </w:t>
      </w:r>
      <w:proofErr w:type="spellStart"/>
      <w:r>
        <w:rPr>
          <w:rFonts w:ascii="Consolas" w:eastAsia="Consolas" w:hAnsi="Consolas"/>
          <w:sz w:val="20"/>
        </w:rPr>
        <w:t>i</w:t>
      </w:r>
      <w:proofErr w:type="spellEnd"/>
      <w:r>
        <w:rPr>
          <w:rFonts w:ascii="Consolas" w:eastAsia="Consolas" w:hAnsi="Consolas"/>
          <w:sz w:val="20"/>
        </w:rPr>
        <w:t xml:space="preserve"> &lt; </w:t>
      </w:r>
      <w:proofErr w:type="spellStart"/>
      <w:r>
        <w:rPr>
          <w:rFonts w:ascii="Consolas" w:eastAsia="Consolas" w:hAnsi="Consolas"/>
          <w:sz w:val="20"/>
        </w:rPr>
        <w:t>array_length</w:t>
      </w:r>
      <w:proofErr w:type="spellEnd"/>
      <w:r>
        <w:rPr>
          <w:rFonts w:ascii="Consolas" w:eastAsia="Consolas" w:hAnsi="Consolas"/>
          <w:sz w:val="20"/>
        </w:rPr>
        <w:t xml:space="preserve">(keys); </w:t>
      </w:r>
      <w:proofErr w:type="spellStart"/>
      <w:r>
        <w:rPr>
          <w:rFonts w:ascii="Consolas" w:eastAsia="Consolas" w:hAnsi="Consolas"/>
          <w:sz w:val="20"/>
        </w:rPr>
        <w:t>i</w:t>
      </w:r>
      <w:proofErr w:type="spellEnd"/>
      <w:r>
        <w:rPr>
          <w:rFonts w:ascii="Consolas" w:eastAsia="Consolas" w:hAnsi="Consolas"/>
          <w:sz w:val="20"/>
        </w:rPr>
        <w:t>++) {</w:t>
      </w:r>
    </w:p>
    <w:p w14:paraId="2EF63CFD" w14:textId="77777777" w:rsidR="006C7C92" w:rsidRDefault="006C7C92" w:rsidP="006C7C92">
      <w:pPr>
        <w:spacing w:after="0" w:line="240" w:lineRule="auto"/>
      </w:pPr>
      <w:r>
        <w:rPr>
          <w:rFonts w:ascii="Consolas" w:eastAsia="Consolas" w:hAnsi="Consolas"/>
          <w:sz w:val="20"/>
        </w:rPr>
        <w:t xml:space="preserve">    var k = keys[</w:t>
      </w:r>
      <w:proofErr w:type="spellStart"/>
      <w:r>
        <w:rPr>
          <w:rFonts w:ascii="Consolas" w:eastAsia="Consolas" w:hAnsi="Consolas"/>
          <w:sz w:val="20"/>
        </w:rPr>
        <w:t>i</w:t>
      </w:r>
      <w:proofErr w:type="spellEnd"/>
      <w:r>
        <w:rPr>
          <w:rFonts w:ascii="Consolas" w:eastAsia="Consolas" w:hAnsi="Consolas"/>
          <w:sz w:val="20"/>
        </w:rPr>
        <w:t>];</w:t>
      </w:r>
    </w:p>
    <w:p w14:paraId="378E88B5" w14:textId="77777777" w:rsidR="006C7C92" w:rsidRDefault="006C7C92" w:rsidP="006C7C92">
      <w:pPr>
        <w:spacing w:after="0" w:line="240" w:lineRule="auto"/>
      </w:pPr>
      <w:r>
        <w:rPr>
          <w:rFonts w:ascii="Consolas" w:eastAsia="Consolas" w:hAnsi="Consolas"/>
          <w:sz w:val="20"/>
        </w:rPr>
        <w:t xml:space="preserve">    var def = defaults[</w:t>
      </w:r>
      <w:proofErr w:type="spellStart"/>
      <w:r>
        <w:rPr>
          <w:rFonts w:ascii="Consolas" w:eastAsia="Consolas" w:hAnsi="Consolas"/>
          <w:sz w:val="20"/>
        </w:rPr>
        <w:t>i</w:t>
      </w:r>
      <w:proofErr w:type="spellEnd"/>
      <w:r>
        <w:rPr>
          <w:rFonts w:ascii="Consolas" w:eastAsia="Consolas" w:hAnsi="Consolas"/>
          <w:sz w:val="20"/>
        </w:rPr>
        <w:t>];</w:t>
      </w:r>
    </w:p>
    <w:p w14:paraId="721F5693" w14:textId="77777777" w:rsidR="006C7C92" w:rsidRDefault="006C7C92" w:rsidP="006C7C92"/>
    <w:p w14:paraId="374948E7"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ini_key_</w:t>
      </w:r>
      <w:proofErr w:type="gramStart"/>
      <w:r>
        <w:rPr>
          <w:rFonts w:ascii="Consolas" w:eastAsia="Consolas" w:hAnsi="Consolas"/>
          <w:sz w:val="20"/>
        </w:rPr>
        <w:t>exists</w:t>
      </w:r>
      <w:proofErr w:type="spellEnd"/>
      <w:r>
        <w:rPr>
          <w:rFonts w:ascii="Consolas" w:eastAsia="Consolas" w:hAnsi="Consolas"/>
          <w:sz w:val="20"/>
        </w:rPr>
        <w:t>(</w:t>
      </w:r>
      <w:proofErr w:type="gramEnd"/>
      <w:r>
        <w:rPr>
          <w:rFonts w:ascii="Consolas" w:eastAsia="Consolas" w:hAnsi="Consolas"/>
          <w:sz w:val="20"/>
        </w:rPr>
        <w:t>"Keys", k)) {</w:t>
      </w:r>
    </w:p>
    <w:p w14:paraId="117E975E"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global.keyBindings</w:t>
      </w:r>
      <w:proofErr w:type="spellEnd"/>
      <w:proofErr w:type="gramEnd"/>
      <w:r>
        <w:rPr>
          <w:rFonts w:ascii="Consolas" w:eastAsia="Consolas" w:hAnsi="Consolas"/>
          <w:sz w:val="20"/>
        </w:rPr>
        <w:t xml:space="preserve">[? k] = </w:t>
      </w:r>
      <w:proofErr w:type="spellStart"/>
      <w:r>
        <w:rPr>
          <w:rFonts w:ascii="Consolas" w:eastAsia="Consolas" w:hAnsi="Consolas"/>
          <w:sz w:val="20"/>
        </w:rPr>
        <w:t>ini_read_real</w:t>
      </w:r>
      <w:proofErr w:type="spellEnd"/>
      <w:r>
        <w:rPr>
          <w:rFonts w:ascii="Consolas" w:eastAsia="Consolas" w:hAnsi="Consolas"/>
          <w:sz w:val="20"/>
        </w:rPr>
        <w:t>("Keys", k, def)</w:t>
      </w:r>
    </w:p>
    <w:p w14:paraId="4081B5A2" w14:textId="77777777" w:rsidR="006C7C92" w:rsidRDefault="006C7C92" w:rsidP="006C7C92">
      <w:pPr>
        <w:spacing w:after="0" w:line="240" w:lineRule="auto"/>
      </w:pPr>
      <w:r>
        <w:rPr>
          <w:rFonts w:ascii="Consolas" w:eastAsia="Consolas" w:hAnsi="Consolas"/>
          <w:sz w:val="20"/>
        </w:rPr>
        <w:t xml:space="preserve">    } else {</w:t>
      </w:r>
    </w:p>
    <w:p w14:paraId="4B21E271"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global.keyBindings</w:t>
      </w:r>
      <w:proofErr w:type="spellEnd"/>
      <w:proofErr w:type="gramEnd"/>
      <w:r>
        <w:rPr>
          <w:rFonts w:ascii="Consolas" w:eastAsia="Consolas" w:hAnsi="Consolas"/>
          <w:sz w:val="20"/>
        </w:rPr>
        <w:t>[? k] = def</w:t>
      </w:r>
    </w:p>
    <w:p w14:paraId="6DF8D3AD" w14:textId="77777777" w:rsidR="006C7C92" w:rsidRDefault="006C7C92" w:rsidP="006C7C92">
      <w:pPr>
        <w:spacing w:after="0" w:line="240" w:lineRule="auto"/>
      </w:pPr>
      <w:r>
        <w:rPr>
          <w:rFonts w:ascii="Consolas" w:eastAsia="Consolas" w:hAnsi="Consolas"/>
          <w:sz w:val="20"/>
        </w:rPr>
        <w:t xml:space="preserve">    }</w:t>
      </w:r>
    </w:p>
    <w:p w14:paraId="7DDD90C0" w14:textId="77777777" w:rsidR="006C7C92" w:rsidRPr="001639F1" w:rsidRDefault="006C7C92" w:rsidP="006C7C92">
      <w:pPr>
        <w:spacing w:after="0" w:line="240" w:lineRule="auto"/>
        <w:rPr>
          <w:lang w:val="ru-RU"/>
        </w:rPr>
      </w:pPr>
      <w:r w:rsidRPr="001639F1">
        <w:rPr>
          <w:rFonts w:ascii="Consolas" w:eastAsia="Consolas" w:hAnsi="Consolas"/>
          <w:sz w:val="20"/>
          <w:lang w:val="ru-RU"/>
        </w:rPr>
        <w:t>}</w:t>
      </w:r>
    </w:p>
    <w:p w14:paraId="38070E29" w14:textId="77777777" w:rsidR="006C7C92" w:rsidRPr="001639F1" w:rsidRDefault="006C7C92" w:rsidP="006C7C92">
      <w:pPr>
        <w:rPr>
          <w:lang w:val="ru-RU"/>
        </w:rPr>
      </w:pPr>
    </w:p>
    <w:p w14:paraId="01B710D7" w14:textId="77777777" w:rsidR="006C7C92" w:rsidRPr="001639F1" w:rsidRDefault="006C7C92" w:rsidP="006C7C92">
      <w:pPr>
        <w:spacing w:after="0" w:line="240" w:lineRule="auto"/>
        <w:rPr>
          <w:lang w:val="ru-RU"/>
        </w:rPr>
      </w:pPr>
      <w:proofErr w:type="spellStart"/>
      <w:r>
        <w:rPr>
          <w:rFonts w:ascii="Consolas" w:eastAsia="Consolas" w:hAnsi="Consolas"/>
          <w:sz w:val="20"/>
        </w:rPr>
        <w:t>ini</w:t>
      </w:r>
      <w:proofErr w:type="spellEnd"/>
      <w:r w:rsidRPr="001639F1">
        <w:rPr>
          <w:rFonts w:ascii="Consolas" w:eastAsia="Consolas" w:hAnsi="Consolas"/>
          <w:sz w:val="20"/>
          <w:lang w:val="ru-RU"/>
        </w:rPr>
        <w:t>_</w:t>
      </w:r>
      <w:proofErr w:type="gramStart"/>
      <w:r>
        <w:rPr>
          <w:rFonts w:ascii="Consolas" w:eastAsia="Consolas" w:hAnsi="Consolas"/>
          <w:sz w:val="20"/>
        </w:rPr>
        <w:t>close</w:t>
      </w:r>
      <w:r w:rsidRPr="001639F1">
        <w:rPr>
          <w:rFonts w:ascii="Consolas" w:eastAsia="Consolas" w:hAnsi="Consolas"/>
          <w:sz w:val="20"/>
          <w:lang w:val="ru-RU"/>
        </w:rPr>
        <w:t>(</w:t>
      </w:r>
      <w:proofErr w:type="gramEnd"/>
      <w:r w:rsidRPr="001639F1">
        <w:rPr>
          <w:rFonts w:ascii="Consolas" w:eastAsia="Consolas" w:hAnsi="Consolas"/>
          <w:sz w:val="20"/>
          <w:lang w:val="ru-RU"/>
        </w:rPr>
        <w:t>)</w:t>
      </w:r>
    </w:p>
    <w:p w14:paraId="670DC8B1" w14:textId="77777777" w:rsidR="006C7C92" w:rsidRPr="001639F1" w:rsidRDefault="006C7C92" w:rsidP="006C7C92">
      <w:pPr>
        <w:rPr>
          <w:lang w:val="ru-RU"/>
        </w:rPr>
      </w:pPr>
    </w:p>
    <w:p w14:paraId="16D91E2D" w14:textId="77777777" w:rsidR="006C7C92" w:rsidRPr="006C7C92" w:rsidRDefault="006C7C92" w:rsidP="006C7C92">
      <w:pPr>
        <w:spacing w:after="0" w:line="360" w:lineRule="auto"/>
        <w:ind w:firstLine="709"/>
        <w:jc w:val="both"/>
        <w:rPr>
          <w:rFonts w:ascii="Times New Roman" w:hAnsi="Times New Roman" w:cs="Times New Roman"/>
          <w:sz w:val="28"/>
          <w:szCs w:val="28"/>
          <w:lang w:val="uk-UA"/>
        </w:rPr>
      </w:pPr>
      <w:r w:rsidRPr="006C7C92">
        <w:rPr>
          <w:rFonts w:ascii="Times New Roman" w:hAnsi="Times New Roman" w:cs="Times New Roman"/>
          <w:sz w:val="28"/>
          <w:szCs w:val="28"/>
          <w:lang w:val="uk-UA"/>
        </w:rPr>
        <w:lastRenderedPageBreak/>
        <w:t xml:space="preserve">Код котрий відповідає за предмети в інвентарі програш музики в ігровому меню та налаштування клавіш </w:t>
      </w:r>
    </w:p>
    <w:p w14:paraId="22674FBC" w14:textId="77777777" w:rsidR="006C7C92" w:rsidRPr="001639F1" w:rsidRDefault="006C7C92" w:rsidP="006C7C92">
      <w:pPr>
        <w:rPr>
          <w:lang w:val="ru-RU"/>
        </w:rPr>
      </w:pPr>
    </w:p>
    <w:p w14:paraId="706A994A" w14:textId="77777777" w:rsidR="006C7C92" w:rsidRDefault="006C7C92" w:rsidP="006C7C92">
      <w:pPr>
        <w:spacing w:after="0" w:line="240" w:lineRule="auto"/>
      </w:pPr>
      <w:r>
        <w:rPr>
          <w:rFonts w:ascii="Consolas" w:eastAsia="Consolas" w:hAnsi="Consolas"/>
          <w:sz w:val="20"/>
        </w:rPr>
        <w:t xml:space="preserve">4. </w:t>
      </w:r>
      <w:proofErr w:type="gramStart"/>
      <w:r>
        <w:rPr>
          <w:rFonts w:ascii="Consolas" w:eastAsia="Consolas" w:hAnsi="Consolas"/>
          <w:sz w:val="20"/>
        </w:rPr>
        <w:t>global.FontBlack</w:t>
      </w:r>
      <w:proofErr w:type="gramEnd"/>
      <w:r>
        <w:rPr>
          <w:rFonts w:ascii="Consolas" w:eastAsia="Consolas" w:hAnsi="Consolas"/>
          <w:sz w:val="20"/>
        </w:rPr>
        <w:t>=font_add_sprite_ext(spr_Font_black,"ABCDEFGHIJKLMNOPQRSTUVWXYZabcdefghijklmnopqrstuvwxyz0123456789.,?!@_*#$%&amp;()+-/:;&lt;=&gt;[\\]^`{|}~'\" АБВГДЕЁЖЗИЙКЛМНОПРСТУФХЦЧШЩЪЫЬЭЮЯабвгдеёжзийклмнопрстуфхцчшщъyьэюяҐЄІЇґєії",true,0)</w:t>
      </w:r>
    </w:p>
    <w:p w14:paraId="44879C5A" w14:textId="77777777" w:rsidR="006C7C92" w:rsidRDefault="006C7C92" w:rsidP="006C7C92">
      <w:pPr>
        <w:spacing w:after="0" w:line="240" w:lineRule="auto"/>
      </w:pPr>
      <w:proofErr w:type="gramStart"/>
      <w:r>
        <w:rPr>
          <w:rFonts w:ascii="Consolas" w:eastAsia="Consolas" w:hAnsi="Consolas"/>
          <w:sz w:val="20"/>
        </w:rPr>
        <w:t>global.FontMain</w:t>
      </w:r>
      <w:proofErr w:type="gramEnd"/>
      <w:r>
        <w:rPr>
          <w:rFonts w:ascii="Consolas" w:eastAsia="Consolas" w:hAnsi="Consolas"/>
          <w:sz w:val="20"/>
        </w:rPr>
        <w:t>=font_add_sprite_ext(spr_Font_main,"ABCDEFGHIJKLMNOPQRSTUVWXYZabcdefghijklmnopqrstuvwxyz0123456789.,?!@_*#$%&amp;()+-/:;&lt;=&gt;[\\]^`{|}~'\" АБВГДЕЁЖЗИЙКЛМНОПРСТУФХЦЧШЩЪЫЬЭЮЯабвгдеёжзийклмнопрстуфхцчшщъyьэюяҐЄІЇґєії",true,0)</w:t>
      </w:r>
    </w:p>
    <w:p w14:paraId="2185F4E6" w14:textId="77777777" w:rsidR="006C7C92" w:rsidRDefault="006C7C92" w:rsidP="006C7C92">
      <w:pPr>
        <w:spacing w:after="0" w:line="240" w:lineRule="auto"/>
      </w:pPr>
      <w:proofErr w:type="gramStart"/>
      <w:r>
        <w:rPr>
          <w:rFonts w:ascii="Consolas" w:eastAsia="Consolas" w:hAnsi="Consolas"/>
          <w:sz w:val="20"/>
        </w:rPr>
        <w:t>global.FontHp</w:t>
      </w:r>
      <w:proofErr w:type="gramEnd"/>
      <w:r>
        <w:rPr>
          <w:rFonts w:ascii="Consolas" w:eastAsia="Consolas" w:hAnsi="Consolas"/>
          <w:sz w:val="20"/>
        </w:rPr>
        <w:t>=font_add_sprite_ext(spr_font_hp,"0123456789-+",true,2)</w:t>
      </w:r>
    </w:p>
    <w:p w14:paraId="2B10EAFB" w14:textId="77777777" w:rsidR="006C7C92" w:rsidRDefault="006C7C92" w:rsidP="006C7C92">
      <w:pPr>
        <w:spacing w:after="0" w:line="240" w:lineRule="auto"/>
      </w:pPr>
      <w:proofErr w:type="gramStart"/>
      <w:r>
        <w:rPr>
          <w:rFonts w:ascii="Consolas" w:eastAsia="Consolas" w:hAnsi="Consolas"/>
          <w:sz w:val="20"/>
        </w:rPr>
        <w:t>global.FontNumbers</w:t>
      </w:r>
      <w:proofErr w:type="gramEnd"/>
      <w:r>
        <w:rPr>
          <w:rFonts w:ascii="Consolas" w:eastAsia="Consolas" w:hAnsi="Consolas"/>
          <w:sz w:val="20"/>
        </w:rPr>
        <w:t>=font_add_sprite_ext(spr_number_font,"0123456789+-%",true,0)</w:t>
      </w:r>
    </w:p>
    <w:p w14:paraId="43136757" w14:textId="77777777" w:rsidR="006C7C92" w:rsidRDefault="006C7C92" w:rsidP="006C7C92">
      <w:pPr>
        <w:spacing w:after="0" w:line="240" w:lineRule="auto"/>
      </w:pPr>
      <w:proofErr w:type="gramStart"/>
      <w:r>
        <w:rPr>
          <w:rFonts w:ascii="Consolas" w:eastAsia="Consolas" w:hAnsi="Consolas"/>
          <w:sz w:val="20"/>
        </w:rPr>
        <w:t>global.FontNumbersGold</w:t>
      </w:r>
      <w:proofErr w:type="gramEnd"/>
      <w:r>
        <w:rPr>
          <w:rFonts w:ascii="Consolas" w:eastAsia="Consolas" w:hAnsi="Consolas"/>
          <w:sz w:val="20"/>
        </w:rPr>
        <w:t>=font_add_sprite_ext(spr_number_font_gold,"0123456789+-%/",true,0)</w:t>
      </w:r>
    </w:p>
    <w:p w14:paraId="5A704B5F" w14:textId="77777777" w:rsidR="006C7C92" w:rsidRDefault="006C7C92" w:rsidP="006C7C92">
      <w:pPr>
        <w:spacing w:after="0" w:line="240" w:lineRule="auto"/>
      </w:pPr>
      <w:proofErr w:type="spellStart"/>
      <w:proofErr w:type="gramStart"/>
      <w:r>
        <w:rPr>
          <w:rFonts w:ascii="Consolas" w:eastAsia="Consolas" w:hAnsi="Consolas"/>
          <w:sz w:val="20"/>
        </w:rPr>
        <w:t>global.FontTextBubles</w:t>
      </w:r>
      <w:proofErr w:type="spellEnd"/>
      <w:proofErr w:type="gramEnd"/>
      <w:r>
        <w:rPr>
          <w:rFonts w:ascii="Consolas" w:eastAsia="Consolas" w:hAnsi="Consolas"/>
          <w:sz w:val="20"/>
        </w:rPr>
        <w:t xml:space="preserve"> = </w:t>
      </w:r>
      <w:proofErr w:type="spellStart"/>
      <w:r>
        <w:rPr>
          <w:rFonts w:ascii="Consolas" w:eastAsia="Consolas" w:hAnsi="Consolas"/>
          <w:sz w:val="20"/>
        </w:rPr>
        <w:t>font_add_sprite_ext</w:t>
      </w:r>
      <w:proofErr w:type="spellEnd"/>
      <w:r>
        <w:rPr>
          <w:rFonts w:ascii="Consolas" w:eastAsia="Consolas" w:hAnsi="Consolas"/>
          <w:sz w:val="20"/>
        </w:rPr>
        <w:t>(</w:t>
      </w:r>
      <w:proofErr w:type="spellStart"/>
      <w:r>
        <w:rPr>
          <w:rFonts w:ascii="Consolas" w:eastAsia="Consolas" w:hAnsi="Consolas"/>
          <w:sz w:val="20"/>
        </w:rPr>
        <w:t>spr_bubles_text</w:t>
      </w:r>
      <w:proofErr w:type="spellEnd"/>
      <w:r>
        <w:rPr>
          <w:rFonts w:ascii="Consolas" w:eastAsia="Consolas" w:hAnsi="Consolas"/>
          <w:sz w:val="20"/>
        </w:rPr>
        <w:t>, "ABCDEFGHIJKLMNOPQRSTUVWXYZabcdefghijklmnopqrstuvwxyz1234567890.,:;!?-/&amp;$'\"~()[]{}+*@%^`&lt;=&gt;\\|_ #АБВГДЕЁЖЗИЙКЛМНОПРСТУФХЦЧШЩЪЫЬЭЮЯабвгдеёжзийклмнопрстуфхцчшщъyьэюяҐЄІЇґєії", true, 1)</w:t>
      </w:r>
    </w:p>
    <w:p w14:paraId="21086264" w14:textId="77777777" w:rsidR="006C7C92" w:rsidRDefault="006C7C92" w:rsidP="006C7C92">
      <w:pPr>
        <w:spacing w:after="0" w:line="240" w:lineRule="auto"/>
      </w:pPr>
      <w:proofErr w:type="spellStart"/>
      <w:proofErr w:type="gramStart"/>
      <w:r>
        <w:rPr>
          <w:rFonts w:ascii="Consolas" w:eastAsia="Consolas" w:hAnsi="Consolas"/>
          <w:sz w:val="20"/>
        </w:rPr>
        <w:t>global.FontTextSmall</w:t>
      </w:r>
      <w:proofErr w:type="spellEnd"/>
      <w:proofErr w:type="gramEnd"/>
      <w:r>
        <w:rPr>
          <w:rFonts w:ascii="Consolas" w:eastAsia="Consolas" w:hAnsi="Consolas"/>
          <w:sz w:val="20"/>
        </w:rPr>
        <w:t xml:space="preserve"> = </w:t>
      </w:r>
      <w:proofErr w:type="spellStart"/>
      <w:r>
        <w:rPr>
          <w:rFonts w:ascii="Consolas" w:eastAsia="Consolas" w:hAnsi="Consolas"/>
          <w:sz w:val="20"/>
        </w:rPr>
        <w:t>font_add_sprite_ext</w:t>
      </w:r>
      <w:proofErr w:type="spellEnd"/>
      <w:r>
        <w:rPr>
          <w:rFonts w:ascii="Consolas" w:eastAsia="Consolas" w:hAnsi="Consolas"/>
          <w:sz w:val="20"/>
        </w:rPr>
        <w:t>(spr_bubles_text_2, "ABCDEFGHIJKLMNOPQRSTUVWXYZabcdefghijklmnopqrstuvwxyz1234567890.,:;!?-/&amp;$'\"~()[]{}+*@%^`&lt;=&gt;\\|_ #АБВГДЕЁЖЗИЙКЛМНОПРСТУФХЦЧШЩЪЫЬЭЮЯабвгдеёжзийклмнопрстуфхцчшщъyьэюяҐЄІЇґєії", true, 1)</w:t>
      </w:r>
    </w:p>
    <w:p w14:paraId="59B358DD" w14:textId="77777777" w:rsidR="006C7C92" w:rsidRDefault="006C7C92" w:rsidP="006C7C92"/>
    <w:p w14:paraId="5064FB83" w14:textId="77777777" w:rsidR="006C7C92" w:rsidRDefault="006C7C92" w:rsidP="006C7C92">
      <w:pPr>
        <w:spacing w:after="0" w:line="240" w:lineRule="auto"/>
      </w:pPr>
      <w:r>
        <w:rPr>
          <w:rFonts w:ascii="Consolas" w:eastAsia="Consolas" w:hAnsi="Consolas"/>
          <w:sz w:val="20"/>
        </w:rPr>
        <w:t>5. if (</w:t>
      </w:r>
      <w:proofErr w:type="spellStart"/>
      <w:r>
        <w:rPr>
          <w:rFonts w:ascii="Consolas" w:eastAsia="Consolas" w:hAnsi="Consolas"/>
          <w:sz w:val="20"/>
        </w:rPr>
        <w:t>keyboard_check_pressed</w:t>
      </w:r>
      <w:proofErr w:type="spellEnd"/>
      <w:r>
        <w:rPr>
          <w:rFonts w:ascii="Consolas" w:eastAsia="Consolas" w:hAnsi="Consolas"/>
          <w:sz w:val="20"/>
        </w:rPr>
        <w:t>(vk_f4</w:t>
      </w:r>
      <w:proofErr w:type="gramStart"/>
      <w:r>
        <w:rPr>
          <w:rFonts w:ascii="Consolas" w:eastAsia="Consolas" w:hAnsi="Consolas"/>
          <w:sz w:val="20"/>
        </w:rPr>
        <w:t>)  (</w:t>
      </w:r>
      <w:proofErr w:type="spellStart"/>
      <w:proofErr w:type="gramEnd"/>
      <w:r>
        <w:rPr>
          <w:rFonts w:ascii="Consolas" w:eastAsia="Consolas" w:hAnsi="Consolas"/>
          <w:sz w:val="20"/>
        </w:rPr>
        <w:t>keyboard_check</w:t>
      </w:r>
      <w:proofErr w:type="spellEnd"/>
      <w:r>
        <w:rPr>
          <w:rFonts w:ascii="Consolas" w:eastAsia="Consolas" w:hAnsi="Consolas"/>
          <w:sz w:val="20"/>
        </w:rPr>
        <w:t>(</w:t>
      </w:r>
      <w:proofErr w:type="spellStart"/>
      <w:r>
        <w:rPr>
          <w:rFonts w:ascii="Consolas" w:eastAsia="Consolas" w:hAnsi="Consolas"/>
          <w:sz w:val="20"/>
        </w:rPr>
        <w:t>vk_alt</w:t>
      </w:r>
      <w:proofErr w:type="spellEnd"/>
      <w:r>
        <w:rPr>
          <w:rFonts w:ascii="Consolas" w:eastAsia="Consolas" w:hAnsi="Consolas"/>
          <w:sz w:val="20"/>
        </w:rPr>
        <w:t xml:space="preserve">) &amp;&amp; </w:t>
      </w:r>
      <w:proofErr w:type="spellStart"/>
      <w:r>
        <w:rPr>
          <w:rFonts w:ascii="Consolas" w:eastAsia="Consolas" w:hAnsi="Consolas"/>
          <w:sz w:val="20"/>
        </w:rPr>
        <w:t>keyboard_check_pressed</w:t>
      </w:r>
      <w:proofErr w:type="spellEnd"/>
      <w:r>
        <w:rPr>
          <w:rFonts w:ascii="Consolas" w:eastAsia="Consolas" w:hAnsi="Consolas"/>
          <w:sz w:val="20"/>
        </w:rPr>
        <w:t>(</w:t>
      </w:r>
      <w:proofErr w:type="spellStart"/>
      <w:r>
        <w:rPr>
          <w:rFonts w:ascii="Consolas" w:eastAsia="Consolas" w:hAnsi="Consolas"/>
          <w:sz w:val="20"/>
        </w:rPr>
        <w:t>vk_enter</w:t>
      </w:r>
      <w:proofErr w:type="spellEnd"/>
      <w:r>
        <w:rPr>
          <w:rFonts w:ascii="Consolas" w:eastAsia="Consolas" w:hAnsi="Consolas"/>
          <w:sz w:val="20"/>
        </w:rPr>
        <w:t>))</w:t>
      </w:r>
    </w:p>
    <w:p w14:paraId="4D11B9A4"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global.PressZ</w:t>
      </w:r>
      <w:proofErr w:type="spellEnd"/>
      <w:proofErr w:type="gramEnd"/>
      <w:r>
        <w:rPr>
          <w:rFonts w:ascii="Consolas" w:eastAsia="Consolas" w:hAnsi="Consolas"/>
          <w:sz w:val="20"/>
        </w:rPr>
        <w:t xml:space="preserve"> &amp;&amp; </w:t>
      </w:r>
      <w:proofErr w:type="spellStart"/>
      <w:r>
        <w:rPr>
          <w:rFonts w:ascii="Consolas" w:eastAsia="Consolas" w:hAnsi="Consolas"/>
          <w:sz w:val="20"/>
        </w:rPr>
        <w:t>MenuSeletionTurn</w:t>
      </w:r>
      <w:proofErr w:type="spellEnd"/>
      <w:r>
        <w:rPr>
          <w:rFonts w:ascii="Consolas" w:eastAsia="Consolas" w:hAnsi="Consolas"/>
          <w:sz w:val="20"/>
        </w:rPr>
        <w:t xml:space="preserve"> == 3 &amp;&amp; </w:t>
      </w:r>
      <w:proofErr w:type="spellStart"/>
      <w:r>
        <w:rPr>
          <w:rFonts w:ascii="Consolas" w:eastAsia="Consolas" w:hAnsi="Consolas"/>
          <w:sz w:val="20"/>
        </w:rPr>
        <w:t>MenuSeletion</w:t>
      </w:r>
      <w:proofErr w:type="spellEnd"/>
      <w:r>
        <w:rPr>
          <w:rFonts w:ascii="Consolas" w:eastAsia="Consolas" w:hAnsi="Consolas"/>
          <w:sz w:val="20"/>
        </w:rPr>
        <w:t xml:space="preserve"> == 1 &amp;&amp; </w:t>
      </w:r>
      <w:proofErr w:type="spellStart"/>
      <w:r>
        <w:rPr>
          <w:rFonts w:ascii="Consolas" w:eastAsia="Consolas" w:hAnsi="Consolas"/>
          <w:sz w:val="20"/>
        </w:rPr>
        <w:t>MenuTurn</w:t>
      </w:r>
      <w:proofErr w:type="spellEnd"/>
      <w:r>
        <w:rPr>
          <w:rFonts w:ascii="Consolas" w:eastAsia="Consolas" w:hAnsi="Consolas"/>
          <w:sz w:val="20"/>
        </w:rPr>
        <w:t xml:space="preserve"> == 1)) </w:t>
      </w:r>
    </w:p>
    <w:p w14:paraId="3C0B9561" w14:textId="77777777" w:rsidR="006C7C92" w:rsidRDefault="006C7C92" w:rsidP="006C7C92">
      <w:pPr>
        <w:spacing w:after="0" w:line="240" w:lineRule="auto"/>
      </w:pPr>
      <w:r>
        <w:rPr>
          <w:rFonts w:ascii="Consolas" w:eastAsia="Consolas" w:hAnsi="Consolas"/>
          <w:sz w:val="20"/>
        </w:rPr>
        <w:t>{</w:t>
      </w:r>
    </w:p>
    <w:p w14:paraId="236E8B0C" w14:textId="77777777" w:rsidR="006C7C92" w:rsidRDefault="006C7C92" w:rsidP="006C7C92"/>
    <w:p w14:paraId="62D918E9"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global.FullScrn</w:t>
      </w:r>
      <w:proofErr w:type="spellEnd"/>
      <w:proofErr w:type="gramEnd"/>
      <w:r>
        <w:rPr>
          <w:rFonts w:ascii="Consolas" w:eastAsia="Consolas" w:hAnsi="Consolas"/>
          <w:sz w:val="20"/>
        </w:rPr>
        <w:t xml:space="preserve"> = !</w:t>
      </w:r>
      <w:proofErr w:type="spellStart"/>
      <w:r>
        <w:rPr>
          <w:rFonts w:ascii="Consolas" w:eastAsia="Consolas" w:hAnsi="Consolas"/>
          <w:sz w:val="20"/>
        </w:rPr>
        <w:t>global.FullScrn</w:t>
      </w:r>
      <w:proofErr w:type="spellEnd"/>
      <w:r>
        <w:rPr>
          <w:rFonts w:ascii="Consolas" w:eastAsia="Consolas" w:hAnsi="Consolas"/>
          <w:sz w:val="20"/>
        </w:rPr>
        <w:t>;</w:t>
      </w:r>
    </w:p>
    <w:p w14:paraId="3D9D7C69" w14:textId="77777777" w:rsidR="006C7C92" w:rsidRDefault="006C7C92" w:rsidP="006C7C92"/>
    <w:p w14:paraId="5DBA92D9" w14:textId="77777777" w:rsidR="006C7C92" w:rsidRDefault="006C7C92" w:rsidP="006C7C92">
      <w:pPr>
        <w:spacing w:after="0" w:line="240" w:lineRule="auto"/>
      </w:pPr>
      <w:r>
        <w:rPr>
          <w:rFonts w:ascii="Consolas" w:eastAsia="Consolas" w:hAnsi="Consolas"/>
          <w:sz w:val="20"/>
        </w:rPr>
        <w:t xml:space="preserve">    if (</w:t>
      </w:r>
      <w:proofErr w:type="spellStart"/>
      <w:proofErr w:type="gramStart"/>
      <w:r>
        <w:rPr>
          <w:rFonts w:ascii="Consolas" w:eastAsia="Consolas" w:hAnsi="Consolas"/>
          <w:sz w:val="20"/>
        </w:rPr>
        <w:t>global.FullScrn</w:t>
      </w:r>
      <w:proofErr w:type="spellEnd"/>
      <w:proofErr w:type="gramEnd"/>
      <w:r>
        <w:rPr>
          <w:rFonts w:ascii="Consolas" w:eastAsia="Consolas" w:hAnsi="Consolas"/>
          <w:sz w:val="20"/>
        </w:rPr>
        <w:t>) {</w:t>
      </w:r>
    </w:p>
    <w:p w14:paraId="59A06C57"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window_set_fullscreen</w:t>
      </w:r>
      <w:proofErr w:type="spellEnd"/>
      <w:r>
        <w:rPr>
          <w:rFonts w:ascii="Consolas" w:eastAsia="Consolas" w:hAnsi="Consolas"/>
          <w:sz w:val="20"/>
        </w:rPr>
        <w:t>(true)</w:t>
      </w:r>
    </w:p>
    <w:p w14:paraId="7A6939D1" w14:textId="77777777" w:rsidR="006C7C92" w:rsidRDefault="006C7C92" w:rsidP="006C7C92">
      <w:pPr>
        <w:spacing w:after="0" w:line="240" w:lineRule="auto"/>
      </w:pPr>
      <w:r>
        <w:rPr>
          <w:rFonts w:ascii="Consolas" w:eastAsia="Consolas" w:hAnsi="Consolas"/>
          <w:sz w:val="20"/>
        </w:rPr>
        <w:t xml:space="preserve">    } else {</w:t>
      </w:r>
    </w:p>
    <w:p w14:paraId="31DBFC90"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window_set_fullscreen</w:t>
      </w:r>
      <w:proofErr w:type="spellEnd"/>
      <w:r>
        <w:rPr>
          <w:rFonts w:ascii="Consolas" w:eastAsia="Consolas" w:hAnsi="Consolas"/>
          <w:sz w:val="20"/>
        </w:rPr>
        <w:t>(false)</w:t>
      </w:r>
    </w:p>
    <w:p w14:paraId="5F75010B" w14:textId="77777777" w:rsidR="006C7C92" w:rsidRDefault="006C7C92" w:rsidP="006C7C92"/>
    <w:p w14:paraId="26B5EFF2" w14:textId="77777777" w:rsidR="006C7C92" w:rsidRDefault="006C7C92" w:rsidP="006C7C92">
      <w:pPr>
        <w:spacing w:after="0" w:line="240" w:lineRule="auto"/>
      </w:pPr>
      <w:r>
        <w:rPr>
          <w:rFonts w:ascii="Consolas" w:eastAsia="Consolas" w:hAnsi="Consolas"/>
          <w:sz w:val="20"/>
        </w:rPr>
        <w:t xml:space="preserve">        var </w:t>
      </w:r>
      <w:proofErr w:type="spellStart"/>
      <w:r>
        <w:rPr>
          <w:rFonts w:ascii="Consolas" w:eastAsia="Consolas" w:hAnsi="Consolas"/>
          <w:sz w:val="20"/>
        </w:rPr>
        <w:t>window_w</w:t>
      </w:r>
      <w:proofErr w:type="spellEnd"/>
      <w:r>
        <w:rPr>
          <w:rFonts w:ascii="Consolas" w:eastAsia="Consolas" w:hAnsi="Consolas"/>
          <w:sz w:val="20"/>
        </w:rPr>
        <w:t xml:space="preserve"> = 640;</w:t>
      </w:r>
    </w:p>
    <w:p w14:paraId="2CC2CE70" w14:textId="77777777" w:rsidR="006C7C92" w:rsidRDefault="006C7C92" w:rsidP="006C7C92">
      <w:pPr>
        <w:spacing w:after="0" w:line="240" w:lineRule="auto"/>
      </w:pPr>
      <w:r>
        <w:rPr>
          <w:rFonts w:ascii="Consolas" w:eastAsia="Consolas" w:hAnsi="Consolas"/>
          <w:sz w:val="20"/>
        </w:rPr>
        <w:t xml:space="preserve">        var </w:t>
      </w:r>
      <w:proofErr w:type="spellStart"/>
      <w:r>
        <w:rPr>
          <w:rFonts w:ascii="Consolas" w:eastAsia="Consolas" w:hAnsi="Consolas"/>
          <w:sz w:val="20"/>
        </w:rPr>
        <w:t>window_h</w:t>
      </w:r>
      <w:proofErr w:type="spellEnd"/>
      <w:r>
        <w:rPr>
          <w:rFonts w:ascii="Consolas" w:eastAsia="Consolas" w:hAnsi="Consolas"/>
          <w:sz w:val="20"/>
        </w:rPr>
        <w:t xml:space="preserve"> = 480;</w:t>
      </w:r>
    </w:p>
    <w:p w14:paraId="48766904"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window_set_</w:t>
      </w:r>
      <w:proofErr w:type="gramStart"/>
      <w:r>
        <w:rPr>
          <w:rFonts w:ascii="Consolas" w:eastAsia="Consolas" w:hAnsi="Consolas"/>
          <w:sz w:val="20"/>
        </w:rPr>
        <w:t>size</w:t>
      </w:r>
      <w:proofErr w:type="spellEnd"/>
      <w:r>
        <w:rPr>
          <w:rFonts w:ascii="Consolas" w:eastAsia="Consolas" w:hAnsi="Consolas"/>
          <w:sz w:val="20"/>
        </w:rPr>
        <w:t>(</w:t>
      </w:r>
      <w:proofErr w:type="spellStart"/>
      <w:proofErr w:type="gramEnd"/>
      <w:r>
        <w:rPr>
          <w:rFonts w:ascii="Consolas" w:eastAsia="Consolas" w:hAnsi="Consolas"/>
          <w:sz w:val="20"/>
        </w:rPr>
        <w:t>window_w</w:t>
      </w:r>
      <w:proofErr w:type="spellEnd"/>
      <w:r>
        <w:rPr>
          <w:rFonts w:ascii="Consolas" w:eastAsia="Consolas" w:hAnsi="Consolas"/>
          <w:sz w:val="20"/>
        </w:rPr>
        <w:t xml:space="preserve">, </w:t>
      </w:r>
      <w:proofErr w:type="spellStart"/>
      <w:r>
        <w:rPr>
          <w:rFonts w:ascii="Consolas" w:eastAsia="Consolas" w:hAnsi="Consolas"/>
          <w:sz w:val="20"/>
        </w:rPr>
        <w:t>window_h</w:t>
      </w:r>
      <w:proofErr w:type="spellEnd"/>
      <w:r>
        <w:rPr>
          <w:rFonts w:ascii="Consolas" w:eastAsia="Consolas" w:hAnsi="Consolas"/>
          <w:sz w:val="20"/>
        </w:rPr>
        <w:t>)</w:t>
      </w:r>
    </w:p>
    <w:p w14:paraId="01A79F7D" w14:textId="77777777" w:rsidR="006C7C92" w:rsidRDefault="006C7C92" w:rsidP="006C7C92"/>
    <w:p w14:paraId="169E3A81" w14:textId="77777777" w:rsidR="006C7C92" w:rsidRDefault="006C7C92" w:rsidP="006C7C92">
      <w:pPr>
        <w:spacing w:after="0" w:line="240" w:lineRule="auto"/>
      </w:pPr>
      <w:r>
        <w:rPr>
          <w:rFonts w:ascii="Consolas" w:eastAsia="Consolas" w:hAnsi="Consolas"/>
          <w:sz w:val="20"/>
        </w:rPr>
        <w:t xml:space="preserve">        var </w:t>
      </w:r>
      <w:proofErr w:type="spellStart"/>
      <w:r>
        <w:rPr>
          <w:rFonts w:ascii="Consolas" w:eastAsia="Consolas" w:hAnsi="Consolas"/>
          <w:sz w:val="20"/>
        </w:rPr>
        <w:t>screen_w</w:t>
      </w:r>
      <w:proofErr w:type="spellEnd"/>
      <w:r>
        <w:rPr>
          <w:rFonts w:ascii="Consolas" w:eastAsia="Consolas" w:hAnsi="Consolas"/>
          <w:sz w:val="20"/>
        </w:rPr>
        <w:t xml:space="preserve"> = </w:t>
      </w:r>
      <w:proofErr w:type="spellStart"/>
      <w:r>
        <w:rPr>
          <w:rFonts w:ascii="Consolas" w:eastAsia="Consolas" w:hAnsi="Consolas"/>
          <w:sz w:val="20"/>
        </w:rPr>
        <w:t>display_get_</w:t>
      </w:r>
      <w:proofErr w:type="gramStart"/>
      <w:r>
        <w:rPr>
          <w:rFonts w:ascii="Consolas" w:eastAsia="Consolas" w:hAnsi="Consolas"/>
          <w:sz w:val="20"/>
        </w:rPr>
        <w:t>width</w:t>
      </w:r>
      <w:proofErr w:type="spellEnd"/>
      <w:r>
        <w:rPr>
          <w:rFonts w:ascii="Consolas" w:eastAsia="Consolas" w:hAnsi="Consolas"/>
          <w:sz w:val="20"/>
        </w:rPr>
        <w:t>(</w:t>
      </w:r>
      <w:proofErr w:type="gramEnd"/>
      <w:r>
        <w:rPr>
          <w:rFonts w:ascii="Consolas" w:eastAsia="Consolas" w:hAnsi="Consolas"/>
          <w:sz w:val="20"/>
        </w:rPr>
        <w:t>)</w:t>
      </w:r>
    </w:p>
    <w:p w14:paraId="4F373444" w14:textId="77777777" w:rsidR="006C7C92" w:rsidRDefault="006C7C92" w:rsidP="006C7C92">
      <w:pPr>
        <w:spacing w:after="0" w:line="240" w:lineRule="auto"/>
      </w:pPr>
      <w:r>
        <w:rPr>
          <w:rFonts w:ascii="Consolas" w:eastAsia="Consolas" w:hAnsi="Consolas"/>
          <w:sz w:val="20"/>
        </w:rPr>
        <w:t xml:space="preserve">        var </w:t>
      </w:r>
      <w:proofErr w:type="spellStart"/>
      <w:r>
        <w:rPr>
          <w:rFonts w:ascii="Consolas" w:eastAsia="Consolas" w:hAnsi="Consolas"/>
          <w:sz w:val="20"/>
        </w:rPr>
        <w:t>screen_h</w:t>
      </w:r>
      <w:proofErr w:type="spellEnd"/>
      <w:r>
        <w:rPr>
          <w:rFonts w:ascii="Consolas" w:eastAsia="Consolas" w:hAnsi="Consolas"/>
          <w:sz w:val="20"/>
        </w:rPr>
        <w:t xml:space="preserve"> = </w:t>
      </w:r>
      <w:proofErr w:type="spellStart"/>
      <w:r>
        <w:rPr>
          <w:rFonts w:ascii="Consolas" w:eastAsia="Consolas" w:hAnsi="Consolas"/>
          <w:sz w:val="20"/>
        </w:rPr>
        <w:t>display_get_</w:t>
      </w:r>
      <w:proofErr w:type="gramStart"/>
      <w:r>
        <w:rPr>
          <w:rFonts w:ascii="Consolas" w:eastAsia="Consolas" w:hAnsi="Consolas"/>
          <w:sz w:val="20"/>
        </w:rPr>
        <w:t>height</w:t>
      </w:r>
      <w:proofErr w:type="spellEnd"/>
      <w:r>
        <w:rPr>
          <w:rFonts w:ascii="Consolas" w:eastAsia="Consolas" w:hAnsi="Consolas"/>
          <w:sz w:val="20"/>
        </w:rPr>
        <w:t>(</w:t>
      </w:r>
      <w:proofErr w:type="gramEnd"/>
      <w:r>
        <w:rPr>
          <w:rFonts w:ascii="Consolas" w:eastAsia="Consolas" w:hAnsi="Consolas"/>
          <w:sz w:val="20"/>
        </w:rPr>
        <w:t>)</w:t>
      </w:r>
    </w:p>
    <w:p w14:paraId="13DCEC09" w14:textId="77777777" w:rsidR="006C7C92" w:rsidRDefault="006C7C92" w:rsidP="006C7C92"/>
    <w:p w14:paraId="1D57D077" w14:textId="77777777" w:rsidR="006C7C92" w:rsidRDefault="006C7C92" w:rsidP="006C7C92">
      <w:pPr>
        <w:spacing w:after="0" w:line="240" w:lineRule="auto"/>
      </w:pPr>
      <w:r>
        <w:rPr>
          <w:rFonts w:ascii="Consolas" w:eastAsia="Consolas" w:hAnsi="Consolas"/>
          <w:sz w:val="20"/>
        </w:rPr>
        <w:t xml:space="preserve">        var </w:t>
      </w:r>
      <w:proofErr w:type="spellStart"/>
      <w:r>
        <w:rPr>
          <w:rFonts w:ascii="Consolas" w:eastAsia="Consolas" w:hAnsi="Consolas"/>
          <w:sz w:val="20"/>
        </w:rPr>
        <w:t>new_x</w:t>
      </w:r>
      <w:proofErr w:type="spellEnd"/>
      <w:r>
        <w:rPr>
          <w:rFonts w:ascii="Consolas" w:eastAsia="Consolas" w:hAnsi="Consolas"/>
          <w:sz w:val="20"/>
        </w:rPr>
        <w:t xml:space="preserve"> = (</w:t>
      </w:r>
      <w:proofErr w:type="spellStart"/>
      <w:r>
        <w:rPr>
          <w:rFonts w:ascii="Consolas" w:eastAsia="Consolas" w:hAnsi="Consolas"/>
          <w:sz w:val="20"/>
        </w:rPr>
        <w:t>screen_w</w:t>
      </w:r>
      <w:proofErr w:type="spellEnd"/>
      <w:r>
        <w:rPr>
          <w:rFonts w:ascii="Consolas" w:eastAsia="Consolas" w:hAnsi="Consolas"/>
          <w:sz w:val="20"/>
        </w:rPr>
        <w:t xml:space="preserve"> - </w:t>
      </w:r>
      <w:proofErr w:type="spellStart"/>
      <w:r>
        <w:rPr>
          <w:rFonts w:ascii="Consolas" w:eastAsia="Consolas" w:hAnsi="Consolas"/>
          <w:sz w:val="20"/>
        </w:rPr>
        <w:t>window_w</w:t>
      </w:r>
      <w:proofErr w:type="spellEnd"/>
      <w:r>
        <w:rPr>
          <w:rFonts w:ascii="Consolas" w:eastAsia="Consolas" w:hAnsi="Consolas"/>
          <w:sz w:val="20"/>
        </w:rPr>
        <w:t>) div 2</w:t>
      </w:r>
    </w:p>
    <w:p w14:paraId="4CE52BBD" w14:textId="77777777" w:rsidR="006C7C92" w:rsidRDefault="006C7C92" w:rsidP="006C7C92">
      <w:pPr>
        <w:spacing w:after="0" w:line="240" w:lineRule="auto"/>
      </w:pPr>
      <w:r>
        <w:rPr>
          <w:rFonts w:ascii="Consolas" w:eastAsia="Consolas" w:hAnsi="Consolas"/>
          <w:sz w:val="20"/>
        </w:rPr>
        <w:t xml:space="preserve">        var </w:t>
      </w:r>
      <w:proofErr w:type="spellStart"/>
      <w:r>
        <w:rPr>
          <w:rFonts w:ascii="Consolas" w:eastAsia="Consolas" w:hAnsi="Consolas"/>
          <w:sz w:val="20"/>
        </w:rPr>
        <w:t>new_y</w:t>
      </w:r>
      <w:proofErr w:type="spellEnd"/>
      <w:r>
        <w:rPr>
          <w:rFonts w:ascii="Consolas" w:eastAsia="Consolas" w:hAnsi="Consolas"/>
          <w:sz w:val="20"/>
        </w:rPr>
        <w:t xml:space="preserve"> = (</w:t>
      </w:r>
      <w:proofErr w:type="spellStart"/>
      <w:r>
        <w:rPr>
          <w:rFonts w:ascii="Consolas" w:eastAsia="Consolas" w:hAnsi="Consolas"/>
          <w:sz w:val="20"/>
        </w:rPr>
        <w:t>screen_h</w:t>
      </w:r>
      <w:proofErr w:type="spellEnd"/>
      <w:r>
        <w:rPr>
          <w:rFonts w:ascii="Consolas" w:eastAsia="Consolas" w:hAnsi="Consolas"/>
          <w:sz w:val="20"/>
        </w:rPr>
        <w:t xml:space="preserve"> - </w:t>
      </w:r>
      <w:proofErr w:type="spellStart"/>
      <w:r>
        <w:rPr>
          <w:rFonts w:ascii="Consolas" w:eastAsia="Consolas" w:hAnsi="Consolas"/>
          <w:sz w:val="20"/>
        </w:rPr>
        <w:t>window_h</w:t>
      </w:r>
      <w:proofErr w:type="spellEnd"/>
      <w:r>
        <w:rPr>
          <w:rFonts w:ascii="Consolas" w:eastAsia="Consolas" w:hAnsi="Consolas"/>
          <w:sz w:val="20"/>
        </w:rPr>
        <w:t>) div 2</w:t>
      </w:r>
    </w:p>
    <w:p w14:paraId="0ECBC895" w14:textId="77777777" w:rsidR="006C7C92" w:rsidRDefault="006C7C92" w:rsidP="006C7C92"/>
    <w:p w14:paraId="3ADAA437"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window_set_</w:t>
      </w:r>
      <w:proofErr w:type="gramStart"/>
      <w:r>
        <w:rPr>
          <w:rFonts w:ascii="Consolas" w:eastAsia="Consolas" w:hAnsi="Consolas"/>
          <w:sz w:val="20"/>
        </w:rPr>
        <w:t>position</w:t>
      </w:r>
      <w:proofErr w:type="spellEnd"/>
      <w:r>
        <w:rPr>
          <w:rFonts w:ascii="Consolas" w:eastAsia="Consolas" w:hAnsi="Consolas"/>
          <w:sz w:val="20"/>
        </w:rPr>
        <w:t>(</w:t>
      </w:r>
      <w:proofErr w:type="spellStart"/>
      <w:proofErr w:type="gramEnd"/>
      <w:r>
        <w:rPr>
          <w:rFonts w:ascii="Consolas" w:eastAsia="Consolas" w:hAnsi="Consolas"/>
          <w:sz w:val="20"/>
        </w:rPr>
        <w:t>new_x</w:t>
      </w:r>
      <w:proofErr w:type="spellEnd"/>
      <w:r>
        <w:rPr>
          <w:rFonts w:ascii="Consolas" w:eastAsia="Consolas" w:hAnsi="Consolas"/>
          <w:sz w:val="20"/>
        </w:rPr>
        <w:t xml:space="preserve">, </w:t>
      </w:r>
      <w:proofErr w:type="spellStart"/>
      <w:r>
        <w:rPr>
          <w:rFonts w:ascii="Consolas" w:eastAsia="Consolas" w:hAnsi="Consolas"/>
          <w:sz w:val="20"/>
        </w:rPr>
        <w:t>new_y</w:t>
      </w:r>
      <w:proofErr w:type="spellEnd"/>
      <w:r>
        <w:rPr>
          <w:rFonts w:ascii="Consolas" w:eastAsia="Consolas" w:hAnsi="Consolas"/>
          <w:sz w:val="20"/>
        </w:rPr>
        <w:t>)</w:t>
      </w:r>
    </w:p>
    <w:p w14:paraId="70DAB2A3" w14:textId="77777777" w:rsidR="006C7C92" w:rsidRDefault="006C7C92" w:rsidP="006C7C92">
      <w:pPr>
        <w:spacing w:after="0" w:line="240" w:lineRule="auto"/>
      </w:pPr>
      <w:r>
        <w:rPr>
          <w:rFonts w:ascii="Consolas" w:eastAsia="Consolas" w:hAnsi="Consolas"/>
          <w:sz w:val="20"/>
        </w:rPr>
        <w:t xml:space="preserve">    }</w:t>
      </w:r>
    </w:p>
    <w:p w14:paraId="1103FD32" w14:textId="77777777" w:rsidR="006C7C92" w:rsidRDefault="006C7C92" w:rsidP="006C7C92">
      <w:pPr>
        <w:spacing w:after="0" w:line="240" w:lineRule="auto"/>
      </w:pPr>
      <w:r>
        <w:rPr>
          <w:rFonts w:ascii="Consolas" w:eastAsia="Consolas" w:hAnsi="Consolas"/>
          <w:sz w:val="20"/>
        </w:rPr>
        <w:lastRenderedPageBreak/>
        <w:t>}</w:t>
      </w:r>
    </w:p>
    <w:p w14:paraId="611522E1" w14:textId="77777777" w:rsidR="006C7C92" w:rsidRDefault="006C7C92" w:rsidP="006C7C92"/>
    <w:p w14:paraId="02E80907" w14:textId="77777777" w:rsidR="006C7C92" w:rsidRDefault="006C7C92" w:rsidP="006C7C92">
      <w:pPr>
        <w:spacing w:after="0" w:line="240" w:lineRule="auto"/>
      </w:pPr>
      <w:r>
        <w:rPr>
          <w:rFonts w:ascii="Consolas" w:eastAsia="Consolas" w:hAnsi="Consolas"/>
          <w:sz w:val="20"/>
        </w:rPr>
        <w:t xml:space="preserve">6. </w:t>
      </w:r>
      <w:proofErr w:type="spellStart"/>
      <w:proofErr w:type="gramStart"/>
      <w:r>
        <w:rPr>
          <w:rFonts w:ascii="Consolas" w:eastAsia="Consolas" w:hAnsi="Consolas"/>
          <w:sz w:val="20"/>
        </w:rPr>
        <w:t>global.PressZHold</w:t>
      </w:r>
      <w:proofErr w:type="spellEnd"/>
      <w:proofErr w:type="gramEnd"/>
      <w:r>
        <w:rPr>
          <w:rFonts w:ascii="Consolas" w:eastAsia="Consolas" w:hAnsi="Consolas"/>
          <w:sz w:val="20"/>
        </w:rPr>
        <w:t>=false</w:t>
      </w:r>
    </w:p>
    <w:p w14:paraId="1AAF0B9D" w14:textId="77777777" w:rsidR="006C7C92" w:rsidRDefault="006C7C92" w:rsidP="006C7C92">
      <w:pPr>
        <w:spacing w:after="0" w:line="240" w:lineRule="auto"/>
      </w:pPr>
      <w:proofErr w:type="spellStart"/>
      <w:proofErr w:type="gramStart"/>
      <w:r>
        <w:rPr>
          <w:rFonts w:ascii="Consolas" w:eastAsia="Consolas" w:hAnsi="Consolas"/>
          <w:sz w:val="20"/>
        </w:rPr>
        <w:t>global.PressXHold</w:t>
      </w:r>
      <w:proofErr w:type="spellEnd"/>
      <w:proofErr w:type="gramEnd"/>
      <w:r>
        <w:rPr>
          <w:rFonts w:ascii="Consolas" w:eastAsia="Consolas" w:hAnsi="Consolas"/>
          <w:sz w:val="20"/>
        </w:rPr>
        <w:t>=false</w:t>
      </w:r>
    </w:p>
    <w:p w14:paraId="485D571C" w14:textId="77777777" w:rsidR="006C7C92" w:rsidRDefault="006C7C92" w:rsidP="006C7C92">
      <w:pPr>
        <w:spacing w:after="0" w:line="240" w:lineRule="auto"/>
      </w:pPr>
      <w:proofErr w:type="spellStart"/>
      <w:proofErr w:type="gramStart"/>
      <w:r>
        <w:rPr>
          <w:rFonts w:ascii="Consolas" w:eastAsia="Consolas" w:hAnsi="Consolas"/>
          <w:sz w:val="20"/>
        </w:rPr>
        <w:t>global.PressCHold</w:t>
      </w:r>
      <w:proofErr w:type="spellEnd"/>
      <w:proofErr w:type="gramEnd"/>
      <w:r>
        <w:rPr>
          <w:rFonts w:ascii="Consolas" w:eastAsia="Consolas" w:hAnsi="Consolas"/>
          <w:sz w:val="20"/>
        </w:rPr>
        <w:t>=false</w:t>
      </w:r>
    </w:p>
    <w:p w14:paraId="3FE3AC2E" w14:textId="77777777" w:rsidR="006C7C92" w:rsidRDefault="006C7C92" w:rsidP="006C7C92">
      <w:pPr>
        <w:spacing w:after="0" w:line="240" w:lineRule="auto"/>
      </w:pPr>
      <w:proofErr w:type="spellStart"/>
      <w:proofErr w:type="gramStart"/>
      <w:r>
        <w:rPr>
          <w:rFonts w:ascii="Consolas" w:eastAsia="Consolas" w:hAnsi="Consolas"/>
          <w:sz w:val="20"/>
        </w:rPr>
        <w:t>global.LeftHold</w:t>
      </w:r>
      <w:proofErr w:type="spellEnd"/>
      <w:proofErr w:type="gramEnd"/>
      <w:r>
        <w:rPr>
          <w:rFonts w:ascii="Consolas" w:eastAsia="Consolas" w:hAnsi="Consolas"/>
          <w:sz w:val="20"/>
        </w:rPr>
        <w:t>=false</w:t>
      </w:r>
    </w:p>
    <w:p w14:paraId="1C5146D7" w14:textId="77777777" w:rsidR="006C7C92" w:rsidRDefault="006C7C92" w:rsidP="006C7C92">
      <w:pPr>
        <w:spacing w:after="0" w:line="240" w:lineRule="auto"/>
      </w:pPr>
      <w:proofErr w:type="spellStart"/>
      <w:proofErr w:type="gramStart"/>
      <w:r>
        <w:rPr>
          <w:rFonts w:ascii="Consolas" w:eastAsia="Consolas" w:hAnsi="Consolas"/>
          <w:sz w:val="20"/>
        </w:rPr>
        <w:t>global.RigtHold</w:t>
      </w:r>
      <w:proofErr w:type="spellEnd"/>
      <w:proofErr w:type="gramEnd"/>
      <w:r>
        <w:rPr>
          <w:rFonts w:ascii="Consolas" w:eastAsia="Consolas" w:hAnsi="Consolas"/>
          <w:sz w:val="20"/>
        </w:rPr>
        <w:t>=false</w:t>
      </w:r>
    </w:p>
    <w:p w14:paraId="75176FAF" w14:textId="77777777" w:rsidR="006C7C92" w:rsidRDefault="006C7C92" w:rsidP="006C7C92">
      <w:pPr>
        <w:spacing w:after="0" w:line="240" w:lineRule="auto"/>
      </w:pPr>
      <w:proofErr w:type="spellStart"/>
      <w:proofErr w:type="gramStart"/>
      <w:r>
        <w:rPr>
          <w:rFonts w:ascii="Consolas" w:eastAsia="Consolas" w:hAnsi="Consolas"/>
          <w:sz w:val="20"/>
        </w:rPr>
        <w:t>global.UpHold</w:t>
      </w:r>
      <w:proofErr w:type="spellEnd"/>
      <w:proofErr w:type="gramEnd"/>
      <w:r>
        <w:rPr>
          <w:rFonts w:ascii="Consolas" w:eastAsia="Consolas" w:hAnsi="Consolas"/>
          <w:sz w:val="20"/>
        </w:rPr>
        <w:t>=false</w:t>
      </w:r>
    </w:p>
    <w:p w14:paraId="1F2474A7" w14:textId="77777777" w:rsidR="006C7C92" w:rsidRDefault="006C7C92" w:rsidP="006C7C92">
      <w:pPr>
        <w:spacing w:after="0" w:line="240" w:lineRule="auto"/>
      </w:pPr>
      <w:proofErr w:type="spellStart"/>
      <w:proofErr w:type="gramStart"/>
      <w:r>
        <w:rPr>
          <w:rFonts w:ascii="Consolas" w:eastAsia="Consolas" w:hAnsi="Consolas"/>
          <w:sz w:val="20"/>
        </w:rPr>
        <w:t>global.DownHold</w:t>
      </w:r>
      <w:proofErr w:type="spellEnd"/>
      <w:proofErr w:type="gramEnd"/>
      <w:r>
        <w:rPr>
          <w:rFonts w:ascii="Consolas" w:eastAsia="Consolas" w:hAnsi="Consolas"/>
          <w:sz w:val="20"/>
        </w:rPr>
        <w:t>=false</w:t>
      </w:r>
    </w:p>
    <w:p w14:paraId="549BE9AF" w14:textId="77777777" w:rsidR="006C7C92" w:rsidRDefault="006C7C92" w:rsidP="006C7C92">
      <w:pPr>
        <w:spacing w:after="0" w:line="240" w:lineRule="auto"/>
      </w:pPr>
      <w:proofErr w:type="gramStart"/>
      <w:r>
        <w:rPr>
          <w:rFonts w:ascii="Consolas" w:eastAsia="Consolas" w:hAnsi="Consolas"/>
          <w:sz w:val="20"/>
        </w:rPr>
        <w:t>if  (</w:t>
      </w:r>
      <w:proofErr w:type="spellStart"/>
      <w:proofErr w:type="gramEnd"/>
      <w:r>
        <w:rPr>
          <w:rFonts w:ascii="Consolas" w:eastAsia="Consolas" w:hAnsi="Consolas"/>
          <w:sz w:val="20"/>
        </w:rPr>
        <w:t>keyboard_check</w:t>
      </w:r>
      <w:proofErr w:type="spellEnd"/>
      <w:r>
        <w:rPr>
          <w:rFonts w:ascii="Consolas" w:eastAsia="Consolas" w:hAnsi="Consolas"/>
          <w:sz w:val="20"/>
        </w:rPr>
        <w:t>(</w:t>
      </w:r>
      <w:proofErr w:type="spellStart"/>
      <w:r>
        <w:rPr>
          <w:rFonts w:ascii="Consolas" w:eastAsia="Consolas" w:hAnsi="Consolas"/>
          <w:sz w:val="20"/>
        </w:rPr>
        <w:t>global.keyBindings</w:t>
      </w:r>
      <w:proofErr w:type="spellEnd"/>
      <w:r>
        <w:rPr>
          <w:rFonts w:ascii="Consolas" w:eastAsia="Consolas" w:hAnsi="Consolas"/>
          <w:sz w:val="20"/>
        </w:rPr>
        <w:t>[? "</w:t>
      </w:r>
      <w:proofErr w:type="spellStart"/>
      <w:r>
        <w:rPr>
          <w:rFonts w:ascii="Consolas" w:eastAsia="Consolas" w:hAnsi="Consolas"/>
          <w:sz w:val="20"/>
        </w:rPr>
        <w:t>chooise</w:t>
      </w:r>
      <w:proofErr w:type="spellEnd"/>
      <w:r>
        <w:rPr>
          <w:rFonts w:ascii="Consolas" w:eastAsia="Consolas" w:hAnsi="Consolas"/>
          <w:sz w:val="20"/>
        </w:rPr>
        <w:t xml:space="preserve">"])) or </w:t>
      </w:r>
    </w:p>
    <w:p w14:paraId="7C60AF32" w14:textId="77777777" w:rsidR="006C7C92" w:rsidRDefault="006C7C92" w:rsidP="006C7C92">
      <w:pPr>
        <w:spacing w:after="0" w:line="240" w:lineRule="auto"/>
      </w:pPr>
      <w:r>
        <w:rPr>
          <w:rFonts w:ascii="Consolas" w:eastAsia="Consolas" w:hAnsi="Consolas"/>
          <w:sz w:val="20"/>
        </w:rPr>
        <w:t>(</w:t>
      </w:r>
      <w:proofErr w:type="spellStart"/>
      <w:proofErr w:type="gramStart"/>
      <w:r>
        <w:rPr>
          <w:rFonts w:ascii="Consolas" w:eastAsia="Consolas" w:hAnsi="Consolas"/>
          <w:sz w:val="20"/>
        </w:rPr>
        <w:t>keyboard</w:t>
      </w:r>
      <w:proofErr w:type="gramEnd"/>
      <w:r>
        <w:rPr>
          <w:rFonts w:ascii="Consolas" w:eastAsia="Consolas" w:hAnsi="Consolas"/>
          <w:sz w:val="20"/>
        </w:rPr>
        <w:t>_check</w:t>
      </w:r>
      <w:proofErr w:type="spellEnd"/>
      <w:r>
        <w:rPr>
          <w:rFonts w:ascii="Consolas" w:eastAsia="Consolas" w:hAnsi="Consolas"/>
          <w:sz w:val="20"/>
        </w:rPr>
        <w:t>(</w:t>
      </w:r>
      <w:proofErr w:type="spellStart"/>
      <w:r>
        <w:rPr>
          <w:rFonts w:ascii="Consolas" w:eastAsia="Consolas" w:hAnsi="Consolas"/>
          <w:sz w:val="20"/>
        </w:rPr>
        <w:t>vk_enter</w:t>
      </w:r>
      <w:proofErr w:type="spellEnd"/>
      <w:r>
        <w:rPr>
          <w:rFonts w:ascii="Consolas" w:eastAsia="Consolas" w:hAnsi="Consolas"/>
          <w:sz w:val="20"/>
        </w:rPr>
        <w:t>))</w:t>
      </w:r>
    </w:p>
    <w:p w14:paraId="242DFC17" w14:textId="77777777" w:rsidR="006C7C92" w:rsidRDefault="006C7C92" w:rsidP="006C7C92">
      <w:pPr>
        <w:spacing w:after="0" w:line="240" w:lineRule="auto"/>
      </w:pPr>
      <w:r>
        <w:rPr>
          <w:rFonts w:ascii="Consolas" w:eastAsia="Consolas" w:hAnsi="Consolas"/>
          <w:sz w:val="20"/>
        </w:rPr>
        <w:t xml:space="preserve">or </w:t>
      </w:r>
      <w:proofErr w:type="spellStart"/>
      <w:r>
        <w:rPr>
          <w:rFonts w:ascii="Consolas" w:eastAsia="Consolas" w:hAnsi="Consolas"/>
          <w:sz w:val="20"/>
        </w:rPr>
        <w:t>gamepad_button_check</w:t>
      </w:r>
      <w:proofErr w:type="spellEnd"/>
      <w:r>
        <w:rPr>
          <w:rFonts w:ascii="Consolas" w:eastAsia="Consolas" w:hAnsi="Consolas"/>
          <w:sz w:val="20"/>
        </w:rPr>
        <w:t>(_</w:t>
      </w:r>
      <w:proofErr w:type="gramStart"/>
      <w:r>
        <w:rPr>
          <w:rFonts w:ascii="Consolas" w:eastAsia="Consolas" w:hAnsi="Consolas"/>
          <w:sz w:val="20"/>
        </w:rPr>
        <w:t>gp,gp</w:t>
      </w:r>
      <w:proofErr w:type="gramEnd"/>
      <w:r>
        <w:rPr>
          <w:rFonts w:ascii="Consolas" w:eastAsia="Consolas" w:hAnsi="Consolas"/>
          <w:sz w:val="20"/>
        </w:rPr>
        <w:t>_face1){</w:t>
      </w:r>
    </w:p>
    <w:p w14:paraId="132CB9A0"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global.PressZHold</w:t>
      </w:r>
      <w:proofErr w:type="spellEnd"/>
      <w:proofErr w:type="gramEnd"/>
      <w:r>
        <w:rPr>
          <w:rFonts w:ascii="Consolas" w:eastAsia="Consolas" w:hAnsi="Consolas"/>
          <w:sz w:val="20"/>
        </w:rPr>
        <w:t>=true</w:t>
      </w:r>
    </w:p>
    <w:p w14:paraId="35D9FC9A" w14:textId="77777777" w:rsidR="006C7C92" w:rsidRDefault="006C7C92" w:rsidP="006C7C92">
      <w:pPr>
        <w:spacing w:after="0" w:line="240" w:lineRule="auto"/>
      </w:pPr>
      <w:r>
        <w:rPr>
          <w:rFonts w:ascii="Consolas" w:eastAsia="Consolas" w:hAnsi="Consolas"/>
          <w:sz w:val="20"/>
        </w:rPr>
        <w:t>}</w:t>
      </w:r>
    </w:p>
    <w:p w14:paraId="06BC72BF" w14:textId="77777777" w:rsidR="006C7C92" w:rsidRDefault="006C7C92" w:rsidP="006C7C92">
      <w:pPr>
        <w:spacing w:after="0" w:line="240" w:lineRule="auto"/>
      </w:pPr>
      <w:proofErr w:type="gramStart"/>
      <w:r>
        <w:rPr>
          <w:rFonts w:ascii="Consolas" w:eastAsia="Consolas" w:hAnsi="Consolas"/>
          <w:sz w:val="20"/>
        </w:rPr>
        <w:t>if  (</w:t>
      </w:r>
      <w:proofErr w:type="spellStart"/>
      <w:proofErr w:type="gramEnd"/>
      <w:r>
        <w:rPr>
          <w:rFonts w:ascii="Consolas" w:eastAsia="Consolas" w:hAnsi="Consolas"/>
          <w:sz w:val="20"/>
        </w:rPr>
        <w:t>keyboard_check</w:t>
      </w:r>
      <w:proofErr w:type="spellEnd"/>
      <w:r>
        <w:rPr>
          <w:rFonts w:ascii="Consolas" w:eastAsia="Consolas" w:hAnsi="Consolas"/>
          <w:sz w:val="20"/>
        </w:rPr>
        <w:t>(</w:t>
      </w:r>
      <w:proofErr w:type="spellStart"/>
      <w:r>
        <w:rPr>
          <w:rFonts w:ascii="Consolas" w:eastAsia="Consolas" w:hAnsi="Consolas"/>
          <w:sz w:val="20"/>
        </w:rPr>
        <w:t>global.keyBindings</w:t>
      </w:r>
      <w:proofErr w:type="spellEnd"/>
      <w:r>
        <w:rPr>
          <w:rFonts w:ascii="Consolas" w:eastAsia="Consolas" w:hAnsi="Consolas"/>
          <w:sz w:val="20"/>
        </w:rPr>
        <w:t xml:space="preserve">[? "close"])) or </w:t>
      </w:r>
    </w:p>
    <w:p w14:paraId="068AB1DA" w14:textId="77777777" w:rsidR="006C7C92" w:rsidRDefault="006C7C92" w:rsidP="006C7C92">
      <w:pPr>
        <w:spacing w:after="0" w:line="240" w:lineRule="auto"/>
      </w:pPr>
      <w:r>
        <w:rPr>
          <w:rFonts w:ascii="Consolas" w:eastAsia="Consolas" w:hAnsi="Consolas"/>
          <w:sz w:val="20"/>
        </w:rPr>
        <w:t>(</w:t>
      </w:r>
      <w:proofErr w:type="spellStart"/>
      <w:proofErr w:type="gramStart"/>
      <w:r>
        <w:rPr>
          <w:rFonts w:ascii="Consolas" w:eastAsia="Consolas" w:hAnsi="Consolas"/>
          <w:sz w:val="20"/>
        </w:rPr>
        <w:t>keyboard</w:t>
      </w:r>
      <w:proofErr w:type="gramEnd"/>
      <w:r>
        <w:rPr>
          <w:rFonts w:ascii="Consolas" w:eastAsia="Consolas" w:hAnsi="Consolas"/>
          <w:sz w:val="20"/>
        </w:rPr>
        <w:t>_check</w:t>
      </w:r>
      <w:proofErr w:type="spellEnd"/>
      <w:r>
        <w:rPr>
          <w:rFonts w:ascii="Consolas" w:eastAsia="Consolas" w:hAnsi="Consolas"/>
          <w:sz w:val="20"/>
        </w:rPr>
        <w:t>(</w:t>
      </w:r>
      <w:proofErr w:type="spellStart"/>
      <w:r>
        <w:rPr>
          <w:rFonts w:ascii="Consolas" w:eastAsia="Consolas" w:hAnsi="Consolas"/>
          <w:sz w:val="20"/>
        </w:rPr>
        <w:t>vk_shift</w:t>
      </w:r>
      <w:proofErr w:type="spellEnd"/>
      <w:r>
        <w:rPr>
          <w:rFonts w:ascii="Consolas" w:eastAsia="Consolas" w:hAnsi="Consolas"/>
          <w:sz w:val="20"/>
        </w:rPr>
        <w:t>))</w:t>
      </w:r>
    </w:p>
    <w:p w14:paraId="11D5AEF9" w14:textId="77777777" w:rsidR="006C7C92" w:rsidRDefault="006C7C92" w:rsidP="006C7C92">
      <w:pPr>
        <w:spacing w:after="0" w:line="240" w:lineRule="auto"/>
      </w:pPr>
      <w:r>
        <w:rPr>
          <w:rFonts w:ascii="Consolas" w:eastAsia="Consolas" w:hAnsi="Consolas"/>
          <w:sz w:val="20"/>
        </w:rPr>
        <w:t xml:space="preserve">or </w:t>
      </w:r>
      <w:proofErr w:type="spellStart"/>
      <w:r>
        <w:rPr>
          <w:rFonts w:ascii="Consolas" w:eastAsia="Consolas" w:hAnsi="Consolas"/>
          <w:sz w:val="20"/>
        </w:rPr>
        <w:t>gamepad_button_check</w:t>
      </w:r>
      <w:proofErr w:type="spellEnd"/>
      <w:r>
        <w:rPr>
          <w:rFonts w:ascii="Consolas" w:eastAsia="Consolas" w:hAnsi="Consolas"/>
          <w:sz w:val="20"/>
        </w:rPr>
        <w:t>(_</w:t>
      </w:r>
      <w:proofErr w:type="gramStart"/>
      <w:r>
        <w:rPr>
          <w:rFonts w:ascii="Consolas" w:eastAsia="Consolas" w:hAnsi="Consolas"/>
          <w:sz w:val="20"/>
        </w:rPr>
        <w:t>gp,gp</w:t>
      </w:r>
      <w:proofErr w:type="gramEnd"/>
      <w:r>
        <w:rPr>
          <w:rFonts w:ascii="Consolas" w:eastAsia="Consolas" w:hAnsi="Consolas"/>
          <w:sz w:val="20"/>
        </w:rPr>
        <w:t>_face2){</w:t>
      </w:r>
    </w:p>
    <w:p w14:paraId="4DA63177"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global.PressXHold</w:t>
      </w:r>
      <w:proofErr w:type="spellEnd"/>
      <w:proofErr w:type="gramEnd"/>
      <w:r>
        <w:rPr>
          <w:rFonts w:ascii="Consolas" w:eastAsia="Consolas" w:hAnsi="Consolas"/>
          <w:sz w:val="20"/>
        </w:rPr>
        <w:t>=true</w:t>
      </w:r>
    </w:p>
    <w:p w14:paraId="7BC4861B" w14:textId="77777777" w:rsidR="006C7C92" w:rsidRDefault="006C7C92" w:rsidP="006C7C92">
      <w:pPr>
        <w:spacing w:after="0" w:line="240" w:lineRule="auto"/>
      </w:pPr>
      <w:r>
        <w:rPr>
          <w:rFonts w:ascii="Consolas" w:eastAsia="Consolas" w:hAnsi="Consolas"/>
          <w:sz w:val="20"/>
        </w:rPr>
        <w:t>}</w:t>
      </w:r>
    </w:p>
    <w:p w14:paraId="3D59BEE2" w14:textId="77777777" w:rsidR="006C7C92" w:rsidRDefault="006C7C92" w:rsidP="006C7C92">
      <w:pPr>
        <w:spacing w:after="0" w:line="240" w:lineRule="auto"/>
      </w:pPr>
      <w:proofErr w:type="gramStart"/>
      <w:r>
        <w:rPr>
          <w:rFonts w:ascii="Consolas" w:eastAsia="Consolas" w:hAnsi="Consolas"/>
          <w:sz w:val="20"/>
        </w:rPr>
        <w:t>if  (</w:t>
      </w:r>
      <w:proofErr w:type="spellStart"/>
      <w:proofErr w:type="gramEnd"/>
      <w:r>
        <w:rPr>
          <w:rFonts w:ascii="Consolas" w:eastAsia="Consolas" w:hAnsi="Consolas"/>
          <w:sz w:val="20"/>
        </w:rPr>
        <w:t>keyboard_check</w:t>
      </w:r>
      <w:proofErr w:type="spellEnd"/>
      <w:r>
        <w:rPr>
          <w:rFonts w:ascii="Consolas" w:eastAsia="Consolas" w:hAnsi="Consolas"/>
          <w:sz w:val="20"/>
        </w:rPr>
        <w:t>(</w:t>
      </w:r>
      <w:proofErr w:type="spellStart"/>
      <w:r>
        <w:rPr>
          <w:rFonts w:ascii="Consolas" w:eastAsia="Consolas" w:hAnsi="Consolas"/>
          <w:sz w:val="20"/>
        </w:rPr>
        <w:t>global.keyBindings</w:t>
      </w:r>
      <w:proofErr w:type="spellEnd"/>
      <w:r>
        <w:rPr>
          <w:rFonts w:ascii="Consolas" w:eastAsia="Consolas" w:hAnsi="Consolas"/>
          <w:sz w:val="20"/>
        </w:rPr>
        <w:t xml:space="preserve">[? "skip"])) or </w:t>
      </w:r>
    </w:p>
    <w:p w14:paraId="36FCAE5B" w14:textId="77777777" w:rsidR="006C7C92" w:rsidRDefault="006C7C92" w:rsidP="006C7C92">
      <w:pPr>
        <w:spacing w:after="0" w:line="240" w:lineRule="auto"/>
      </w:pPr>
      <w:r>
        <w:rPr>
          <w:rFonts w:ascii="Consolas" w:eastAsia="Consolas" w:hAnsi="Consolas"/>
          <w:sz w:val="20"/>
        </w:rPr>
        <w:t>(</w:t>
      </w:r>
      <w:proofErr w:type="spellStart"/>
      <w:proofErr w:type="gramStart"/>
      <w:r>
        <w:rPr>
          <w:rFonts w:ascii="Consolas" w:eastAsia="Consolas" w:hAnsi="Consolas"/>
          <w:sz w:val="20"/>
        </w:rPr>
        <w:t>keyboard</w:t>
      </w:r>
      <w:proofErr w:type="gramEnd"/>
      <w:r>
        <w:rPr>
          <w:rFonts w:ascii="Consolas" w:eastAsia="Consolas" w:hAnsi="Consolas"/>
          <w:sz w:val="20"/>
        </w:rPr>
        <w:t>_check</w:t>
      </w:r>
      <w:proofErr w:type="spellEnd"/>
      <w:r>
        <w:rPr>
          <w:rFonts w:ascii="Consolas" w:eastAsia="Consolas" w:hAnsi="Consolas"/>
          <w:sz w:val="20"/>
        </w:rPr>
        <w:t>(</w:t>
      </w:r>
      <w:proofErr w:type="spellStart"/>
      <w:r>
        <w:rPr>
          <w:rFonts w:ascii="Consolas" w:eastAsia="Consolas" w:hAnsi="Consolas"/>
          <w:sz w:val="20"/>
        </w:rPr>
        <w:t>vk_control</w:t>
      </w:r>
      <w:proofErr w:type="spellEnd"/>
      <w:r>
        <w:rPr>
          <w:rFonts w:ascii="Consolas" w:eastAsia="Consolas" w:hAnsi="Consolas"/>
          <w:sz w:val="20"/>
        </w:rPr>
        <w:t>))</w:t>
      </w:r>
    </w:p>
    <w:p w14:paraId="16B9B320" w14:textId="77777777" w:rsidR="006C7C92" w:rsidRDefault="006C7C92" w:rsidP="006C7C92">
      <w:pPr>
        <w:spacing w:after="0" w:line="240" w:lineRule="auto"/>
      </w:pPr>
      <w:r>
        <w:rPr>
          <w:rFonts w:ascii="Consolas" w:eastAsia="Consolas" w:hAnsi="Consolas"/>
          <w:sz w:val="20"/>
        </w:rPr>
        <w:t xml:space="preserve">or </w:t>
      </w:r>
      <w:proofErr w:type="spellStart"/>
      <w:r>
        <w:rPr>
          <w:rFonts w:ascii="Consolas" w:eastAsia="Consolas" w:hAnsi="Consolas"/>
          <w:sz w:val="20"/>
        </w:rPr>
        <w:t>gamepad_button_check</w:t>
      </w:r>
      <w:proofErr w:type="spellEnd"/>
      <w:r>
        <w:rPr>
          <w:rFonts w:ascii="Consolas" w:eastAsia="Consolas" w:hAnsi="Consolas"/>
          <w:sz w:val="20"/>
        </w:rPr>
        <w:t>(_</w:t>
      </w:r>
      <w:proofErr w:type="gramStart"/>
      <w:r>
        <w:rPr>
          <w:rFonts w:ascii="Consolas" w:eastAsia="Consolas" w:hAnsi="Consolas"/>
          <w:sz w:val="20"/>
        </w:rPr>
        <w:t>gp,gp</w:t>
      </w:r>
      <w:proofErr w:type="gramEnd"/>
      <w:r>
        <w:rPr>
          <w:rFonts w:ascii="Consolas" w:eastAsia="Consolas" w:hAnsi="Consolas"/>
          <w:sz w:val="20"/>
        </w:rPr>
        <w:t>_face4){</w:t>
      </w:r>
    </w:p>
    <w:p w14:paraId="6D1992D6"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global.PressCHold</w:t>
      </w:r>
      <w:proofErr w:type="spellEnd"/>
      <w:proofErr w:type="gramEnd"/>
      <w:r>
        <w:rPr>
          <w:rFonts w:ascii="Consolas" w:eastAsia="Consolas" w:hAnsi="Consolas"/>
          <w:sz w:val="20"/>
        </w:rPr>
        <w:t>=true</w:t>
      </w:r>
    </w:p>
    <w:p w14:paraId="09230F23" w14:textId="77777777" w:rsidR="006C7C92" w:rsidRDefault="006C7C92" w:rsidP="006C7C92">
      <w:pPr>
        <w:spacing w:after="0" w:line="240" w:lineRule="auto"/>
      </w:pPr>
      <w:r>
        <w:rPr>
          <w:rFonts w:ascii="Consolas" w:eastAsia="Consolas" w:hAnsi="Consolas"/>
          <w:sz w:val="20"/>
        </w:rPr>
        <w:t>}</w:t>
      </w:r>
    </w:p>
    <w:p w14:paraId="21085AB4" w14:textId="77777777" w:rsidR="006C7C92" w:rsidRDefault="006C7C92" w:rsidP="006C7C92">
      <w:pPr>
        <w:spacing w:after="0" w:line="240" w:lineRule="auto"/>
      </w:pPr>
      <w:proofErr w:type="gramStart"/>
      <w:r>
        <w:rPr>
          <w:rFonts w:ascii="Consolas" w:eastAsia="Consolas" w:hAnsi="Consolas"/>
          <w:sz w:val="20"/>
        </w:rPr>
        <w:t>if  (</w:t>
      </w:r>
      <w:proofErr w:type="spellStart"/>
      <w:proofErr w:type="gramEnd"/>
      <w:r>
        <w:rPr>
          <w:rFonts w:ascii="Consolas" w:eastAsia="Consolas" w:hAnsi="Consolas"/>
          <w:sz w:val="20"/>
        </w:rPr>
        <w:t>keyboard_check</w:t>
      </w:r>
      <w:proofErr w:type="spellEnd"/>
      <w:r>
        <w:rPr>
          <w:rFonts w:ascii="Consolas" w:eastAsia="Consolas" w:hAnsi="Consolas"/>
          <w:sz w:val="20"/>
        </w:rPr>
        <w:t>(</w:t>
      </w:r>
      <w:proofErr w:type="spellStart"/>
      <w:r>
        <w:rPr>
          <w:rFonts w:ascii="Consolas" w:eastAsia="Consolas" w:hAnsi="Consolas"/>
          <w:sz w:val="20"/>
        </w:rPr>
        <w:t>global.keyBindings</w:t>
      </w:r>
      <w:proofErr w:type="spellEnd"/>
      <w:r>
        <w:rPr>
          <w:rFonts w:ascii="Consolas" w:eastAsia="Consolas" w:hAnsi="Consolas"/>
          <w:sz w:val="20"/>
        </w:rPr>
        <w:t>[? "left"]))</w:t>
      </w:r>
    </w:p>
    <w:p w14:paraId="588C6C94" w14:textId="77777777" w:rsidR="006C7C92" w:rsidRDefault="006C7C92" w:rsidP="006C7C92">
      <w:pPr>
        <w:spacing w:after="0" w:line="360" w:lineRule="auto"/>
        <w:ind w:firstLine="709"/>
        <w:jc w:val="both"/>
      </w:pPr>
      <w:r>
        <w:t xml:space="preserve">or </w:t>
      </w:r>
      <w:proofErr w:type="spellStart"/>
      <w:r>
        <w:t>axis_left_pressed</w:t>
      </w:r>
      <w:proofErr w:type="spellEnd"/>
    </w:p>
    <w:p w14:paraId="1E2E44A8" w14:textId="77777777" w:rsidR="006C7C92" w:rsidRDefault="006C7C92" w:rsidP="006C7C92">
      <w:pPr>
        <w:spacing w:after="0" w:line="240" w:lineRule="auto"/>
      </w:pPr>
      <w:r>
        <w:rPr>
          <w:rFonts w:ascii="Consolas" w:eastAsia="Consolas" w:hAnsi="Consolas"/>
          <w:sz w:val="20"/>
        </w:rPr>
        <w:t>or (_</w:t>
      </w:r>
      <w:proofErr w:type="spellStart"/>
      <w:proofErr w:type="gramStart"/>
      <w:r>
        <w:rPr>
          <w:rFonts w:ascii="Consolas" w:eastAsia="Consolas" w:hAnsi="Consolas"/>
          <w:sz w:val="20"/>
        </w:rPr>
        <w:t>gp</w:t>
      </w:r>
      <w:proofErr w:type="spellEnd"/>
      <w:r>
        <w:rPr>
          <w:rFonts w:ascii="Consolas" w:eastAsia="Consolas" w:hAnsi="Consolas"/>
          <w:sz w:val="20"/>
        </w:rPr>
        <w:t xml:space="preserve"> !</w:t>
      </w:r>
      <w:proofErr w:type="gramEnd"/>
      <w:r>
        <w:rPr>
          <w:rFonts w:ascii="Consolas" w:eastAsia="Consolas" w:hAnsi="Consolas"/>
          <w:sz w:val="20"/>
        </w:rPr>
        <w:t>= undefined) and</w:t>
      </w:r>
    </w:p>
    <w:p w14:paraId="700CA12B" w14:textId="77777777" w:rsidR="006C7C92" w:rsidRDefault="006C7C92" w:rsidP="006C7C92">
      <w:pPr>
        <w:spacing w:after="0" w:line="240" w:lineRule="auto"/>
      </w:pPr>
      <w:proofErr w:type="spellStart"/>
      <w:r>
        <w:rPr>
          <w:rFonts w:ascii="Consolas" w:eastAsia="Consolas" w:hAnsi="Consolas"/>
          <w:sz w:val="20"/>
        </w:rPr>
        <w:t>gamepad_button_check</w:t>
      </w:r>
      <w:proofErr w:type="spellEnd"/>
      <w:r>
        <w:rPr>
          <w:rFonts w:ascii="Consolas" w:eastAsia="Consolas" w:hAnsi="Consolas"/>
          <w:sz w:val="20"/>
        </w:rPr>
        <w:t>(_</w:t>
      </w:r>
      <w:proofErr w:type="spellStart"/>
      <w:proofErr w:type="gramStart"/>
      <w:r>
        <w:rPr>
          <w:rFonts w:ascii="Consolas" w:eastAsia="Consolas" w:hAnsi="Consolas"/>
          <w:sz w:val="20"/>
        </w:rPr>
        <w:t>gp,gp</w:t>
      </w:r>
      <w:proofErr w:type="gramEnd"/>
      <w:r>
        <w:rPr>
          <w:rFonts w:ascii="Consolas" w:eastAsia="Consolas" w:hAnsi="Consolas"/>
          <w:sz w:val="20"/>
        </w:rPr>
        <w:t>_padl</w:t>
      </w:r>
      <w:proofErr w:type="spellEnd"/>
      <w:r>
        <w:rPr>
          <w:rFonts w:ascii="Consolas" w:eastAsia="Consolas" w:hAnsi="Consolas"/>
          <w:sz w:val="20"/>
        </w:rPr>
        <w:t>){</w:t>
      </w:r>
    </w:p>
    <w:p w14:paraId="2F8FDB0B"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global.LeftHold</w:t>
      </w:r>
      <w:proofErr w:type="spellEnd"/>
      <w:proofErr w:type="gramEnd"/>
      <w:r>
        <w:rPr>
          <w:rFonts w:ascii="Consolas" w:eastAsia="Consolas" w:hAnsi="Consolas"/>
          <w:sz w:val="20"/>
        </w:rPr>
        <w:t>=true</w:t>
      </w:r>
    </w:p>
    <w:p w14:paraId="3CD3088B" w14:textId="77777777" w:rsidR="006C7C92" w:rsidRDefault="006C7C92" w:rsidP="006C7C92">
      <w:pPr>
        <w:spacing w:after="0" w:line="240" w:lineRule="auto"/>
      </w:pPr>
      <w:r>
        <w:rPr>
          <w:rFonts w:ascii="Consolas" w:eastAsia="Consolas" w:hAnsi="Consolas"/>
          <w:sz w:val="20"/>
        </w:rPr>
        <w:t>}</w:t>
      </w:r>
    </w:p>
    <w:p w14:paraId="06FB8448" w14:textId="77777777" w:rsidR="006C7C92" w:rsidRDefault="006C7C92" w:rsidP="006C7C92">
      <w:pPr>
        <w:spacing w:after="0" w:line="240" w:lineRule="auto"/>
      </w:pPr>
      <w:proofErr w:type="gramStart"/>
      <w:r>
        <w:rPr>
          <w:rFonts w:ascii="Consolas" w:eastAsia="Consolas" w:hAnsi="Consolas"/>
          <w:sz w:val="20"/>
        </w:rPr>
        <w:t>if  (</w:t>
      </w:r>
      <w:proofErr w:type="spellStart"/>
      <w:proofErr w:type="gramEnd"/>
      <w:r>
        <w:rPr>
          <w:rFonts w:ascii="Consolas" w:eastAsia="Consolas" w:hAnsi="Consolas"/>
          <w:sz w:val="20"/>
        </w:rPr>
        <w:t>keyboard_check</w:t>
      </w:r>
      <w:proofErr w:type="spellEnd"/>
      <w:r>
        <w:rPr>
          <w:rFonts w:ascii="Consolas" w:eastAsia="Consolas" w:hAnsi="Consolas"/>
          <w:sz w:val="20"/>
        </w:rPr>
        <w:t>(</w:t>
      </w:r>
      <w:proofErr w:type="spellStart"/>
      <w:r>
        <w:rPr>
          <w:rFonts w:ascii="Consolas" w:eastAsia="Consolas" w:hAnsi="Consolas"/>
          <w:sz w:val="20"/>
        </w:rPr>
        <w:t>global.keyBindings</w:t>
      </w:r>
      <w:proofErr w:type="spellEnd"/>
      <w:r>
        <w:rPr>
          <w:rFonts w:ascii="Consolas" w:eastAsia="Consolas" w:hAnsi="Consolas"/>
          <w:sz w:val="20"/>
        </w:rPr>
        <w:t>[? "right"]))</w:t>
      </w:r>
    </w:p>
    <w:p w14:paraId="7A0E7214" w14:textId="77777777" w:rsidR="006C7C92" w:rsidRDefault="006C7C92" w:rsidP="006C7C92">
      <w:pPr>
        <w:spacing w:after="0" w:line="360" w:lineRule="auto"/>
        <w:ind w:firstLine="709"/>
        <w:jc w:val="both"/>
      </w:pPr>
      <w:r>
        <w:t xml:space="preserve">or </w:t>
      </w:r>
      <w:proofErr w:type="spellStart"/>
      <w:r>
        <w:t>axis_right_pressed</w:t>
      </w:r>
      <w:proofErr w:type="spellEnd"/>
    </w:p>
    <w:p w14:paraId="173B64C0" w14:textId="77777777" w:rsidR="006C7C92" w:rsidRDefault="006C7C92" w:rsidP="006C7C92">
      <w:pPr>
        <w:spacing w:after="0" w:line="240" w:lineRule="auto"/>
      </w:pPr>
      <w:r>
        <w:rPr>
          <w:rFonts w:ascii="Consolas" w:eastAsia="Consolas" w:hAnsi="Consolas"/>
          <w:sz w:val="20"/>
        </w:rPr>
        <w:t>or (_</w:t>
      </w:r>
      <w:proofErr w:type="spellStart"/>
      <w:proofErr w:type="gramStart"/>
      <w:r>
        <w:rPr>
          <w:rFonts w:ascii="Consolas" w:eastAsia="Consolas" w:hAnsi="Consolas"/>
          <w:sz w:val="20"/>
        </w:rPr>
        <w:t>gp</w:t>
      </w:r>
      <w:proofErr w:type="spellEnd"/>
      <w:r>
        <w:rPr>
          <w:rFonts w:ascii="Consolas" w:eastAsia="Consolas" w:hAnsi="Consolas"/>
          <w:sz w:val="20"/>
        </w:rPr>
        <w:t xml:space="preserve"> !</w:t>
      </w:r>
      <w:proofErr w:type="gramEnd"/>
      <w:r>
        <w:rPr>
          <w:rFonts w:ascii="Consolas" w:eastAsia="Consolas" w:hAnsi="Consolas"/>
          <w:sz w:val="20"/>
        </w:rPr>
        <w:t>= undefined) and</w:t>
      </w:r>
    </w:p>
    <w:p w14:paraId="5C94DA69" w14:textId="77777777" w:rsidR="006C7C92" w:rsidRDefault="006C7C92" w:rsidP="006C7C92">
      <w:pPr>
        <w:spacing w:after="0" w:line="240" w:lineRule="auto"/>
      </w:pPr>
      <w:proofErr w:type="spellStart"/>
      <w:r>
        <w:rPr>
          <w:rFonts w:ascii="Consolas" w:eastAsia="Consolas" w:hAnsi="Consolas"/>
          <w:sz w:val="20"/>
        </w:rPr>
        <w:t>gamepad_button_check</w:t>
      </w:r>
      <w:proofErr w:type="spellEnd"/>
      <w:r>
        <w:rPr>
          <w:rFonts w:ascii="Consolas" w:eastAsia="Consolas" w:hAnsi="Consolas"/>
          <w:sz w:val="20"/>
        </w:rPr>
        <w:t>(_</w:t>
      </w:r>
      <w:proofErr w:type="spellStart"/>
      <w:proofErr w:type="gramStart"/>
      <w:r>
        <w:rPr>
          <w:rFonts w:ascii="Consolas" w:eastAsia="Consolas" w:hAnsi="Consolas"/>
          <w:sz w:val="20"/>
        </w:rPr>
        <w:t>gp,gp</w:t>
      </w:r>
      <w:proofErr w:type="gramEnd"/>
      <w:r>
        <w:rPr>
          <w:rFonts w:ascii="Consolas" w:eastAsia="Consolas" w:hAnsi="Consolas"/>
          <w:sz w:val="20"/>
        </w:rPr>
        <w:t>_padr</w:t>
      </w:r>
      <w:proofErr w:type="spellEnd"/>
      <w:r>
        <w:rPr>
          <w:rFonts w:ascii="Consolas" w:eastAsia="Consolas" w:hAnsi="Consolas"/>
          <w:sz w:val="20"/>
        </w:rPr>
        <w:t>){</w:t>
      </w:r>
    </w:p>
    <w:p w14:paraId="558BE4FB"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global.RigtHold</w:t>
      </w:r>
      <w:proofErr w:type="spellEnd"/>
      <w:proofErr w:type="gramEnd"/>
      <w:r>
        <w:rPr>
          <w:rFonts w:ascii="Consolas" w:eastAsia="Consolas" w:hAnsi="Consolas"/>
          <w:sz w:val="20"/>
        </w:rPr>
        <w:t>=true</w:t>
      </w:r>
    </w:p>
    <w:p w14:paraId="72DC4E2B" w14:textId="77777777" w:rsidR="006C7C92" w:rsidRDefault="006C7C92" w:rsidP="006C7C92">
      <w:pPr>
        <w:spacing w:after="0" w:line="240" w:lineRule="auto"/>
      </w:pPr>
      <w:r>
        <w:rPr>
          <w:rFonts w:ascii="Consolas" w:eastAsia="Consolas" w:hAnsi="Consolas"/>
          <w:sz w:val="20"/>
        </w:rPr>
        <w:t>}</w:t>
      </w:r>
    </w:p>
    <w:p w14:paraId="08AFB16C" w14:textId="77777777" w:rsidR="006C7C92" w:rsidRDefault="006C7C92" w:rsidP="006C7C92">
      <w:pPr>
        <w:spacing w:after="0" w:line="240" w:lineRule="auto"/>
      </w:pPr>
      <w:proofErr w:type="gramStart"/>
      <w:r>
        <w:rPr>
          <w:rFonts w:ascii="Consolas" w:eastAsia="Consolas" w:hAnsi="Consolas"/>
          <w:sz w:val="20"/>
        </w:rPr>
        <w:t>if  (</w:t>
      </w:r>
      <w:proofErr w:type="spellStart"/>
      <w:proofErr w:type="gramEnd"/>
      <w:r>
        <w:rPr>
          <w:rFonts w:ascii="Consolas" w:eastAsia="Consolas" w:hAnsi="Consolas"/>
          <w:sz w:val="20"/>
        </w:rPr>
        <w:t>keyboard_check</w:t>
      </w:r>
      <w:proofErr w:type="spellEnd"/>
      <w:r>
        <w:rPr>
          <w:rFonts w:ascii="Consolas" w:eastAsia="Consolas" w:hAnsi="Consolas"/>
          <w:sz w:val="20"/>
        </w:rPr>
        <w:t>(</w:t>
      </w:r>
      <w:proofErr w:type="spellStart"/>
      <w:r>
        <w:rPr>
          <w:rFonts w:ascii="Consolas" w:eastAsia="Consolas" w:hAnsi="Consolas"/>
          <w:sz w:val="20"/>
        </w:rPr>
        <w:t>global.keyBindings</w:t>
      </w:r>
      <w:proofErr w:type="spellEnd"/>
      <w:r>
        <w:rPr>
          <w:rFonts w:ascii="Consolas" w:eastAsia="Consolas" w:hAnsi="Consolas"/>
          <w:sz w:val="20"/>
        </w:rPr>
        <w:t>[? "up"]))</w:t>
      </w:r>
    </w:p>
    <w:p w14:paraId="573641FE" w14:textId="77777777" w:rsidR="006C7C92" w:rsidRDefault="006C7C92" w:rsidP="006C7C92">
      <w:pPr>
        <w:spacing w:after="0" w:line="360" w:lineRule="auto"/>
        <w:ind w:firstLine="709"/>
        <w:jc w:val="both"/>
      </w:pPr>
      <w:r>
        <w:t xml:space="preserve">or </w:t>
      </w:r>
      <w:proofErr w:type="spellStart"/>
      <w:r>
        <w:t>axis_up_pressed</w:t>
      </w:r>
      <w:proofErr w:type="spellEnd"/>
    </w:p>
    <w:p w14:paraId="578E8B3B" w14:textId="77777777" w:rsidR="006C7C92" w:rsidRDefault="006C7C92" w:rsidP="006C7C92">
      <w:pPr>
        <w:spacing w:after="0" w:line="240" w:lineRule="auto"/>
      </w:pPr>
      <w:r>
        <w:rPr>
          <w:rFonts w:ascii="Consolas" w:eastAsia="Consolas" w:hAnsi="Consolas"/>
          <w:sz w:val="20"/>
        </w:rPr>
        <w:t>or (_</w:t>
      </w:r>
      <w:proofErr w:type="spellStart"/>
      <w:proofErr w:type="gramStart"/>
      <w:r>
        <w:rPr>
          <w:rFonts w:ascii="Consolas" w:eastAsia="Consolas" w:hAnsi="Consolas"/>
          <w:sz w:val="20"/>
        </w:rPr>
        <w:t>gp</w:t>
      </w:r>
      <w:proofErr w:type="spellEnd"/>
      <w:r>
        <w:rPr>
          <w:rFonts w:ascii="Consolas" w:eastAsia="Consolas" w:hAnsi="Consolas"/>
          <w:sz w:val="20"/>
        </w:rPr>
        <w:t xml:space="preserve"> !</w:t>
      </w:r>
      <w:proofErr w:type="gramEnd"/>
      <w:r>
        <w:rPr>
          <w:rFonts w:ascii="Consolas" w:eastAsia="Consolas" w:hAnsi="Consolas"/>
          <w:sz w:val="20"/>
        </w:rPr>
        <w:t>= undefined) and</w:t>
      </w:r>
    </w:p>
    <w:p w14:paraId="12804E19" w14:textId="77777777" w:rsidR="006C7C92" w:rsidRDefault="006C7C92" w:rsidP="006C7C92">
      <w:pPr>
        <w:spacing w:after="0" w:line="240" w:lineRule="auto"/>
      </w:pPr>
      <w:proofErr w:type="spellStart"/>
      <w:r>
        <w:rPr>
          <w:rFonts w:ascii="Consolas" w:eastAsia="Consolas" w:hAnsi="Consolas"/>
          <w:sz w:val="20"/>
        </w:rPr>
        <w:t>gamepad_button_check</w:t>
      </w:r>
      <w:proofErr w:type="spellEnd"/>
      <w:r>
        <w:rPr>
          <w:rFonts w:ascii="Consolas" w:eastAsia="Consolas" w:hAnsi="Consolas"/>
          <w:sz w:val="20"/>
        </w:rPr>
        <w:t>(_</w:t>
      </w:r>
      <w:proofErr w:type="spellStart"/>
      <w:proofErr w:type="gramStart"/>
      <w:r>
        <w:rPr>
          <w:rFonts w:ascii="Consolas" w:eastAsia="Consolas" w:hAnsi="Consolas"/>
          <w:sz w:val="20"/>
        </w:rPr>
        <w:t>gp,gp</w:t>
      </w:r>
      <w:proofErr w:type="gramEnd"/>
      <w:r>
        <w:rPr>
          <w:rFonts w:ascii="Consolas" w:eastAsia="Consolas" w:hAnsi="Consolas"/>
          <w:sz w:val="20"/>
        </w:rPr>
        <w:t>_padu</w:t>
      </w:r>
      <w:proofErr w:type="spellEnd"/>
      <w:r>
        <w:rPr>
          <w:rFonts w:ascii="Consolas" w:eastAsia="Consolas" w:hAnsi="Consolas"/>
          <w:sz w:val="20"/>
        </w:rPr>
        <w:t>){</w:t>
      </w:r>
    </w:p>
    <w:p w14:paraId="5F40CBA1"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global.UpHold</w:t>
      </w:r>
      <w:proofErr w:type="spellEnd"/>
      <w:proofErr w:type="gramEnd"/>
      <w:r>
        <w:rPr>
          <w:rFonts w:ascii="Consolas" w:eastAsia="Consolas" w:hAnsi="Consolas"/>
          <w:sz w:val="20"/>
        </w:rPr>
        <w:t>=true</w:t>
      </w:r>
    </w:p>
    <w:p w14:paraId="53D0C251" w14:textId="77777777" w:rsidR="006C7C92" w:rsidRDefault="006C7C92" w:rsidP="006C7C92">
      <w:pPr>
        <w:spacing w:after="0" w:line="240" w:lineRule="auto"/>
      </w:pPr>
      <w:r>
        <w:rPr>
          <w:rFonts w:ascii="Consolas" w:eastAsia="Consolas" w:hAnsi="Consolas"/>
          <w:sz w:val="20"/>
        </w:rPr>
        <w:t>}</w:t>
      </w:r>
    </w:p>
    <w:p w14:paraId="0ABB8DAC" w14:textId="77777777" w:rsidR="006C7C92" w:rsidRDefault="006C7C92" w:rsidP="006C7C92">
      <w:pPr>
        <w:spacing w:after="0" w:line="240" w:lineRule="auto"/>
      </w:pPr>
      <w:proofErr w:type="gramStart"/>
      <w:r>
        <w:rPr>
          <w:rFonts w:ascii="Consolas" w:eastAsia="Consolas" w:hAnsi="Consolas"/>
          <w:sz w:val="20"/>
        </w:rPr>
        <w:t>if  (</w:t>
      </w:r>
      <w:proofErr w:type="spellStart"/>
      <w:proofErr w:type="gramEnd"/>
      <w:r>
        <w:rPr>
          <w:rFonts w:ascii="Consolas" w:eastAsia="Consolas" w:hAnsi="Consolas"/>
          <w:sz w:val="20"/>
        </w:rPr>
        <w:t>keyboard_check</w:t>
      </w:r>
      <w:proofErr w:type="spellEnd"/>
      <w:r>
        <w:rPr>
          <w:rFonts w:ascii="Consolas" w:eastAsia="Consolas" w:hAnsi="Consolas"/>
          <w:sz w:val="20"/>
        </w:rPr>
        <w:t>(</w:t>
      </w:r>
      <w:proofErr w:type="spellStart"/>
      <w:r>
        <w:rPr>
          <w:rFonts w:ascii="Consolas" w:eastAsia="Consolas" w:hAnsi="Consolas"/>
          <w:sz w:val="20"/>
        </w:rPr>
        <w:t>global.keyBindings</w:t>
      </w:r>
      <w:proofErr w:type="spellEnd"/>
      <w:r>
        <w:rPr>
          <w:rFonts w:ascii="Consolas" w:eastAsia="Consolas" w:hAnsi="Consolas"/>
          <w:sz w:val="20"/>
        </w:rPr>
        <w:t>[? "down"]))</w:t>
      </w:r>
    </w:p>
    <w:p w14:paraId="5836B6B5" w14:textId="77777777" w:rsidR="006C7C92" w:rsidRDefault="006C7C92" w:rsidP="006C7C92">
      <w:pPr>
        <w:spacing w:after="0" w:line="360" w:lineRule="auto"/>
        <w:ind w:firstLine="709"/>
        <w:jc w:val="both"/>
      </w:pPr>
      <w:r>
        <w:t xml:space="preserve">or </w:t>
      </w:r>
      <w:proofErr w:type="spellStart"/>
      <w:r>
        <w:t>axis_down_pressed</w:t>
      </w:r>
      <w:proofErr w:type="spellEnd"/>
    </w:p>
    <w:p w14:paraId="460C1293" w14:textId="77777777" w:rsidR="006C7C92" w:rsidRDefault="006C7C92" w:rsidP="006C7C92">
      <w:pPr>
        <w:spacing w:after="0" w:line="240" w:lineRule="auto"/>
      </w:pPr>
      <w:r>
        <w:rPr>
          <w:rFonts w:ascii="Consolas" w:eastAsia="Consolas" w:hAnsi="Consolas"/>
          <w:sz w:val="20"/>
        </w:rPr>
        <w:t>or (_</w:t>
      </w:r>
      <w:proofErr w:type="spellStart"/>
      <w:proofErr w:type="gramStart"/>
      <w:r>
        <w:rPr>
          <w:rFonts w:ascii="Consolas" w:eastAsia="Consolas" w:hAnsi="Consolas"/>
          <w:sz w:val="20"/>
        </w:rPr>
        <w:t>gp</w:t>
      </w:r>
      <w:proofErr w:type="spellEnd"/>
      <w:r>
        <w:rPr>
          <w:rFonts w:ascii="Consolas" w:eastAsia="Consolas" w:hAnsi="Consolas"/>
          <w:sz w:val="20"/>
        </w:rPr>
        <w:t xml:space="preserve"> !</w:t>
      </w:r>
      <w:proofErr w:type="gramEnd"/>
      <w:r>
        <w:rPr>
          <w:rFonts w:ascii="Consolas" w:eastAsia="Consolas" w:hAnsi="Consolas"/>
          <w:sz w:val="20"/>
        </w:rPr>
        <w:t>= undefined) and</w:t>
      </w:r>
    </w:p>
    <w:p w14:paraId="58315C8E" w14:textId="77777777" w:rsidR="006C7C92" w:rsidRDefault="006C7C92" w:rsidP="006C7C92">
      <w:pPr>
        <w:spacing w:after="0" w:line="240" w:lineRule="auto"/>
      </w:pPr>
      <w:proofErr w:type="spellStart"/>
      <w:r>
        <w:rPr>
          <w:rFonts w:ascii="Consolas" w:eastAsia="Consolas" w:hAnsi="Consolas"/>
          <w:sz w:val="20"/>
        </w:rPr>
        <w:t>gamepad_button_check</w:t>
      </w:r>
      <w:proofErr w:type="spellEnd"/>
      <w:r>
        <w:rPr>
          <w:rFonts w:ascii="Consolas" w:eastAsia="Consolas" w:hAnsi="Consolas"/>
          <w:sz w:val="20"/>
        </w:rPr>
        <w:t>(_</w:t>
      </w:r>
      <w:proofErr w:type="spellStart"/>
      <w:proofErr w:type="gramStart"/>
      <w:r>
        <w:rPr>
          <w:rFonts w:ascii="Consolas" w:eastAsia="Consolas" w:hAnsi="Consolas"/>
          <w:sz w:val="20"/>
        </w:rPr>
        <w:t>gp,gp</w:t>
      </w:r>
      <w:proofErr w:type="gramEnd"/>
      <w:r>
        <w:rPr>
          <w:rFonts w:ascii="Consolas" w:eastAsia="Consolas" w:hAnsi="Consolas"/>
          <w:sz w:val="20"/>
        </w:rPr>
        <w:t>_padd</w:t>
      </w:r>
      <w:proofErr w:type="spellEnd"/>
      <w:r>
        <w:rPr>
          <w:rFonts w:ascii="Consolas" w:eastAsia="Consolas" w:hAnsi="Consolas"/>
          <w:sz w:val="20"/>
        </w:rPr>
        <w:t>){</w:t>
      </w:r>
    </w:p>
    <w:p w14:paraId="78B8948A" w14:textId="77777777" w:rsidR="006C7C92" w:rsidRDefault="006C7C92" w:rsidP="006C7C92">
      <w:pPr>
        <w:spacing w:after="0" w:line="240" w:lineRule="auto"/>
      </w:pPr>
      <w:r>
        <w:rPr>
          <w:rFonts w:ascii="Consolas" w:eastAsia="Consolas" w:hAnsi="Consolas"/>
          <w:sz w:val="20"/>
        </w:rPr>
        <w:t xml:space="preserve">  </w:t>
      </w:r>
      <w:proofErr w:type="spellStart"/>
      <w:proofErr w:type="gramStart"/>
      <w:r>
        <w:rPr>
          <w:rFonts w:ascii="Consolas" w:eastAsia="Consolas" w:hAnsi="Consolas"/>
          <w:sz w:val="20"/>
        </w:rPr>
        <w:t>global.DownHold</w:t>
      </w:r>
      <w:proofErr w:type="spellEnd"/>
      <w:proofErr w:type="gramEnd"/>
      <w:r>
        <w:rPr>
          <w:rFonts w:ascii="Consolas" w:eastAsia="Consolas" w:hAnsi="Consolas"/>
          <w:sz w:val="20"/>
        </w:rPr>
        <w:t>=true</w:t>
      </w:r>
    </w:p>
    <w:p w14:paraId="5C2773FB" w14:textId="77777777" w:rsidR="006C7C92" w:rsidRDefault="006C7C92" w:rsidP="006C7C92">
      <w:pPr>
        <w:spacing w:after="0" w:line="240" w:lineRule="auto"/>
      </w:pPr>
      <w:r>
        <w:rPr>
          <w:rFonts w:ascii="Consolas" w:eastAsia="Consolas" w:hAnsi="Consolas"/>
          <w:sz w:val="20"/>
        </w:rPr>
        <w:t>}</w:t>
      </w:r>
    </w:p>
    <w:p w14:paraId="70995C24" w14:textId="77777777" w:rsidR="006C7C92" w:rsidRPr="00FD160E" w:rsidRDefault="006C7C92" w:rsidP="006C7C92">
      <w:pPr>
        <w:rPr>
          <w:lang w:val="uk-UA"/>
        </w:rPr>
      </w:pPr>
    </w:p>
    <w:p w14:paraId="4670C9DD" w14:textId="77777777" w:rsidR="006C7C92" w:rsidRPr="006C7C92" w:rsidRDefault="006C7C92" w:rsidP="006C7C92">
      <w:pPr>
        <w:spacing w:after="0" w:line="360" w:lineRule="auto"/>
        <w:ind w:firstLine="709"/>
        <w:jc w:val="both"/>
        <w:rPr>
          <w:rFonts w:ascii="Times New Roman" w:hAnsi="Times New Roman" w:cs="Times New Roman"/>
          <w:sz w:val="28"/>
          <w:szCs w:val="28"/>
          <w:lang w:val="uk-UA"/>
        </w:rPr>
      </w:pPr>
      <w:r w:rsidRPr="006C7C92">
        <w:rPr>
          <w:rFonts w:ascii="Times New Roman" w:hAnsi="Times New Roman" w:cs="Times New Roman"/>
          <w:sz w:val="28"/>
          <w:szCs w:val="28"/>
          <w:lang w:val="uk-UA"/>
        </w:rPr>
        <w:t>Код котрий відповідає за мову в меню, розмір вікна з грою та переміщення по головному меню</w:t>
      </w:r>
    </w:p>
    <w:p w14:paraId="6FFCF5A1" w14:textId="77777777" w:rsidR="006C7C92" w:rsidRDefault="006C7C92" w:rsidP="006C7C92"/>
    <w:p w14:paraId="5668133A" w14:textId="77777777" w:rsidR="006C7C92" w:rsidRDefault="006C7C92" w:rsidP="006C7C92">
      <w:pPr>
        <w:spacing w:after="0" w:line="240" w:lineRule="auto"/>
      </w:pPr>
      <w:r>
        <w:rPr>
          <w:rFonts w:ascii="Consolas" w:eastAsia="Consolas" w:hAnsi="Consolas"/>
          <w:sz w:val="20"/>
        </w:rPr>
        <w:t>7, if menu=1{</w:t>
      </w:r>
    </w:p>
    <w:p w14:paraId="71B68E14"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MenuTurn</w:t>
      </w:r>
      <w:proofErr w:type="spellEnd"/>
      <w:r>
        <w:rPr>
          <w:rFonts w:ascii="Consolas" w:eastAsia="Consolas" w:hAnsi="Consolas"/>
          <w:sz w:val="20"/>
        </w:rPr>
        <w:t xml:space="preserve">=0 and </w:t>
      </w:r>
      <w:proofErr w:type="spellStart"/>
      <w:proofErr w:type="gramStart"/>
      <w:r>
        <w:rPr>
          <w:rFonts w:ascii="Consolas" w:eastAsia="Consolas" w:hAnsi="Consolas"/>
          <w:sz w:val="20"/>
        </w:rPr>
        <w:t>global.Up</w:t>
      </w:r>
      <w:proofErr w:type="spellEnd"/>
      <w:proofErr w:type="gramEnd"/>
      <w:r>
        <w:rPr>
          <w:rFonts w:ascii="Consolas" w:eastAsia="Consolas" w:hAnsi="Consolas"/>
          <w:sz w:val="20"/>
        </w:rPr>
        <w:t>{</w:t>
      </w:r>
    </w:p>
    <w:p w14:paraId="037598B2" w14:textId="77777777" w:rsidR="006C7C92" w:rsidRDefault="006C7C92" w:rsidP="006C7C92">
      <w:pPr>
        <w:spacing w:after="0" w:line="360" w:lineRule="auto"/>
        <w:ind w:firstLine="709"/>
        <w:jc w:val="both"/>
      </w:pPr>
      <w:proofErr w:type="spellStart"/>
      <w:r>
        <w:t>MenuSeletion</w:t>
      </w:r>
      <w:proofErr w:type="spellEnd"/>
      <w:r>
        <w:t>--</w:t>
      </w:r>
    </w:p>
    <w:p w14:paraId="516F88DB" w14:textId="77777777" w:rsidR="006C7C92" w:rsidRDefault="006C7C92" w:rsidP="006C7C92">
      <w:pPr>
        <w:spacing w:after="0" w:line="240" w:lineRule="auto"/>
      </w:pPr>
      <w:proofErr w:type="spellStart"/>
      <w:r>
        <w:rPr>
          <w:rFonts w:ascii="Consolas" w:eastAsia="Consolas" w:hAnsi="Consolas"/>
          <w:sz w:val="20"/>
        </w:rPr>
        <w:t>audio_play_sound</w:t>
      </w:r>
      <w:proofErr w:type="spellEnd"/>
      <w:r>
        <w:rPr>
          <w:rFonts w:ascii="Consolas" w:eastAsia="Consolas" w:hAnsi="Consolas"/>
          <w:sz w:val="20"/>
        </w:rPr>
        <w:t>(snd_turn,0,0)</w:t>
      </w:r>
    </w:p>
    <w:p w14:paraId="3EE20922" w14:textId="77777777" w:rsidR="006C7C92" w:rsidRDefault="006C7C92" w:rsidP="006C7C92">
      <w:pPr>
        <w:spacing w:after="0" w:line="240" w:lineRule="auto"/>
      </w:pPr>
      <w:r>
        <w:rPr>
          <w:rFonts w:ascii="Consolas" w:eastAsia="Consolas" w:hAnsi="Consolas"/>
          <w:sz w:val="20"/>
        </w:rPr>
        <w:t>}</w:t>
      </w:r>
    </w:p>
    <w:p w14:paraId="00853373"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MenuTurn</w:t>
      </w:r>
      <w:proofErr w:type="spellEnd"/>
      <w:r>
        <w:rPr>
          <w:rFonts w:ascii="Consolas" w:eastAsia="Consolas" w:hAnsi="Consolas"/>
          <w:sz w:val="20"/>
        </w:rPr>
        <w:t xml:space="preserve">=0 and </w:t>
      </w:r>
      <w:proofErr w:type="spellStart"/>
      <w:proofErr w:type="gramStart"/>
      <w:r>
        <w:rPr>
          <w:rFonts w:ascii="Consolas" w:eastAsia="Consolas" w:hAnsi="Consolas"/>
          <w:sz w:val="20"/>
        </w:rPr>
        <w:t>global.Down</w:t>
      </w:r>
      <w:proofErr w:type="spellEnd"/>
      <w:proofErr w:type="gramEnd"/>
      <w:r>
        <w:rPr>
          <w:rFonts w:ascii="Consolas" w:eastAsia="Consolas" w:hAnsi="Consolas"/>
          <w:sz w:val="20"/>
        </w:rPr>
        <w:t>{</w:t>
      </w:r>
    </w:p>
    <w:p w14:paraId="11136AF1" w14:textId="77777777" w:rsidR="006C7C92" w:rsidRDefault="006C7C92" w:rsidP="006C7C92">
      <w:pPr>
        <w:spacing w:after="0" w:line="360" w:lineRule="auto"/>
        <w:ind w:firstLine="709"/>
        <w:jc w:val="both"/>
      </w:pPr>
      <w:proofErr w:type="spellStart"/>
      <w:r>
        <w:t>MenuSeletion</w:t>
      </w:r>
      <w:proofErr w:type="spellEnd"/>
      <w:r>
        <w:t>++</w:t>
      </w:r>
    </w:p>
    <w:p w14:paraId="30FA60D1" w14:textId="77777777" w:rsidR="006C7C92" w:rsidRDefault="006C7C92" w:rsidP="006C7C92">
      <w:pPr>
        <w:spacing w:after="0" w:line="240" w:lineRule="auto"/>
      </w:pPr>
      <w:proofErr w:type="spellStart"/>
      <w:r>
        <w:rPr>
          <w:rFonts w:ascii="Consolas" w:eastAsia="Consolas" w:hAnsi="Consolas"/>
          <w:sz w:val="20"/>
        </w:rPr>
        <w:t>audio_play_sound</w:t>
      </w:r>
      <w:proofErr w:type="spellEnd"/>
      <w:r>
        <w:rPr>
          <w:rFonts w:ascii="Consolas" w:eastAsia="Consolas" w:hAnsi="Consolas"/>
          <w:sz w:val="20"/>
        </w:rPr>
        <w:t>(snd_turn,0,0)</w:t>
      </w:r>
    </w:p>
    <w:p w14:paraId="1060F8EC" w14:textId="77777777" w:rsidR="006C7C92" w:rsidRDefault="006C7C92" w:rsidP="006C7C92">
      <w:pPr>
        <w:spacing w:after="0" w:line="240" w:lineRule="auto"/>
      </w:pPr>
      <w:r>
        <w:rPr>
          <w:rFonts w:ascii="Consolas" w:eastAsia="Consolas" w:hAnsi="Consolas"/>
          <w:sz w:val="20"/>
        </w:rPr>
        <w:t>}</w:t>
      </w:r>
    </w:p>
    <w:p w14:paraId="733A4066"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MenuTurn</w:t>
      </w:r>
      <w:proofErr w:type="spellEnd"/>
      <w:r>
        <w:rPr>
          <w:rFonts w:ascii="Consolas" w:eastAsia="Consolas" w:hAnsi="Consolas"/>
          <w:sz w:val="20"/>
        </w:rPr>
        <w:t xml:space="preserve">=1 and </w:t>
      </w:r>
      <w:proofErr w:type="spellStart"/>
      <w:r>
        <w:rPr>
          <w:rFonts w:ascii="Consolas" w:eastAsia="Consolas" w:hAnsi="Consolas"/>
          <w:sz w:val="20"/>
        </w:rPr>
        <w:t>MenuSeletion</w:t>
      </w:r>
      <w:proofErr w:type="spellEnd"/>
      <w:r>
        <w:rPr>
          <w:rFonts w:ascii="Consolas" w:eastAsia="Consolas" w:hAnsi="Consolas"/>
          <w:sz w:val="20"/>
        </w:rPr>
        <w:t xml:space="preserve">=0 and </w:t>
      </w:r>
      <w:proofErr w:type="spellStart"/>
      <w:proofErr w:type="gramStart"/>
      <w:r>
        <w:rPr>
          <w:rFonts w:ascii="Consolas" w:eastAsia="Consolas" w:hAnsi="Consolas"/>
          <w:sz w:val="20"/>
        </w:rPr>
        <w:t>global.Up</w:t>
      </w:r>
      <w:proofErr w:type="spellEnd"/>
      <w:proofErr w:type="gramEnd"/>
      <w:r>
        <w:rPr>
          <w:rFonts w:ascii="Consolas" w:eastAsia="Consolas" w:hAnsi="Consolas"/>
          <w:sz w:val="20"/>
        </w:rPr>
        <w:t>{</w:t>
      </w:r>
    </w:p>
    <w:p w14:paraId="1CC57644" w14:textId="77777777" w:rsidR="006C7C92" w:rsidRDefault="006C7C92" w:rsidP="006C7C92">
      <w:pPr>
        <w:spacing w:after="0" w:line="360" w:lineRule="auto"/>
        <w:ind w:firstLine="709"/>
        <w:jc w:val="both"/>
      </w:pPr>
      <w:proofErr w:type="spellStart"/>
      <w:r>
        <w:t>MenuSeletionTurn</w:t>
      </w:r>
      <w:proofErr w:type="spellEnd"/>
      <w:r>
        <w:t>--</w:t>
      </w:r>
    </w:p>
    <w:p w14:paraId="5E56CB78" w14:textId="77777777" w:rsidR="006C7C92" w:rsidRDefault="006C7C92" w:rsidP="006C7C92">
      <w:pPr>
        <w:spacing w:after="0" w:line="240" w:lineRule="auto"/>
      </w:pPr>
      <w:proofErr w:type="spellStart"/>
      <w:r>
        <w:rPr>
          <w:rFonts w:ascii="Consolas" w:eastAsia="Consolas" w:hAnsi="Consolas"/>
          <w:sz w:val="20"/>
        </w:rPr>
        <w:t>audio_play_sound</w:t>
      </w:r>
      <w:proofErr w:type="spellEnd"/>
      <w:r>
        <w:rPr>
          <w:rFonts w:ascii="Consolas" w:eastAsia="Consolas" w:hAnsi="Consolas"/>
          <w:sz w:val="20"/>
        </w:rPr>
        <w:t>(snd_turn,0,0)</w:t>
      </w:r>
    </w:p>
    <w:p w14:paraId="42C8A059" w14:textId="77777777" w:rsidR="006C7C92" w:rsidRDefault="006C7C92" w:rsidP="006C7C92">
      <w:pPr>
        <w:spacing w:after="0" w:line="240" w:lineRule="auto"/>
      </w:pPr>
      <w:r>
        <w:rPr>
          <w:rFonts w:ascii="Consolas" w:eastAsia="Consolas" w:hAnsi="Consolas"/>
          <w:sz w:val="20"/>
        </w:rPr>
        <w:t>}</w:t>
      </w:r>
    </w:p>
    <w:p w14:paraId="25BC436F"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MenuTurn</w:t>
      </w:r>
      <w:proofErr w:type="spellEnd"/>
      <w:r>
        <w:rPr>
          <w:rFonts w:ascii="Consolas" w:eastAsia="Consolas" w:hAnsi="Consolas"/>
          <w:sz w:val="20"/>
        </w:rPr>
        <w:t xml:space="preserve">=1 and </w:t>
      </w:r>
      <w:proofErr w:type="spellStart"/>
      <w:r>
        <w:rPr>
          <w:rFonts w:ascii="Consolas" w:eastAsia="Consolas" w:hAnsi="Consolas"/>
          <w:sz w:val="20"/>
        </w:rPr>
        <w:t>MenuSeletion</w:t>
      </w:r>
      <w:proofErr w:type="spellEnd"/>
      <w:r>
        <w:rPr>
          <w:rFonts w:ascii="Consolas" w:eastAsia="Consolas" w:hAnsi="Consolas"/>
          <w:sz w:val="20"/>
        </w:rPr>
        <w:t xml:space="preserve">=0 and </w:t>
      </w:r>
      <w:proofErr w:type="spellStart"/>
      <w:proofErr w:type="gramStart"/>
      <w:r>
        <w:rPr>
          <w:rFonts w:ascii="Consolas" w:eastAsia="Consolas" w:hAnsi="Consolas"/>
          <w:sz w:val="20"/>
        </w:rPr>
        <w:t>global.Down</w:t>
      </w:r>
      <w:proofErr w:type="spellEnd"/>
      <w:proofErr w:type="gramEnd"/>
      <w:r>
        <w:rPr>
          <w:rFonts w:ascii="Consolas" w:eastAsia="Consolas" w:hAnsi="Consolas"/>
          <w:sz w:val="20"/>
        </w:rPr>
        <w:t>{</w:t>
      </w:r>
    </w:p>
    <w:p w14:paraId="4273CFA4" w14:textId="77777777" w:rsidR="006C7C92" w:rsidRDefault="006C7C92" w:rsidP="006C7C92">
      <w:pPr>
        <w:spacing w:after="0" w:line="360" w:lineRule="auto"/>
        <w:ind w:firstLine="709"/>
        <w:jc w:val="both"/>
      </w:pPr>
      <w:proofErr w:type="spellStart"/>
      <w:r>
        <w:t>MenuSeletionTurn</w:t>
      </w:r>
      <w:proofErr w:type="spellEnd"/>
      <w:r>
        <w:t>++</w:t>
      </w:r>
    </w:p>
    <w:p w14:paraId="6FF1AA01" w14:textId="77777777" w:rsidR="006C7C92" w:rsidRDefault="006C7C92" w:rsidP="006C7C92">
      <w:pPr>
        <w:spacing w:after="0" w:line="240" w:lineRule="auto"/>
      </w:pPr>
      <w:proofErr w:type="spellStart"/>
      <w:r>
        <w:rPr>
          <w:rFonts w:ascii="Consolas" w:eastAsia="Consolas" w:hAnsi="Consolas"/>
          <w:sz w:val="20"/>
        </w:rPr>
        <w:t>audio_play_sound</w:t>
      </w:r>
      <w:proofErr w:type="spellEnd"/>
      <w:r>
        <w:rPr>
          <w:rFonts w:ascii="Consolas" w:eastAsia="Consolas" w:hAnsi="Consolas"/>
          <w:sz w:val="20"/>
        </w:rPr>
        <w:t>(snd_turn,0,0)</w:t>
      </w:r>
    </w:p>
    <w:p w14:paraId="2513E9FE" w14:textId="77777777" w:rsidR="006C7C92" w:rsidRDefault="006C7C92" w:rsidP="006C7C92">
      <w:pPr>
        <w:spacing w:after="0" w:line="240" w:lineRule="auto"/>
      </w:pPr>
      <w:r>
        <w:rPr>
          <w:rFonts w:ascii="Consolas" w:eastAsia="Consolas" w:hAnsi="Consolas"/>
          <w:sz w:val="20"/>
        </w:rPr>
        <w:t>}</w:t>
      </w:r>
    </w:p>
    <w:p w14:paraId="0804720B"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MenuSeletionTurn</w:t>
      </w:r>
      <w:proofErr w:type="spellEnd"/>
      <w:r>
        <w:rPr>
          <w:rFonts w:ascii="Consolas" w:eastAsia="Consolas" w:hAnsi="Consolas"/>
          <w:sz w:val="20"/>
        </w:rPr>
        <w:t xml:space="preserve">=2 and </w:t>
      </w:r>
      <w:proofErr w:type="spellStart"/>
      <w:r>
        <w:rPr>
          <w:rFonts w:ascii="Consolas" w:eastAsia="Consolas" w:hAnsi="Consolas"/>
          <w:sz w:val="20"/>
        </w:rPr>
        <w:t>MenuSeletion</w:t>
      </w:r>
      <w:proofErr w:type="spellEnd"/>
      <w:r>
        <w:rPr>
          <w:rFonts w:ascii="Consolas" w:eastAsia="Consolas" w:hAnsi="Consolas"/>
          <w:sz w:val="20"/>
        </w:rPr>
        <w:t xml:space="preserve">=0 and </w:t>
      </w:r>
      <w:proofErr w:type="spellStart"/>
      <w:r>
        <w:rPr>
          <w:rFonts w:ascii="Consolas" w:eastAsia="Consolas" w:hAnsi="Consolas"/>
          <w:sz w:val="20"/>
        </w:rPr>
        <w:t>MenuTurn</w:t>
      </w:r>
      <w:proofErr w:type="spellEnd"/>
      <w:r>
        <w:rPr>
          <w:rFonts w:ascii="Consolas" w:eastAsia="Consolas" w:hAnsi="Consolas"/>
          <w:sz w:val="20"/>
        </w:rPr>
        <w:t>=1{</w:t>
      </w:r>
    </w:p>
    <w:p w14:paraId="2D97CF63"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MenuSeletionTurn</w:t>
      </w:r>
      <w:proofErr w:type="spellEnd"/>
      <w:r>
        <w:rPr>
          <w:rFonts w:ascii="Consolas" w:eastAsia="Consolas" w:hAnsi="Consolas"/>
          <w:sz w:val="20"/>
        </w:rPr>
        <w:t>=0</w:t>
      </w:r>
    </w:p>
    <w:p w14:paraId="33FBD611" w14:textId="77777777" w:rsidR="006C7C92" w:rsidRDefault="006C7C92" w:rsidP="006C7C92">
      <w:pPr>
        <w:spacing w:after="0" w:line="240" w:lineRule="auto"/>
      </w:pPr>
      <w:r>
        <w:rPr>
          <w:rFonts w:ascii="Consolas" w:eastAsia="Consolas" w:hAnsi="Consolas"/>
          <w:sz w:val="20"/>
        </w:rPr>
        <w:t>}</w:t>
      </w:r>
    </w:p>
    <w:p w14:paraId="5F50207E"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MenuSeletionTurn</w:t>
      </w:r>
      <w:proofErr w:type="spellEnd"/>
      <w:r>
        <w:rPr>
          <w:rFonts w:ascii="Consolas" w:eastAsia="Consolas" w:hAnsi="Consolas"/>
          <w:sz w:val="20"/>
        </w:rPr>
        <w:t xml:space="preserve">=-1 and </w:t>
      </w:r>
      <w:proofErr w:type="spellStart"/>
      <w:r>
        <w:rPr>
          <w:rFonts w:ascii="Consolas" w:eastAsia="Consolas" w:hAnsi="Consolas"/>
          <w:sz w:val="20"/>
        </w:rPr>
        <w:t>MenuSeletion</w:t>
      </w:r>
      <w:proofErr w:type="spellEnd"/>
      <w:r>
        <w:rPr>
          <w:rFonts w:ascii="Consolas" w:eastAsia="Consolas" w:hAnsi="Consolas"/>
          <w:sz w:val="20"/>
        </w:rPr>
        <w:t xml:space="preserve">=0 and </w:t>
      </w:r>
      <w:proofErr w:type="spellStart"/>
      <w:r>
        <w:rPr>
          <w:rFonts w:ascii="Consolas" w:eastAsia="Consolas" w:hAnsi="Consolas"/>
          <w:sz w:val="20"/>
        </w:rPr>
        <w:t>MenuTurn</w:t>
      </w:r>
      <w:proofErr w:type="spellEnd"/>
      <w:r>
        <w:rPr>
          <w:rFonts w:ascii="Consolas" w:eastAsia="Consolas" w:hAnsi="Consolas"/>
          <w:sz w:val="20"/>
        </w:rPr>
        <w:t>=1{</w:t>
      </w:r>
    </w:p>
    <w:p w14:paraId="1FFB6535"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MenuSeletionTurn</w:t>
      </w:r>
      <w:proofErr w:type="spellEnd"/>
      <w:r>
        <w:rPr>
          <w:rFonts w:ascii="Consolas" w:eastAsia="Consolas" w:hAnsi="Consolas"/>
          <w:sz w:val="20"/>
        </w:rPr>
        <w:t>=1</w:t>
      </w:r>
    </w:p>
    <w:p w14:paraId="0A665728" w14:textId="77777777" w:rsidR="006C7C92" w:rsidRDefault="006C7C92" w:rsidP="006C7C92">
      <w:pPr>
        <w:spacing w:after="0" w:line="240" w:lineRule="auto"/>
      </w:pPr>
      <w:r>
        <w:rPr>
          <w:rFonts w:ascii="Consolas" w:eastAsia="Consolas" w:hAnsi="Consolas"/>
          <w:sz w:val="20"/>
        </w:rPr>
        <w:t>}</w:t>
      </w:r>
    </w:p>
    <w:p w14:paraId="132A5627" w14:textId="77777777" w:rsidR="006C7C92" w:rsidRDefault="006C7C92" w:rsidP="006C7C92"/>
    <w:p w14:paraId="5A37C79F" w14:textId="77777777" w:rsidR="006C7C92" w:rsidRDefault="006C7C92" w:rsidP="006C7C92">
      <w:pPr>
        <w:spacing w:after="0" w:line="240" w:lineRule="auto"/>
      </w:pPr>
      <w:r>
        <w:rPr>
          <w:rFonts w:ascii="Consolas" w:eastAsia="Consolas" w:hAnsi="Consolas"/>
          <w:sz w:val="20"/>
        </w:rPr>
        <w:t xml:space="preserve">8, if </w:t>
      </w:r>
      <w:proofErr w:type="spellStart"/>
      <w:r>
        <w:rPr>
          <w:rFonts w:ascii="Consolas" w:eastAsia="Consolas" w:hAnsi="Consolas"/>
          <w:sz w:val="20"/>
        </w:rPr>
        <w:t>MenuTurn</w:t>
      </w:r>
      <w:proofErr w:type="spellEnd"/>
      <w:r>
        <w:rPr>
          <w:rFonts w:ascii="Consolas" w:eastAsia="Consolas" w:hAnsi="Consolas"/>
          <w:sz w:val="20"/>
        </w:rPr>
        <w:t xml:space="preserve">=1 and </w:t>
      </w:r>
      <w:proofErr w:type="spellStart"/>
      <w:r>
        <w:rPr>
          <w:rFonts w:ascii="Consolas" w:eastAsia="Consolas" w:hAnsi="Consolas"/>
          <w:sz w:val="20"/>
        </w:rPr>
        <w:t>MenuSeletion</w:t>
      </w:r>
      <w:proofErr w:type="spellEnd"/>
      <w:r>
        <w:rPr>
          <w:rFonts w:ascii="Consolas" w:eastAsia="Consolas" w:hAnsi="Consolas"/>
          <w:sz w:val="20"/>
        </w:rPr>
        <w:t xml:space="preserve">=2 and Extra=true and </w:t>
      </w:r>
      <w:proofErr w:type="spellStart"/>
      <w:r>
        <w:rPr>
          <w:rFonts w:ascii="Consolas" w:eastAsia="Consolas" w:hAnsi="Consolas"/>
          <w:sz w:val="20"/>
        </w:rPr>
        <w:t>MenuSeletionTurn</w:t>
      </w:r>
      <w:proofErr w:type="spellEnd"/>
      <w:r>
        <w:rPr>
          <w:rFonts w:ascii="Consolas" w:eastAsia="Consolas" w:hAnsi="Consolas"/>
          <w:sz w:val="20"/>
        </w:rPr>
        <w:t xml:space="preserve">=3 and </w:t>
      </w:r>
      <w:proofErr w:type="spellStart"/>
      <w:proofErr w:type="gramStart"/>
      <w:r>
        <w:rPr>
          <w:rFonts w:ascii="Consolas" w:eastAsia="Consolas" w:hAnsi="Consolas"/>
          <w:sz w:val="20"/>
        </w:rPr>
        <w:t>global.PressZ</w:t>
      </w:r>
      <w:proofErr w:type="spellEnd"/>
      <w:proofErr w:type="gramEnd"/>
      <w:r>
        <w:rPr>
          <w:rFonts w:ascii="Consolas" w:eastAsia="Consolas" w:hAnsi="Consolas"/>
          <w:sz w:val="20"/>
        </w:rPr>
        <w:t>=true</w:t>
      </w:r>
    </w:p>
    <w:p w14:paraId="28F1F41B" w14:textId="77777777" w:rsidR="006C7C92" w:rsidRDefault="006C7C92" w:rsidP="006C7C92">
      <w:pPr>
        <w:spacing w:after="0" w:line="240" w:lineRule="auto"/>
      </w:pPr>
      <w:r>
        <w:rPr>
          <w:rFonts w:ascii="Consolas" w:eastAsia="Consolas" w:hAnsi="Consolas"/>
          <w:sz w:val="20"/>
        </w:rPr>
        <w:t xml:space="preserve">or </w:t>
      </w:r>
      <w:proofErr w:type="spellStart"/>
      <w:r>
        <w:rPr>
          <w:rFonts w:ascii="Consolas" w:eastAsia="Consolas" w:hAnsi="Consolas"/>
          <w:sz w:val="20"/>
        </w:rPr>
        <w:t>MenuTurn</w:t>
      </w:r>
      <w:proofErr w:type="spellEnd"/>
      <w:r>
        <w:rPr>
          <w:rFonts w:ascii="Consolas" w:eastAsia="Consolas" w:hAnsi="Consolas"/>
          <w:sz w:val="20"/>
        </w:rPr>
        <w:t xml:space="preserve">=1 and </w:t>
      </w:r>
      <w:proofErr w:type="spellStart"/>
      <w:r>
        <w:rPr>
          <w:rFonts w:ascii="Consolas" w:eastAsia="Consolas" w:hAnsi="Consolas"/>
          <w:sz w:val="20"/>
        </w:rPr>
        <w:t>MenuSeletion</w:t>
      </w:r>
      <w:proofErr w:type="spellEnd"/>
      <w:r>
        <w:rPr>
          <w:rFonts w:ascii="Consolas" w:eastAsia="Consolas" w:hAnsi="Consolas"/>
          <w:sz w:val="20"/>
        </w:rPr>
        <w:t xml:space="preserve">=2 and Extra=true and </w:t>
      </w:r>
      <w:proofErr w:type="spellStart"/>
      <w:proofErr w:type="gramStart"/>
      <w:r>
        <w:rPr>
          <w:rFonts w:ascii="Consolas" w:eastAsia="Consolas" w:hAnsi="Consolas"/>
          <w:sz w:val="20"/>
        </w:rPr>
        <w:t>global.PressX</w:t>
      </w:r>
      <w:proofErr w:type="spellEnd"/>
      <w:proofErr w:type="gramEnd"/>
      <w:r>
        <w:rPr>
          <w:rFonts w:ascii="Consolas" w:eastAsia="Consolas" w:hAnsi="Consolas"/>
          <w:sz w:val="20"/>
        </w:rPr>
        <w:t>=true{</w:t>
      </w:r>
    </w:p>
    <w:p w14:paraId="652E8560"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MenuSeletionTurn</w:t>
      </w:r>
      <w:proofErr w:type="spellEnd"/>
      <w:r>
        <w:rPr>
          <w:rFonts w:ascii="Consolas" w:eastAsia="Consolas" w:hAnsi="Consolas"/>
          <w:sz w:val="20"/>
        </w:rPr>
        <w:t>=0</w:t>
      </w:r>
    </w:p>
    <w:p w14:paraId="44BF9E59"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MenuTurn</w:t>
      </w:r>
      <w:proofErr w:type="spellEnd"/>
      <w:r>
        <w:rPr>
          <w:rFonts w:ascii="Consolas" w:eastAsia="Consolas" w:hAnsi="Consolas"/>
          <w:sz w:val="20"/>
        </w:rPr>
        <w:t>=0</w:t>
      </w:r>
    </w:p>
    <w:p w14:paraId="062A9A72"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spdMenuSoul</w:t>
      </w:r>
      <w:proofErr w:type="spellEnd"/>
      <w:r>
        <w:rPr>
          <w:rFonts w:ascii="Consolas" w:eastAsia="Consolas" w:hAnsi="Consolas"/>
          <w:sz w:val="20"/>
        </w:rPr>
        <w:t>=48</w:t>
      </w:r>
    </w:p>
    <w:p w14:paraId="2B73C049"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audio_play_sound</w:t>
      </w:r>
      <w:proofErr w:type="spellEnd"/>
      <w:r>
        <w:rPr>
          <w:rFonts w:ascii="Consolas" w:eastAsia="Consolas" w:hAnsi="Consolas"/>
          <w:sz w:val="20"/>
        </w:rPr>
        <w:t>(snd_turn,0,0)</w:t>
      </w:r>
    </w:p>
    <w:p w14:paraId="12A48531" w14:textId="77777777" w:rsidR="006C7C92" w:rsidRDefault="006C7C92" w:rsidP="006C7C92">
      <w:pPr>
        <w:spacing w:after="0" w:line="240" w:lineRule="auto"/>
      </w:pPr>
      <w:r>
        <w:rPr>
          <w:rFonts w:ascii="Consolas" w:eastAsia="Consolas" w:hAnsi="Consolas"/>
          <w:sz w:val="20"/>
        </w:rPr>
        <w:t>}</w:t>
      </w:r>
    </w:p>
    <w:p w14:paraId="4C966604"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MenuTurn</w:t>
      </w:r>
      <w:proofErr w:type="spellEnd"/>
      <w:r>
        <w:rPr>
          <w:rFonts w:ascii="Consolas" w:eastAsia="Consolas" w:hAnsi="Consolas"/>
          <w:sz w:val="20"/>
        </w:rPr>
        <w:t xml:space="preserve">=1 and </w:t>
      </w:r>
      <w:proofErr w:type="spellStart"/>
      <w:r>
        <w:rPr>
          <w:rFonts w:ascii="Consolas" w:eastAsia="Consolas" w:hAnsi="Consolas"/>
          <w:sz w:val="20"/>
        </w:rPr>
        <w:t>MenuSeletion</w:t>
      </w:r>
      <w:proofErr w:type="spellEnd"/>
      <w:r>
        <w:rPr>
          <w:rFonts w:ascii="Consolas" w:eastAsia="Consolas" w:hAnsi="Consolas"/>
          <w:sz w:val="20"/>
        </w:rPr>
        <w:t xml:space="preserve">=2 and Extra=true and </w:t>
      </w:r>
      <w:proofErr w:type="spellStart"/>
      <w:r>
        <w:rPr>
          <w:rFonts w:ascii="Consolas" w:eastAsia="Consolas" w:hAnsi="Consolas"/>
          <w:sz w:val="20"/>
        </w:rPr>
        <w:t>MenuSeletionTurn</w:t>
      </w:r>
      <w:proofErr w:type="spellEnd"/>
      <w:r>
        <w:rPr>
          <w:rFonts w:ascii="Consolas" w:eastAsia="Consolas" w:hAnsi="Consolas"/>
          <w:sz w:val="20"/>
        </w:rPr>
        <w:t xml:space="preserve">=0 and </w:t>
      </w:r>
      <w:proofErr w:type="spellStart"/>
      <w:proofErr w:type="gramStart"/>
      <w:r>
        <w:rPr>
          <w:rFonts w:ascii="Consolas" w:eastAsia="Consolas" w:hAnsi="Consolas"/>
          <w:sz w:val="20"/>
        </w:rPr>
        <w:t>global.PressZ</w:t>
      </w:r>
      <w:proofErr w:type="spellEnd"/>
      <w:proofErr w:type="gramEnd"/>
      <w:r>
        <w:rPr>
          <w:rFonts w:ascii="Consolas" w:eastAsia="Consolas" w:hAnsi="Consolas"/>
          <w:sz w:val="20"/>
        </w:rPr>
        <w:t>=true{</w:t>
      </w:r>
    </w:p>
    <w:p w14:paraId="40D490A7"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MenuTurn</w:t>
      </w:r>
      <w:proofErr w:type="spellEnd"/>
      <w:r>
        <w:rPr>
          <w:rFonts w:ascii="Consolas" w:eastAsia="Consolas" w:hAnsi="Consolas"/>
          <w:sz w:val="20"/>
        </w:rPr>
        <w:t>=2</w:t>
      </w:r>
    </w:p>
    <w:p w14:paraId="35BE3168"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audio_play_sound</w:t>
      </w:r>
      <w:proofErr w:type="spellEnd"/>
      <w:r>
        <w:rPr>
          <w:rFonts w:ascii="Consolas" w:eastAsia="Consolas" w:hAnsi="Consolas"/>
          <w:sz w:val="20"/>
        </w:rPr>
        <w:t>(snd_seletion,0,0)</w:t>
      </w:r>
    </w:p>
    <w:p w14:paraId="5C7A3B58"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GoToExtr</w:t>
      </w:r>
      <w:proofErr w:type="spellEnd"/>
      <w:r>
        <w:rPr>
          <w:rFonts w:ascii="Consolas" w:eastAsia="Consolas" w:hAnsi="Consolas"/>
          <w:sz w:val="20"/>
        </w:rPr>
        <w:t>=1</w:t>
      </w:r>
    </w:p>
    <w:p w14:paraId="584393A2" w14:textId="77777777" w:rsidR="006C7C92" w:rsidRDefault="006C7C92" w:rsidP="006C7C92">
      <w:pPr>
        <w:spacing w:after="0" w:line="240" w:lineRule="auto"/>
      </w:pPr>
      <w:r>
        <w:rPr>
          <w:rFonts w:ascii="Consolas" w:eastAsia="Consolas" w:hAnsi="Consolas"/>
          <w:sz w:val="20"/>
        </w:rPr>
        <w:t>}</w:t>
      </w:r>
    </w:p>
    <w:p w14:paraId="33838093"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MenuTurn</w:t>
      </w:r>
      <w:proofErr w:type="spellEnd"/>
      <w:r>
        <w:rPr>
          <w:rFonts w:ascii="Consolas" w:eastAsia="Consolas" w:hAnsi="Consolas"/>
          <w:sz w:val="20"/>
        </w:rPr>
        <w:t xml:space="preserve">=1 and </w:t>
      </w:r>
      <w:proofErr w:type="spellStart"/>
      <w:r>
        <w:rPr>
          <w:rFonts w:ascii="Consolas" w:eastAsia="Consolas" w:hAnsi="Consolas"/>
          <w:sz w:val="20"/>
        </w:rPr>
        <w:t>MenuSeletion</w:t>
      </w:r>
      <w:proofErr w:type="spellEnd"/>
      <w:r>
        <w:rPr>
          <w:rFonts w:ascii="Consolas" w:eastAsia="Consolas" w:hAnsi="Consolas"/>
          <w:sz w:val="20"/>
        </w:rPr>
        <w:t xml:space="preserve">=2 and Extra=true and </w:t>
      </w:r>
      <w:proofErr w:type="spellStart"/>
      <w:r>
        <w:rPr>
          <w:rFonts w:ascii="Consolas" w:eastAsia="Consolas" w:hAnsi="Consolas"/>
          <w:sz w:val="20"/>
        </w:rPr>
        <w:t>MenuSeletionTurn</w:t>
      </w:r>
      <w:proofErr w:type="spellEnd"/>
      <w:r>
        <w:rPr>
          <w:rFonts w:ascii="Consolas" w:eastAsia="Consolas" w:hAnsi="Consolas"/>
          <w:sz w:val="20"/>
        </w:rPr>
        <w:t xml:space="preserve">=1 and </w:t>
      </w:r>
      <w:proofErr w:type="spellStart"/>
      <w:proofErr w:type="gramStart"/>
      <w:r>
        <w:rPr>
          <w:rFonts w:ascii="Consolas" w:eastAsia="Consolas" w:hAnsi="Consolas"/>
          <w:sz w:val="20"/>
        </w:rPr>
        <w:t>global.PressZ</w:t>
      </w:r>
      <w:proofErr w:type="spellEnd"/>
      <w:proofErr w:type="gramEnd"/>
      <w:r>
        <w:rPr>
          <w:rFonts w:ascii="Consolas" w:eastAsia="Consolas" w:hAnsi="Consolas"/>
          <w:sz w:val="20"/>
        </w:rPr>
        <w:t>=true{</w:t>
      </w:r>
    </w:p>
    <w:p w14:paraId="56E84F42"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MenuTurn</w:t>
      </w:r>
      <w:proofErr w:type="spellEnd"/>
      <w:r>
        <w:rPr>
          <w:rFonts w:ascii="Consolas" w:eastAsia="Consolas" w:hAnsi="Consolas"/>
          <w:sz w:val="20"/>
        </w:rPr>
        <w:t>=2</w:t>
      </w:r>
    </w:p>
    <w:p w14:paraId="2935783C"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audio_play_sound</w:t>
      </w:r>
      <w:proofErr w:type="spellEnd"/>
      <w:r>
        <w:rPr>
          <w:rFonts w:ascii="Consolas" w:eastAsia="Consolas" w:hAnsi="Consolas"/>
          <w:sz w:val="20"/>
        </w:rPr>
        <w:t>(snd_seletion,0,0)</w:t>
      </w:r>
    </w:p>
    <w:p w14:paraId="035266CC"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GoToExtr</w:t>
      </w:r>
      <w:proofErr w:type="spellEnd"/>
      <w:r>
        <w:rPr>
          <w:rFonts w:ascii="Consolas" w:eastAsia="Consolas" w:hAnsi="Consolas"/>
          <w:sz w:val="20"/>
        </w:rPr>
        <w:t>=1</w:t>
      </w:r>
    </w:p>
    <w:p w14:paraId="0B3E6127" w14:textId="77777777" w:rsidR="006C7C92" w:rsidRDefault="006C7C92" w:rsidP="006C7C92">
      <w:pPr>
        <w:spacing w:after="0" w:line="240" w:lineRule="auto"/>
      </w:pPr>
      <w:r>
        <w:rPr>
          <w:rFonts w:ascii="Consolas" w:eastAsia="Consolas" w:hAnsi="Consolas"/>
          <w:sz w:val="20"/>
        </w:rPr>
        <w:t>}</w:t>
      </w:r>
    </w:p>
    <w:p w14:paraId="7321BBC1" w14:textId="77777777" w:rsidR="006C7C92" w:rsidRDefault="006C7C92" w:rsidP="006C7C92"/>
    <w:p w14:paraId="702CE0D9" w14:textId="77777777" w:rsidR="006C7C92" w:rsidRDefault="006C7C92" w:rsidP="006C7C92"/>
    <w:p w14:paraId="04BADE98"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GoToExtr</w:t>
      </w:r>
      <w:proofErr w:type="spellEnd"/>
      <w:r>
        <w:rPr>
          <w:rFonts w:ascii="Consolas" w:eastAsia="Consolas" w:hAnsi="Consolas"/>
          <w:sz w:val="20"/>
        </w:rPr>
        <w:t xml:space="preserve">&gt;0 and </w:t>
      </w:r>
      <w:proofErr w:type="spellStart"/>
      <w:r>
        <w:rPr>
          <w:rFonts w:ascii="Consolas" w:eastAsia="Consolas" w:hAnsi="Consolas"/>
          <w:sz w:val="20"/>
        </w:rPr>
        <w:t>MenuSeletionTurn</w:t>
      </w:r>
      <w:proofErr w:type="spellEnd"/>
      <w:r>
        <w:rPr>
          <w:rFonts w:ascii="Consolas" w:eastAsia="Consolas" w:hAnsi="Consolas"/>
          <w:sz w:val="20"/>
        </w:rPr>
        <w:t>=1{</w:t>
      </w:r>
    </w:p>
    <w:p w14:paraId="0FFA2724" w14:textId="77777777" w:rsidR="006C7C92" w:rsidRDefault="006C7C92" w:rsidP="006C7C92">
      <w:pPr>
        <w:spacing w:after="0" w:line="360" w:lineRule="auto"/>
        <w:ind w:firstLine="709"/>
        <w:jc w:val="both"/>
      </w:pPr>
      <w:proofErr w:type="spellStart"/>
      <w:r>
        <w:t>GoToExtr</w:t>
      </w:r>
      <w:proofErr w:type="spellEnd"/>
      <w:r>
        <w:t>++</w:t>
      </w:r>
    </w:p>
    <w:p w14:paraId="0ABC5338" w14:textId="77777777" w:rsidR="006C7C92" w:rsidRDefault="006C7C92" w:rsidP="006C7C92">
      <w:pPr>
        <w:spacing w:after="0" w:line="240" w:lineRule="auto"/>
      </w:pPr>
      <w:r>
        <w:rPr>
          <w:rFonts w:ascii="Consolas" w:eastAsia="Consolas" w:hAnsi="Consolas"/>
          <w:sz w:val="20"/>
        </w:rPr>
        <w:lastRenderedPageBreak/>
        <w:t xml:space="preserve">if </w:t>
      </w:r>
      <w:proofErr w:type="spellStart"/>
      <w:r>
        <w:rPr>
          <w:rFonts w:ascii="Consolas" w:eastAsia="Consolas" w:hAnsi="Consolas"/>
          <w:sz w:val="20"/>
        </w:rPr>
        <w:t>GoToExtr</w:t>
      </w:r>
      <w:proofErr w:type="spellEnd"/>
      <w:r>
        <w:rPr>
          <w:rFonts w:ascii="Consolas" w:eastAsia="Consolas" w:hAnsi="Consolas"/>
          <w:sz w:val="20"/>
        </w:rPr>
        <w:t>=5</w:t>
      </w:r>
    </w:p>
    <w:p w14:paraId="75D1353A" w14:textId="77777777" w:rsidR="006C7C92" w:rsidRDefault="006C7C92" w:rsidP="006C7C92">
      <w:pPr>
        <w:spacing w:after="0" w:line="240" w:lineRule="auto"/>
      </w:pPr>
      <w:proofErr w:type="spellStart"/>
      <w:r>
        <w:rPr>
          <w:rFonts w:ascii="Consolas" w:eastAsia="Consolas" w:hAnsi="Consolas"/>
          <w:sz w:val="20"/>
        </w:rPr>
        <w:t>GoToExtrAlp</w:t>
      </w:r>
      <w:proofErr w:type="spellEnd"/>
      <w:r>
        <w:rPr>
          <w:rFonts w:ascii="Consolas" w:eastAsia="Consolas" w:hAnsi="Consolas"/>
          <w:sz w:val="20"/>
        </w:rPr>
        <w:t>=0.33</w:t>
      </w:r>
    </w:p>
    <w:p w14:paraId="75F3E083"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GoToExtr</w:t>
      </w:r>
      <w:proofErr w:type="spellEnd"/>
      <w:r>
        <w:rPr>
          <w:rFonts w:ascii="Consolas" w:eastAsia="Consolas" w:hAnsi="Consolas"/>
          <w:sz w:val="20"/>
        </w:rPr>
        <w:t>=10</w:t>
      </w:r>
    </w:p>
    <w:p w14:paraId="27F8F7E7" w14:textId="77777777" w:rsidR="006C7C92" w:rsidRDefault="006C7C92" w:rsidP="006C7C92">
      <w:pPr>
        <w:spacing w:after="0" w:line="240" w:lineRule="auto"/>
      </w:pPr>
      <w:proofErr w:type="spellStart"/>
      <w:r>
        <w:rPr>
          <w:rFonts w:ascii="Consolas" w:eastAsia="Consolas" w:hAnsi="Consolas"/>
          <w:sz w:val="20"/>
        </w:rPr>
        <w:t>GoToExtrAlp</w:t>
      </w:r>
      <w:proofErr w:type="spellEnd"/>
      <w:r>
        <w:rPr>
          <w:rFonts w:ascii="Consolas" w:eastAsia="Consolas" w:hAnsi="Consolas"/>
          <w:sz w:val="20"/>
        </w:rPr>
        <w:t>=0.66</w:t>
      </w:r>
    </w:p>
    <w:p w14:paraId="154B2B91"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GoToExtr</w:t>
      </w:r>
      <w:proofErr w:type="spellEnd"/>
      <w:r>
        <w:rPr>
          <w:rFonts w:ascii="Consolas" w:eastAsia="Consolas" w:hAnsi="Consolas"/>
          <w:sz w:val="20"/>
        </w:rPr>
        <w:t>=15{</w:t>
      </w:r>
    </w:p>
    <w:p w14:paraId="7FD31A8F"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GoToExtrAlp</w:t>
      </w:r>
      <w:proofErr w:type="spellEnd"/>
      <w:r>
        <w:rPr>
          <w:rFonts w:ascii="Consolas" w:eastAsia="Consolas" w:hAnsi="Consolas"/>
          <w:sz w:val="20"/>
        </w:rPr>
        <w:t>=1</w:t>
      </w:r>
    </w:p>
    <w:p w14:paraId="60AEEBB0" w14:textId="77777777" w:rsidR="006C7C92" w:rsidRDefault="006C7C92" w:rsidP="006C7C92">
      <w:pPr>
        <w:spacing w:after="0" w:line="240" w:lineRule="auto"/>
      </w:pPr>
      <w:proofErr w:type="spellStart"/>
      <w:proofErr w:type="gramStart"/>
      <w:r>
        <w:rPr>
          <w:rFonts w:ascii="Consolas" w:eastAsia="Consolas" w:hAnsi="Consolas"/>
          <w:sz w:val="20"/>
        </w:rPr>
        <w:t>global.room</w:t>
      </w:r>
      <w:proofErr w:type="spellEnd"/>
      <w:proofErr w:type="gramEnd"/>
      <w:r>
        <w:rPr>
          <w:rFonts w:ascii="Consolas" w:eastAsia="Consolas" w:hAnsi="Consolas"/>
          <w:sz w:val="20"/>
        </w:rPr>
        <w:t xml:space="preserve">="Music"  </w:t>
      </w:r>
    </w:p>
    <w:p w14:paraId="3194B600" w14:textId="77777777" w:rsidR="006C7C92" w:rsidRDefault="006C7C92" w:rsidP="006C7C92">
      <w:pPr>
        <w:spacing w:after="0" w:line="240" w:lineRule="auto"/>
      </w:pPr>
      <w:proofErr w:type="spellStart"/>
      <w:r>
        <w:rPr>
          <w:rFonts w:ascii="Consolas" w:eastAsia="Consolas" w:hAnsi="Consolas"/>
          <w:sz w:val="20"/>
        </w:rPr>
        <w:t>room_</w:t>
      </w:r>
      <w:proofErr w:type="gramStart"/>
      <w:r>
        <w:rPr>
          <w:rFonts w:ascii="Consolas" w:eastAsia="Consolas" w:hAnsi="Consolas"/>
          <w:sz w:val="20"/>
        </w:rPr>
        <w:t>goto</w:t>
      </w:r>
      <w:proofErr w:type="spellEnd"/>
      <w:r>
        <w:rPr>
          <w:rFonts w:ascii="Consolas" w:eastAsia="Consolas" w:hAnsi="Consolas"/>
          <w:sz w:val="20"/>
        </w:rPr>
        <w:t>(</w:t>
      </w:r>
      <w:proofErr w:type="spellStart"/>
      <w:proofErr w:type="gramEnd"/>
      <w:r>
        <w:rPr>
          <w:rFonts w:ascii="Consolas" w:eastAsia="Consolas" w:hAnsi="Consolas"/>
          <w:sz w:val="20"/>
        </w:rPr>
        <w:t>Extra_room</w:t>
      </w:r>
      <w:proofErr w:type="spellEnd"/>
      <w:r>
        <w:rPr>
          <w:rFonts w:ascii="Consolas" w:eastAsia="Consolas" w:hAnsi="Consolas"/>
          <w:sz w:val="20"/>
        </w:rPr>
        <w:t>)</w:t>
      </w:r>
    </w:p>
    <w:p w14:paraId="3116E987" w14:textId="77777777" w:rsidR="006C7C92" w:rsidRDefault="006C7C92" w:rsidP="006C7C92">
      <w:pPr>
        <w:spacing w:after="0" w:line="240" w:lineRule="auto"/>
      </w:pPr>
      <w:proofErr w:type="spellStart"/>
      <w:r>
        <w:rPr>
          <w:rFonts w:ascii="Consolas" w:eastAsia="Consolas" w:hAnsi="Consolas"/>
          <w:sz w:val="20"/>
        </w:rPr>
        <w:t>audio_stop_</w:t>
      </w:r>
      <w:proofErr w:type="gramStart"/>
      <w:r>
        <w:rPr>
          <w:rFonts w:ascii="Consolas" w:eastAsia="Consolas" w:hAnsi="Consolas"/>
          <w:sz w:val="20"/>
        </w:rPr>
        <w:t>sound</w:t>
      </w:r>
      <w:proofErr w:type="spellEnd"/>
      <w:r>
        <w:rPr>
          <w:rFonts w:ascii="Consolas" w:eastAsia="Consolas" w:hAnsi="Consolas"/>
          <w:sz w:val="20"/>
        </w:rPr>
        <w:t>(</w:t>
      </w:r>
      <w:proofErr w:type="spellStart"/>
      <w:proofErr w:type="gramEnd"/>
      <w:r>
        <w:rPr>
          <w:rFonts w:ascii="Consolas" w:eastAsia="Consolas" w:hAnsi="Consolas"/>
          <w:sz w:val="20"/>
        </w:rPr>
        <w:t>Jnk_theme</w:t>
      </w:r>
      <w:proofErr w:type="spellEnd"/>
      <w:r>
        <w:rPr>
          <w:rFonts w:ascii="Consolas" w:eastAsia="Consolas" w:hAnsi="Consolas"/>
          <w:sz w:val="20"/>
        </w:rPr>
        <w:t>)</w:t>
      </w:r>
    </w:p>
    <w:p w14:paraId="5709BD7A" w14:textId="77777777" w:rsidR="006C7C92" w:rsidRDefault="006C7C92" w:rsidP="006C7C92">
      <w:pPr>
        <w:spacing w:after="0" w:line="240" w:lineRule="auto"/>
      </w:pPr>
      <w:proofErr w:type="spellStart"/>
      <w:r>
        <w:rPr>
          <w:rFonts w:ascii="Consolas" w:eastAsia="Consolas" w:hAnsi="Consolas"/>
          <w:sz w:val="20"/>
        </w:rPr>
        <w:t>audio_stop_sound</w:t>
      </w:r>
      <w:proofErr w:type="spellEnd"/>
      <w:r>
        <w:rPr>
          <w:rFonts w:ascii="Consolas" w:eastAsia="Consolas" w:hAnsi="Consolas"/>
          <w:sz w:val="20"/>
        </w:rPr>
        <w:t>(</w:t>
      </w:r>
      <w:proofErr w:type="spellStart"/>
      <w:r>
        <w:rPr>
          <w:rFonts w:ascii="Consolas" w:eastAsia="Consolas" w:hAnsi="Consolas"/>
          <w:sz w:val="20"/>
        </w:rPr>
        <w:t>wind_highplace</w:t>
      </w:r>
      <w:proofErr w:type="spellEnd"/>
      <w:r>
        <w:rPr>
          <w:rFonts w:ascii="Consolas" w:eastAsia="Consolas" w:hAnsi="Consolas"/>
          <w:sz w:val="20"/>
        </w:rPr>
        <w:t>)</w:t>
      </w:r>
    </w:p>
    <w:p w14:paraId="2BB6DE91" w14:textId="77777777" w:rsidR="006C7C92" w:rsidRDefault="006C7C92" w:rsidP="006C7C92">
      <w:pPr>
        <w:spacing w:after="0" w:line="240" w:lineRule="auto"/>
      </w:pPr>
      <w:r>
        <w:rPr>
          <w:rFonts w:ascii="Consolas" w:eastAsia="Consolas" w:hAnsi="Consolas"/>
          <w:sz w:val="20"/>
        </w:rPr>
        <w:t>}</w:t>
      </w:r>
    </w:p>
    <w:p w14:paraId="21853413" w14:textId="77777777" w:rsidR="006C7C92" w:rsidRDefault="006C7C92" w:rsidP="006C7C92"/>
    <w:p w14:paraId="0E2B76C0" w14:textId="77777777" w:rsidR="006C7C92" w:rsidRDefault="006C7C92" w:rsidP="006C7C92">
      <w:pPr>
        <w:spacing w:after="0" w:line="240" w:lineRule="auto"/>
      </w:pPr>
      <w:r>
        <w:rPr>
          <w:rFonts w:ascii="Consolas" w:eastAsia="Consolas" w:hAnsi="Consolas"/>
          <w:sz w:val="20"/>
        </w:rPr>
        <w:t xml:space="preserve">9. if move=true and moved=true or </w:t>
      </w:r>
      <w:proofErr w:type="spellStart"/>
      <w:proofErr w:type="gramStart"/>
      <w:r>
        <w:rPr>
          <w:rFonts w:ascii="Consolas" w:eastAsia="Consolas" w:hAnsi="Consolas"/>
          <w:sz w:val="20"/>
        </w:rPr>
        <w:t>global.paragrafint</w:t>
      </w:r>
      <w:proofErr w:type="spellEnd"/>
      <w:proofErr w:type="gramEnd"/>
      <w:r>
        <w:rPr>
          <w:rFonts w:ascii="Consolas" w:eastAsia="Consolas" w:hAnsi="Consolas"/>
          <w:sz w:val="20"/>
        </w:rPr>
        <w:t>=65{</w:t>
      </w:r>
    </w:p>
    <w:p w14:paraId="34775FEB" w14:textId="77777777" w:rsidR="006C7C92" w:rsidRDefault="006C7C92" w:rsidP="006C7C92">
      <w:pPr>
        <w:spacing w:after="0" w:line="240" w:lineRule="auto"/>
      </w:pPr>
      <w:r>
        <w:rPr>
          <w:rFonts w:ascii="Consolas" w:eastAsia="Consolas" w:hAnsi="Consolas"/>
          <w:sz w:val="20"/>
        </w:rPr>
        <w:t xml:space="preserve">       if </w:t>
      </w:r>
      <w:proofErr w:type="spellStart"/>
      <w:proofErr w:type="gramStart"/>
      <w:r>
        <w:rPr>
          <w:rFonts w:ascii="Consolas" w:eastAsia="Consolas" w:hAnsi="Consolas"/>
          <w:sz w:val="20"/>
        </w:rPr>
        <w:t>global.UpHold</w:t>
      </w:r>
      <w:proofErr w:type="spellEnd"/>
      <w:proofErr w:type="gramEnd"/>
      <w:r>
        <w:rPr>
          <w:rFonts w:ascii="Consolas" w:eastAsia="Consolas" w:hAnsi="Consolas"/>
          <w:sz w:val="20"/>
        </w:rPr>
        <w:t>=1{</w:t>
      </w:r>
    </w:p>
    <w:p w14:paraId="62A78EBD" w14:textId="77777777" w:rsidR="006C7C92" w:rsidRDefault="006C7C92" w:rsidP="006C7C92">
      <w:pPr>
        <w:spacing w:after="0" w:line="240" w:lineRule="auto"/>
      </w:pPr>
      <w:r>
        <w:rPr>
          <w:rFonts w:ascii="Consolas" w:eastAsia="Consolas" w:hAnsi="Consolas"/>
          <w:sz w:val="20"/>
        </w:rPr>
        <w:t xml:space="preserve">               y-=</w:t>
      </w:r>
      <w:proofErr w:type="spellStart"/>
      <w:r>
        <w:rPr>
          <w:rFonts w:ascii="Consolas" w:eastAsia="Consolas" w:hAnsi="Consolas"/>
          <w:sz w:val="20"/>
        </w:rPr>
        <w:t>spd</w:t>
      </w:r>
      <w:proofErr w:type="spellEnd"/>
      <w:proofErr w:type="gramStart"/>
      <w:r>
        <w:rPr>
          <w:rFonts w:ascii="Consolas" w:eastAsia="Consolas" w:hAnsi="Consolas"/>
          <w:sz w:val="20"/>
        </w:rPr>
        <w:t>*!</w:t>
      </w:r>
      <w:proofErr w:type="spellStart"/>
      <w:r>
        <w:rPr>
          <w:rFonts w:ascii="Consolas" w:eastAsia="Consolas" w:hAnsi="Consolas"/>
          <w:sz w:val="20"/>
        </w:rPr>
        <w:t>instance</w:t>
      </w:r>
      <w:proofErr w:type="gramEnd"/>
      <w:r>
        <w:rPr>
          <w:rFonts w:ascii="Consolas" w:eastAsia="Consolas" w:hAnsi="Consolas"/>
          <w:sz w:val="20"/>
        </w:rPr>
        <w:t>_place</w:t>
      </w:r>
      <w:proofErr w:type="spellEnd"/>
      <w:r>
        <w:rPr>
          <w:rFonts w:ascii="Consolas" w:eastAsia="Consolas" w:hAnsi="Consolas"/>
          <w:sz w:val="20"/>
        </w:rPr>
        <w:t>(</w:t>
      </w:r>
      <w:proofErr w:type="spellStart"/>
      <w:r>
        <w:rPr>
          <w:rFonts w:ascii="Consolas" w:eastAsia="Consolas" w:hAnsi="Consolas"/>
          <w:sz w:val="20"/>
        </w:rPr>
        <w:t>x,y-spd,Obj_wall</w:t>
      </w:r>
      <w:proofErr w:type="spellEnd"/>
      <w:r>
        <w:rPr>
          <w:rFonts w:ascii="Consolas" w:eastAsia="Consolas" w:hAnsi="Consolas"/>
          <w:sz w:val="20"/>
        </w:rPr>
        <w:t>)</w:t>
      </w:r>
    </w:p>
    <w:p w14:paraId="511BD6BB"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sprite_index</w:t>
      </w:r>
      <w:proofErr w:type="spellEnd"/>
      <w:r>
        <w:rPr>
          <w:rFonts w:ascii="Consolas" w:eastAsia="Consolas" w:hAnsi="Consolas"/>
          <w:sz w:val="20"/>
        </w:rPr>
        <w:t>=</w:t>
      </w:r>
      <w:proofErr w:type="spellStart"/>
      <w:r>
        <w:rPr>
          <w:rFonts w:ascii="Consolas" w:eastAsia="Consolas" w:hAnsi="Consolas"/>
          <w:sz w:val="20"/>
        </w:rPr>
        <w:t>spr_asr_up</w:t>
      </w:r>
      <w:proofErr w:type="spellEnd"/>
    </w:p>
    <w:p w14:paraId="34099741" w14:textId="77777777" w:rsidR="006C7C92" w:rsidRDefault="006C7C92" w:rsidP="006C7C92">
      <w:pPr>
        <w:spacing w:after="0" w:line="240" w:lineRule="auto"/>
      </w:pPr>
      <w:r>
        <w:rPr>
          <w:rFonts w:ascii="Consolas" w:eastAsia="Consolas" w:hAnsi="Consolas"/>
          <w:sz w:val="20"/>
        </w:rPr>
        <w:t xml:space="preserve">       }</w:t>
      </w:r>
    </w:p>
    <w:p w14:paraId="6EFC71DA" w14:textId="77777777" w:rsidR="006C7C92" w:rsidRDefault="006C7C92" w:rsidP="006C7C92">
      <w:pPr>
        <w:spacing w:after="0" w:line="240" w:lineRule="auto"/>
      </w:pPr>
      <w:r>
        <w:rPr>
          <w:rFonts w:ascii="Consolas" w:eastAsia="Consolas" w:hAnsi="Consolas"/>
          <w:sz w:val="20"/>
        </w:rPr>
        <w:t xml:space="preserve">       if </w:t>
      </w:r>
      <w:proofErr w:type="spellStart"/>
      <w:proofErr w:type="gramStart"/>
      <w:r>
        <w:rPr>
          <w:rFonts w:ascii="Consolas" w:eastAsia="Consolas" w:hAnsi="Consolas"/>
          <w:sz w:val="20"/>
        </w:rPr>
        <w:t>global.DownHold</w:t>
      </w:r>
      <w:proofErr w:type="spellEnd"/>
      <w:proofErr w:type="gramEnd"/>
      <w:r>
        <w:rPr>
          <w:rFonts w:ascii="Consolas" w:eastAsia="Consolas" w:hAnsi="Consolas"/>
          <w:sz w:val="20"/>
        </w:rPr>
        <w:t>=1 and !</w:t>
      </w:r>
      <w:proofErr w:type="spellStart"/>
      <w:r>
        <w:rPr>
          <w:rFonts w:ascii="Consolas" w:eastAsia="Consolas" w:hAnsi="Consolas"/>
          <w:sz w:val="20"/>
        </w:rPr>
        <w:t>global.UpHold</w:t>
      </w:r>
      <w:proofErr w:type="spellEnd"/>
      <w:r>
        <w:rPr>
          <w:rFonts w:ascii="Consolas" w:eastAsia="Consolas" w:hAnsi="Consolas"/>
          <w:sz w:val="20"/>
        </w:rPr>
        <w:t>=1{</w:t>
      </w:r>
    </w:p>
    <w:p w14:paraId="65A89ED8"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sprite_index</w:t>
      </w:r>
      <w:proofErr w:type="spellEnd"/>
      <w:r>
        <w:rPr>
          <w:rFonts w:ascii="Consolas" w:eastAsia="Consolas" w:hAnsi="Consolas"/>
          <w:sz w:val="20"/>
        </w:rPr>
        <w:t>=</w:t>
      </w:r>
      <w:proofErr w:type="spellStart"/>
      <w:r>
        <w:rPr>
          <w:rFonts w:ascii="Consolas" w:eastAsia="Consolas" w:hAnsi="Consolas"/>
          <w:sz w:val="20"/>
        </w:rPr>
        <w:t>spr_asr_down</w:t>
      </w:r>
      <w:proofErr w:type="spellEnd"/>
    </w:p>
    <w:p w14:paraId="10E2BEFB" w14:textId="77777777" w:rsidR="006C7C92" w:rsidRDefault="006C7C92" w:rsidP="006C7C92">
      <w:pPr>
        <w:spacing w:after="0" w:line="240" w:lineRule="auto"/>
      </w:pPr>
      <w:r>
        <w:rPr>
          <w:rFonts w:ascii="Consolas" w:eastAsia="Consolas" w:hAnsi="Consolas"/>
          <w:sz w:val="20"/>
        </w:rPr>
        <w:t xml:space="preserve">      y+=</w:t>
      </w:r>
      <w:proofErr w:type="spellStart"/>
      <w:r>
        <w:rPr>
          <w:rFonts w:ascii="Consolas" w:eastAsia="Consolas" w:hAnsi="Consolas"/>
          <w:sz w:val="20"/>
        </w:rPr>
        <w:t>spd</w:t>
      </w:r>
      <w:proofErr w:type="spellEnd"/>
      <w:proofErr w:type="gramStart"/>
      <w:r>
        <w:rPr>
          <w:rFonts w:ascii="Consolas" w:eastAsia="Consolas" w:hAnsi="Consolas"/>
          <w:sz w:val="20"/>
        </w:rPr>
        <w:t>*!</w:t>
      </w:r>
      <w:proofErr w:type="spellStart"/>
      <w:r>
        <w:rPr>
          <w:rFonts w:ascii="Consolas" w:eastAsia="Consolas" w:hAnsi="Consolas"/>
          <w:sz w:val="20"/>
        </w:rPr>
        <w:t>instance</w:t>
      </w:r>
      <w:proofErr w:type="gramEnd"/>
      <w:r>
        <w:rPr>
          <w:rFonts w:ascii="Consolas" w:eastAsia="Consolas" w:hAnsi="Consolas"/>
          <w:sz w:val="20"/>
        </w:rPr>
        <w:t>_place</w:t>
      </w:r>
      <w:proofErr w:type="spellEnd"/>
      <w:r>
        <w:rPr>
          <w:rFonts w:ascii="Consolas" w:eastAsia="Consolas" w:hAnsi="Consolas"/>
          <w:sz w:val="20"/>
        </w:rPr>
        <w:t>(</w:t>
      </w:r>
      <w:proofErr w:type="spellStart"/>
      <w:r>
        <w:rPr>
          <w:rFonts w:ascii="Consolas" w:eastAsia="Consolas" w:hAnsi="Consolas"/>
          <w:sz w:val="20"/>
        </w:rPr>
        <w:t>x,y+spd,Obj_wall</w:t>
      </w:r>
      <w:proofErr w:type="spellEnd"/>
      <w:r>
        <w:rPr>
          <w:rFonts w:ascii="Consolas" w:eastAsia="Consolas" w:hAnsi="Consolas"/>
          <w:sz w:val="20"/>
        </w:rPr>
        <w:t>)</w:t>
      </w:r>
    </w:p>
    <w:p w14:paraId="65C555FC" w14:textId="77777777" w:rsidR="006C7C92" w:rsidRDefault="006C7C92" w:rsidP="006C7C92">
      <w:pPr>
        <w:spacing w:after="0" w:line="240" w:lineRule="auto"/>
      </w:pPr>
      <w:r>
        <w:rPr>
          <w:rFonts w:ascii="Consolas" w:eastAsia="Consolas" w:hAnsi="Consolas"/>
          <w:sz w:val="20"/>
        </w:rPr>
        <w:t xml:space="preserve">       }</w:t>
      </w:r>
    </w:p>
    <w:p w14:paraId="5E80843B" w14:textId="77777777" w:rsidR="006C7C92" w:rsidRDefault="006C7C92" w:rsidP="006C7C92">
      <w:pPr>
        <w:spacing w:after="0" w:line="240" w:lineRule="auto"/>
      </w:pPr>
      <w:r>
        <w:rPr>
          <w:rFonts w:ascii="Consolas" w:eastAsia="Consolas" w:hAnsi="Consolas"/>
          <w:sz w:val="20"/>
        </w:rPr>
        <w:t xml:space="preserve">                  if </w:t>
      </w:r>
      <w:proofErr w:type="spellStart"/>
      <w:proofErr w:type="gramStart"/>
      <w:r>
        <w:rPr>
          <w:rFonts w:ascii="Consolas" w:eastAsia="Consolas" w:hAnsi="Consolas"/>
          <w:sz w:val="20"/>
        </w:rPr>
        <w:t>global.LeftHold</w:t>
      </w:r>
      <w:proofErr w:type="spellEnd"/>
      <w:proofErr w:type="gramEnd"/>
      <w:r>
        <w:rPr>
          <w:rFonts w:ascii="Consolas" w:eastAsia="Consolas" w:hAnsi="Consolas"/>
          <w:sz w:val="20"/>
        </w:rPr>
        <w:t>=1 {</w:t>
      </w:r>
    </w:p>
    <w:p w14:paraId="035DA38E" w14:textId="77777777" w:rsidR="006C7C92" w:rsidRDefault="006C7C92" w:rsidP="006C7C92">
      <w:pPr>
        <w:spacing w:after="0" w:line="240" w:lineRule="auto"/>
      </w:pPr>
      <w:r>
        <w:rPr>
          <w:rFonts w:ascii="Consolas" w:eastAsia="Consolas" w:hAnsi="Consolas"/>
          <w:sz w:val="20"/>
        </w:rPr>
        <w:t xml:space="preserve">      x-=</w:t>
      </w:r>
      <w:proofErr w:type="spellStart"/>
      <w:r>
        <w:rPr>
          <w:rFonts w:ascii="Consolas" w:eastAsia="Consolas" w:hAnsi="Consolas"/>
          <w:sz w:val="20"/>
        </w:rPr>
        <w:t>spd</w:t>
      </w:r>
      <w:proofErr w:type="spellEnd"/>
      <w:proofErr w:type="gramStart"/>
      <w:r>
        <w:rPr>
          <w:rFonts w:ascii="Consolas" w:eastAsia="Consolas" w:hAnsi="Consolas"/>
          <w:sz w:val="20"/>
        </w:rPr>
        <w:t>*!</w:t>
      </w:r>
      <w:proofErr w:type="spellStart"/>
      <w:r>
        <w:rPr>
          <w:rFonts w:ascii="Consolas" w:eastAsia="Consolas" w:hAnsi="Consolas"/>
          <w:sz w:val="20"/>
        </w:rPr>
        <w:t>instance</w:t>
      </w:r>
      <w:proofErr w:type="gramEnd"/>
      <w:r>
        <w:rPr>
          <w:rFonts w:ascii="Consolas" w:eastAsia="Consolas" w:hAnsi="Consolas"/>
          <w:sz w:val="20"/>
        </w:rPr>
        <w:t>_place</w:t>
      </w:r>
      <w:proofErr w:type="spellEnd"/>
      <w:r>
        <w:rPr>
          <w:rFonts w:ascii="Consolas" w:eastAsia="Consolas" w:hAnsi="Consolas"/>
          <w:sz w:val="20"/>
        </w:rPr>
        <w:t>(x-</w:t>
      </w:r>
      <w:proofErr w:type="spellStart"/>
      <w:r>
        <w:rPr>
          <w:rFonts w:ascii="Consolas" w:eastAsia="Consolas" w:hAnsi="Consolas"/>
          <w:sz w:val="20"/>
        </w:rPr>
        <w:t>spd,y,Obj_wall</w:t>
      </w:r>
      <w:proofErr w:type="spellEnd"/>
      <w:r>
        <w:rPr>
          <w:rFonts w:ascii="Consolas" w:eastAsia="Consolas" w:hAnsi="Consolas"/>
          <w:sz w:val="20"/>
        </w:rPr>
        <w:t xml:space="preserve">)   </w:t>
      </w:r>
    </w:p>
    <w:p w14:paraId="3A582314"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sprite_index</w:t>
      </w:r>
      <w:proofErr w:type="spellEnd"/>
      <w:r>
        <w:rPr>
          <w:rFonts w:ascii="Consolas" w:eastAsia="Consolas" w:hAnsi="Consolas"/>
          <w:sz w:val="20"/>
        </w:rPr>
        <w:t>=</w:t>
      </w:r>
      <w:proofErr w:type="spellStart"/>
      <w:r>
        <w:rPr>
          <w:rFonts w:ascii="Consolas" w:eastAsia="Consolas" w:hAnsi="Consolas"/>
          <w:sz w:val="20"/>
        </w:rPr>
        <w:t>spr_asr_right</w:t>
      </w:r>
      <w:proofErr w:type="spellEnd"/>
    </w:p>
    <w:p w14:paraId="62467B59" w14:textId="77777777" w:rsidR="006C7C92" w:rsidRDefault="006C7C92" w:rsidP="006C7C92">
      <w:pPr>
        <w:spacing w:after="0" w:line="240" w:lineRule="auto"/>
      </w:pPr>
      <w:r>
        <w:rPr>
          <w:rFonts w:ascii="Consolas" w:eastAsia="Consolas" w:hAnsi="Consolas"/>
          <w:sz w:val="20"/>
        </w:rPr>
        <w:t xml:space="preserve">       } </w:t>
      </w:r>
    </w:p>
    <w:p w14:paraId="44F6F14E" w14:textId="77777777" w:rsidR="006C7C92" w:rsidRDefault="006C7C92" w:rsidP="006C7C92">
      <w:pPr>
        <w:spacing w:after="0" w:line="240" w:lineRule="auto"/>
      </w:pPr>
      <w:r>
        <w:rPr>
          <w:rFonts w:ascii="Consolas" w:eastAsia="Consolas" w:hAnsi="Consolas"/>
          <w:sz w:val="20"/>
        </w:rPr>
        <w:t xml:space="preserve">              if </w:t>
      </w:r>
      <w:proofErr w:type="spellStart"/>
      <w:proofErr w:type="gramStart"/>
      <w:r>
        <w:rPr>
          <w:rFonts w:ascii="Consolas" w:eastAsia="Consolas" w:hAnsi="Consolas"/>
          <w:sz w:val="20"/>
        </w:rPr>
        <w:t>global.RigtHold</w:t>
      </w:r>
      <w:proofErr w:type="spellEnd"/>
      <w:proofErr w:type="gramEnd"/>
      <w:r>
        <w:rPr>
          <w:rFonts w:ascii="Consolas" w:eastAsia="Consolas" w:hAnsi="Consolas"/>
          <w:sz w:val="20"/>
        </w:rPr>
        <w:t>=1  and !</w:t>
      </w:r>
      <w:proofErr w:type="spellStart"/>
      <w:r>
        <w:rPr>
          <w:rFonts w:ascii="Consolas" w:eastAsia="Consolas" w:hAnsi="Consolas"/>
          <w:sz w:val="20"/>
        </w:rPr>
        <w:t>global.LeftHold</w:t>
      </w:r>
      <w:proofErr w:type="spellEnd"/>
      <w:r>
        <w:rPr>
          <w:rFonts w:ascii="Consolas" w:eastAsia="Consolas" w:hAnsi="Consolas"/>
          <w:sz w:val="20"/>
        </w:rPr>
        <w:t>=1{</w:t>
      </w:r>
    </w:p>
    <w:p w14:paraId="50940D5C" w14:textId="77777777" w:rsidR="006C7C92" w:rsidRDefault="006C7C92" w:rsidP="006C7C92">
      <w:pPr>
        <w:spacing w:after="0" w:line="240" w:lineRule="auto"/>
      </w:pPr>
      <w:r>
        <w:rPr>
          <w:rFonts w:ascii="Consolas" w:eastAsia="Consolas" w:hAnsi="Consolas"/>
          <w:sz w:val="20"/>
        </w:rPr>
        <w:t xml:space="preserve">      x+=</w:t>
      </w:r>
      <w:proofErr w:type="spellStart"/>
      <w:r>
        <w:rPr>
          <w:rFonts w:ascii="Consolas" w:eastAsia="Consolas" w:hAnsi="Consolas"/>
          <w:sz w:val="20"/>
        </w:rPr>
        <w:t>spd</w:t>
      </w:r>
      <w:proofErr w:type="spellEnd"/>
      <w:proofErr w:type="gramStart"/>
      <w:r>
        <w:rPr>
          <w:rFonts w:ascii="Consolas" w:eastAsia="Consolas" w:hAnsi="Consolas"/>
          <w:sz w:val="20"/>
        </w:rPr>
        <w:t>*!</w:t>
      </w:r>
      <w:proofErr w:type="spellStart"/>
      <w:r>
        <w:rPr>
          <w:rFonts w:ascii="Consolas" w:eastAsia="Consolas" w:hAnsi="Consolas"/>
          <w:sz w:val="20"/>
        </w:rPr>
        <w:t>instance</w:t>
      </w:r>
      <w:proofErr w:type="gramEnd"/>
      <w:r>
        <w:rPr>
          <w:rFonts w:ascii="Consolas" w:eastAsia="Consolas" w:hAnsi="Consolas"/>
          <w:sz w:val="20"/>
        </w:rPr>
        <w:t>_place</w:t>
      </w:r>
      <w:proofErr w:type="spellEnd"/>
      <w:r>
        <w:rPr>
          <w:rFonts w:ascii="Consolas" w:eastAsia="Consolas" w:hAnsi="Consolas"/>
          <w:sz w:val="20"/>
        </w:rPr>
        <w:t>(</w:t>
      </w:r>
      <w:proofErr w:type="spellStart"/>
      <w:r>
        <w:rPr>
          <w:rFonts w:ascii="Consolas" w:eastAsia="Consolas" w:hAnsi="Consolas"/>
          <w:sz w:val="20"/>
        </w:rPr>
        <w:t>x+spd,y,Obj_wall</w:t>
      </w:r>
      <w:proofErr w:type="spellEnd"/>
      <w:r>
        <w:rPr>
          <w:rFonts w:ascii="Consolas" w:eastAsia="Consolas" w:hAnsi="Consolas"/>
          <w:sz w:val="20"/>
        </w:rPr>
        <w:t xml:space="preserve">)  </w:t>
      </w:r>
    </w:p>
    <w:p w14:paraId="5AD15BF6"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sprite_index</w:t>
      </w:r>
      <w:proofErr w:type="spellEnd"/>
      <w:r>
        <w:rPr>
          <w:rFonts w:ascii="Consolas" w:eastAsia="Consolas" w:hAnsi="Consolas"/>
          <w:sz w:val="20"/>
        </w:rPr>
        <w:t>=</w:t>
      </w:r>
      <w:proofErr w:type="spellStart"/>
      <w:r>
        <w:rPr>
          <w:rFonts w:ascii="Consolas" w:eastAsia="Consolas" w:hAnsi="Consolas"/>
          <w:sz w:val="20"/>
        </w:rPr>
        <w:t>spr_asr_left</w:t>
      </w:r>
      <w:proofErr w:type="spellEnd"/>
    </w:p>
    <w:p w14:paraId="2CC1C888" w14:textId="77777777" w:rsidR="006C7C92" w:rsidRDefault="006C7C92" w:rsidP="006C7C92">
      <w:pPr>
        <w:spacing w:after="0" w:line="240" w:lineRule="auto"/>
      </w:pPr>
      <w:r>
        <w:rPr>
          <w:rFonts w:ascii="Consolas" w:eastAsia="Consolas" w:hAnsi="Consolas"/>
          <w:sz w:val="20"/>
        </w:rPr>
        <w:t xml:space="preserve">       }</w:t>
      </w:r>
    </w:p>
    <w:p w14:paraId="2136CCEB" w14:textId="77777777" w:rsidR="006C7C92" w:rsidRDefault="006C7C92" w:rsidP="006C7C92">
      <w:pPr>
        <w:spacing w:after="0" w:line="240" w:lineRule="auto"/>
      </w:pPr>
      <w:r>
        <w:rPr>
          <w:rFonts w:ascii="Consolas" w:eastAsia="Consolas" w:hAnsi="Consolas"/>
          <w:sz w:val="20"/>
        </w:rPr>
        <w:t>}</w:t>
      </w:r>
    </w:p>
    <w:p w14:paraId="4E602019" w14:textId="77777777" w:rsidR="006C7C92" w:rsidRDefault="006C7C92" w:rsidP="006C7C92">
      <w:pPr>
        <w:spacing w:after="0" w:line="240" w:lineRule="auto"/>
      </w:pPr>
      <w:r>
        <w:rPr>
          <w:rFonts w:ascii="Consolas" w:eastAsia="Consolas" w:hAnsi="Consolas"/>
          <w:sz w:val="20"/>
        </w:rPr>
        <w:t>if x=</w:t>
      </w:r>
      <w:proofErr w:type="spellStart"/>
      <w:r>
        <w:rPr>
          <w:rFonts w:ascii="Consolas" w:eastAsia="Consolas" w:hAnsi="Consolas"/>
          <w:sz w:val="20"/>
        </w:rPr>
        <w:t>xprevious</w:t>
      </w:r>
      <w:proofErr w:type="spellEnd"/>
      <w:r>
        <w:rPr>
          <w:rFonts w:ascii="Consolas" w:eastAsia="Consolas" w:hAnsi="Consolas"/>
          <w:sz w:val="20"/>
        </w:rPr>
        <w:t xml:space="preserve"> and y=</w:t>
      </w:r>
      <w:proofErr w:type="spellStart"/>
      <w:proofErr w:type="gramStart"/>
      <w:r>
        <w:rPr>
          <w:rFonts w:ascii="Consolas" w:eastAsia="Consolas" w:hAnsi="Consolas"/>
          <w:sz w:val="20"/>
        </w:rPr>
        <w:t>yprevious</w:t>
      </w:r>
      <w:proofErr w:type="spellEnd"/>
      <w:r>
        <w:rPr>
          <w:rFonts w:ascii="Consolas" w:eastAsia="Consolas" w:hAnsi="Consolas"/>
          <w:sz w:val="20"/>
        </w:rPr>
        <w:t>{</w:t>
      </w:r>
      <w:proofErr w:type="gramEnd"/>
    </w:p>
    <w:p w14:paraId="58BC38EB"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image_speed</w:t>
      </w:r>
      <w:proofErr w:type="spellEnd"/>
      <w:r>
        <w:rPr>
          <w:rFonts w:ascii="Consolas" w:eastAsia="Consolas" w:hAnsi="Consolas"/>
          <w:sz w:val="20"/>
        </w:rPr>
        <w:t xml:space="preserve">=0   </w:t>
      </w:r>
    </w:p>
    <w:p w14:paraId="47E08768"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image_index</w:t>
      </w:r>
      <w:proofErr w:type="spellEnd"/>
      <w:r>
        <w:rPr>
          <w:rFonts w:ascii="Consolas" w:eastAsia="Consolas" w:hAnsi="Consolas"/>
          <w:sz w:val="20"/>
        </w:rPr>
        <w:t>=1.9999</w:t>
      </w:r>
    </w:p>
    <w:p w14:paraId="0BB77A2D" w14:textId="77777777" w:rsidR="006C7C92" w:rsidRDefault="006C7C92" w:rsidP="006C7C92"/>
    <w:p w14:paraId="18D6B836" w14:textId="77777777" w:rsidR="006C7C92" w:rsidRDefault="006C7C92" w:rsidP="006C7C92">
      <w:pPr>
        <w:spacing w:after="0" w:line="240" w:lineRule="auto"/>
      </w:pPr>
      <w:r>
        <w:rPr>
          <w:rFonts w:ascii="Consolas" w:eastAsia="Consolas" w:hAnsi="Consolas"/>
          <w:sz w:val="20"/>
        </w:rPr>
        <w:t xml:space="preserve">       </w:t>
      </w:r>
      <w:proofErr w:type="gramStart"/>
      <w:r>
        <w:rPr>
          <w:rFonts w:ascii="Consolas" w:eastAsia="Consolas" w:hAnsi="Consolas"/>
          <w:sz w:val="20"/>
        </w:rPr>
        <w:t>}else</w:t>
      </w:r>
      <w:proofErr w:type="gramEnd"/>
      <w:r>
        <w:rPr>
          <w:rFonts w:ascii="Consolas" w:eastAsia="Consolas" w:hAnsi="Consolas"/>
          <w:sz w:val="20"/>
        </w:rPr>
        <w:t>{</w:t>
      </w:r>
    </w:p>
    <w:p w14:paraId="0065BB60"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spd</w:t>
      </w:r>
      <w:proofErr w:type="spellEnd"/>
      <w:r>
        <w:rPr>
          <w:rFonts w:ascii="Consolas" w:eastAsia="Consolas" w:hAnsi="Consolas"/>
          <w:sz w:val="20"/>
        </w:rPr>
        <w:t>=</w:t>
      </w:r>
      <w:proofErr w:type="spellStart"/>
      <w:proofErr w:type="gramStart"/>
      <w:r>
        <w:rPr>
          <w:rFonts w:ascii="Consolas" w:eastAsia="Consolas" w:hAnsi="Consolas"/>
          <w:sz w:val="20"/>
        </w:rPr>
        <w:t>spdOrig</w:t>
      </w:r>
      <w:proofErr w:type="spellEnd"/>
      <w:r>
        <w:rPr>
          <w:rFonts w:ascii="Consolas" w:eastAsia="Consolas" w:hAnsi="Consolas"/>
          <w:sz w:val="20"/>
        </w:rPr>
        <w:t>{</w:t>
      </w:r>
      <w:proofErr w:type="gramEnd"/>
    </w:p>
    <w:p w14:paraId="59D1F77D"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image_speed</w:t>
      </w:r>
      <w:proofErr w:type="spellEnd"/>
      <w:r>
        <w:rPr>
          <w:rFonts w:ascii="Consolas" w:eastAsia="Consolas" w:hAnsi="Consolas"/>
          <w:sz w:val="20"/>
        </w:rPr>
        <w:t>=</w:t>
      </w:r>
      <w:proofErr w:type="gramStart"/>
      <w:r>
        <w:rPr>
          <w:rFonts w:ascii="Consolas" w:eastAsia="Consolas" w:hAnsi="Consolas"/>
          <w:sz w:val="20"/>
        </w:rPr>
        <w:t>1 }</w:t>
      </w:r>
      <w:proofErr w:type="gramEnd"/>
    </w:p>
    <w:p w14:paraId="6710574B"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spd</w:t>
      </w:r>
      <w:proofErr w:type="spellEnd"/>
      <w:r>
        <w:rPr>
          <w:rFonts w:ascii="Consolas" w:eastAsia="Consolas" w:hAnsi="Consolas"/>
          <w:sz w:val="20"/>
        </w:rPr>
        <w:t>=</w:t>
      </w:r>
      <w:proofErr w:type="spellStart"/>
      <w:proofErr w:type="gramStart"/>
      <w:r>
        <w:rPr>
          <w:rFonts w:ascii="Consolas" w:eastAsia="Consolas" w:hAnsi="Consolas"/>
          <w:sz w:val="20"/>
        </w:rPr>
        <w:t>spdRun</w:t>
      </w:r>
      <w:proofErr w:type="spellEnd"/>
      <w:r>
        <w:rPr>
          <w:rFonts w:ascii="Consolas" w:eastAsia="Consolas" w:hAnsi="Consolas"/>
          <w:sz w:val="20"/>
        </w:rPr>
        <w:t>{</w:t>
      </w:r>
      <w:proofErr w:type="gramEnd"/>
    </w:p>
    <w:p w14:paraId="78F1BB26"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image_speed</w:t>
      </w:r>
      <w:proofErr w:type="spellEnd"/>
      <w:r>
        <w:rPr>
          <w:rFonts w:ascii="Consolas" w:eastAsia="Consolas" w:hAnsi="Consolas"/>
          <w:sz w:val="20"/>
        </w:rPr>
        <w:t>=</w:t>
      </w:r>
      <w:proofErr w:type="gramStart"/>
      <w:r>
        <w:rPr>
          <w:rFonts w:ascii="Consolas" w:eastAsia="Consolas" w:hAnsi="Consolas"/>
          <w:sz w:val="20"/>
        </w:rPr>
        <w:t>2 }</w:t>
      </w:r>
      <w:proofErr w:type="gramEnd"/>
    </w:p>
    <w:p w14:paraId="6CA59803" w14:textId="77777777" w:rsidR="006C7C92" w:rsidRDefault="006C7C92" w:rsidP="006C7C92">
      <w:pPr>
        <w:spacing w:after="0" w:line="240" w:lineRule="auto"/>
      </w:pPr>
      <w:r>
        <w:rPr>
          <w:rFonts w:ascii="Consolas" w:eastAsia="Consolas" w:hAnsi="Consolas"/>
          <w:sz w:val="20"/>
        </w:rPr>
        <w:t xml:space="preserve">       }</w:t>
      </w:r>
    </w:p>
    <w:p w14:paraId="27C5AAFF" w14:textId="77777777" w:rsidR="006C7C92" w:rsidRDefault="006C7C92" w:rsidP="006C7C92">
      <w:pPr>
        <w:spacing w:after="0" w:line="240" w:lineRule="auto"/>
      </w:pPr>
      <w:r>
        <w:rPr>
          <w:rFonts w:ascii="Consolas" w:eastAsia="Consolas" w:hAnsi="Consolas"/>
          <w:sz w:val="20"/>
        </w:rPr>
        <w:t xml:space="preserve">       if (</w:t>
      </w:r>
      <w:proofErr w:type="spellStart"/>
      <w:proofErr w:type="gramStart"/>
      <w:r>
        <w:rPr>
          <w:rFonts w:ascii="Consolas" w:eastAsia="Consolas" w:hAnsi="Consolas"/>
          <w:sz w:val="20"/>
        </w:rPr>
        <w:t>global.PressXHold</w:t>
      </w:r>
      <w:proofErr w:type="spellEnd"/>
      <w:proofErr w:type="gramEnd"/>
      <w:r>
        <w:rPr>
          <w:rFonts w:ascii="Consolas" w:eastAsia="Consolas" w:hAnsi="Consolas"/>
          <w:sz w:val="20"/>
        </w:rPr>
        <w:t xml:space="preserve"> == 1) {</w:t>
      </w:r>
    </w:p>
    <w:p w14:paraId="653DAE82"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spd</w:t>
      </w:r>
      <w:proofErr w:type="spellEnd"/>
      <w:r>
        <w:rPr>
          <w:rFonts w:ascii="Consolas" w:eastAsia="Consolas" w:hAnsi="Consolas"/>
          <w:sz w:val="20"/>
        </w:rPr>
        <w:t xml:space="preserve"> = </w:t>
      </w:r>
      <w:proofErr w:type="spellStart"/>
      <w:r>
        <w:rPr>
          <w:rFonts w:ascii="Consolas" w:eastAsia="Consolas" w:hAnsi="Consolas"/>
          <w:sz w:val="20"/>
        </w:rPr>
        <w:t>spdRun</w:t>
      </w:r>
      <w:proofErr w:type="spellEnd"/>
      <w:r>
        <w:rPr>
          <w:rFonts w:ascii="Consolas" w:eastAsia="Consolas" w:hAnsi="Consolas"/>
          <w:sz w:val="20"/>
        </w:rPr>
        <w:t>;</w:t>
      </w:r>
    </w:p>
    <w:p w14:paraId="0A5CA212" w14:textId="77777777" w:rsidR="006C7C92" w:rsidRDefault="006C7C92" w:rsidP="006C7C92">
      <w:pPr>
        <w:spacing w:after="0" w:line="240" w:lineRule="auto"/>
      </w:pPr>
      <w:r>
        <w:rPr>
          <w:rFonts w:ascii="Consolas" w:eastAsia="Consolas" w:hAnsi="Consolas"/>
          <w:sz w:val="20"/>
        </w:rPr>
        <w:t>} else {</w:t>
      </w:r>
    </w:p>
    <w:p w14:paraId="1EC25526"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spd</w:t>
      </w:r>
      <w:proofErr w:type="spellEnd"/>
      <w:r>
        <w:rPr>
          <w:rFonts w:ascii="Consolas" w:eastAsia="Consolas" w:hAnsi="Consolas"/>
          <w:sz w:val="20"/>
        </w:rPr>
        <w:t xml:space="preserve"> = </w:t>
      </w:r>
      <w:proofErr w:type="spellStart"/>
      <w:r>
        <w:rPr>
          <w:rFonts w:ascii="Consolas" w:eastAsia="Consolas" w:hAnsi="Consolas"/>
          <w:sz w:val="20"/>
        </w:rPr>
        <w:t>spdOrig</w:t>
      </w:r>
      <w:proofErr w:type="spellEnd"/>
      <w:r>
        <w:rPr>
          <w:rFonts w:ascii="Consolas" w:eastAsia="Consolas" w:hAnsi="Consolas"/>
          <w:sz w:val="20"/>
        </w:rPr>
        <w:t>;</w:t>
      </w:r>
    </w:p>
    <w:p w14:paraId="204946A8" w14:textId="77777777" w:rsidR="006C7C92" w:rsidRPr="00FD160E" w:rsidRDefault="006C7C92" w:rsidP="006C7C92">
      <w:pPr>
        <w:rPr>
          <w:lang w:val="uk-UA"/>
        </w:rPr>
      </w:pPr>
    </w:p>
    <w:p w14:paraId="3628692F" w14:textId="0EE1F060" w:rsidR="006C7C92" w:rsidRPr="006C7C92" w:rsidRDefault="006C7C92" w:rsidP="006C7C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К</w:t>
      </w:r>
      <w:proofErr w:type="spellStart"/>
      <w:r w:rsidRPr="006C7C92">
        <w:rPr>
          <w:rFonts w:ascii="Times New Roman" w:hAnsi="Times New Roman" w:cs="Times New Roman"/>
          <w:sz w:val="28"/>
          <w:szCs w:val="28"/>
        </w:rPr>
        <w:t>од</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що</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відповідає</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за</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імерсивність</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кнопок</w:t>
      </w:r>
      <w:proofErr w:type="spellEnd"/>
      <w:r w:rsidRPr="006C7C92">
        <w:rPr>
          <w:rFonts w:ascii="Times New Roman" w:hAnsi="Times New Roman" w:cs="Times New Roman"/>
          <w:sz w:val="28"/>
          <w:szCs w:val="28"/>
        </w:rPr>
        <w:t xml:space="preserve"> в </w:t>
      </w:r>
      <w:proofErr w:type="spellStart"/>
      <w:r w:rsidRPr="006C7C92">
        <w:rPr>
          <w:rFonts w:ascii="Times New Roman" w:hAnsi="Times New Roman" w:cs="Times New Roman"/>
          <w:sz w:val="28"/>
          <w:szCs w:val="28"/>
        </w:rPr>
        <w:t>головному</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меню</w:t>
      </w:r>
      <w:proofErr w:type="spellEnd"/>
      <w:r w:rsidRPr="006C7C92">
        <w:rPr>
          <w:rFonts w:ascii="Times New Roman" w:hAnsi="Times New Roman" w:cs="Times New Roman"/>
          <w:sz w:val="28"/>
          <w:szCs w:val="28"/>
        </w:rPr>
        <w:t xml:space="preserve"> </w:t>
      </w:r>
    </w:p>
    <w:p w14:paraId="4757F4DC" w14:textId="77777777" w:rsidR="006C7C92" w:rsidRDefault="006C7C92" w:rsidP="006C7C92"/>
    <w:p w14:paraId="14596C06" w14:textId="77777777" w:rsidR="006C7C92" w:rsidRDefault="006C7C92" w:rsidP="006C7C92">
      <w:pPr>
        <w:spacing w:after="0" w:line="240" w:lineRule="auto"/>
      </w:pPr>
      <w:r>
        <w:rPr>
          <w:rFonts w:ascii="Consolas" w:eastAsia="Consolas" w:hAnsi="Consolas"/>
          <w:sz w:val="20"/>
        </w:rPr>
        <w:t xml:space="preserve">10. if </w:t>
      </w:r>
      <w:proofErr w:type="spellStart"/>
      <w:proofErr w:type="gramStart"/>
      <w:r>
        <w:rPr>
          <w:rFonts w:ascii="Consolas" w:eastAsia="Consolas" w:hAnsi="Consolas"/>
          <w:sz w:val="20"/>
        </w:rPr>
        <w:t>global.battleSeletion</w:t>
      </w:r>
      <w:proofErr w:type="spellEnd"/>
      <w:proofErr w:type="gramEnd"/>
      <w:r>
        <w:rPr>
          <w:rFonts w:ascii="Consolas" w:eastAsia="Consolas" w:hAnsi="Consolas"/>
          <w:sz w:val="20"/>
        </w:rPr>
        <w:t xml:space="preserve">=3 and  </w:t>
      </w:r>
      <w:proofErr w:type="spellStart"/>
      <w:r>
        <w:rPr>
          <w:rFonts w:ascii="Consolas" w:eastAsia="Consolas" w:hAnsi="Consolas"/>
          <w:sz w:val="20"/>
        </w:rPr>
        <w:t>global.battleTurn</w:t>
      </w:r>
      <w:proofErr w:type="spellEnd"/>
      <w:r>
        <w:rPr>
          <w:rFonts w:ascii="Consolas" w:eastAsia="Consolas" w:hAnsi="Consolas"/>
          <w:sz w:val="20"/>
        </w:rPr>
        <w:t xml:space="preserve">=3 and </w:t>
      </w:r>
      <w:proofErr w:type="spellStart"/>
      <w:r>
        <w:rPr>
          <w:rFonts w:ascii="Consolas" w:eastAsia="Consolas" w:hAnsi="Consolas"/>
          <w:sz w:val="20"/>
        </w:rPr>
        <w:t>global.SeletionMagic</w:t>
      </w:r>
      <w:proofErr w:type="spellEnd"/>
      <w:r>
        <w:rPr>
          <w:rFonts w:ascii="Consolas" w:eastAsia="Consolas" w:hAnsi="Consolas"/>
          <w:sz w:val="20"/>
        </w:rPr>
        <w:t>!=1</w:t>
      </w:r>
    </w:p>
    <w:p w14:paraId="4591DC53" w14:textId="77777777" w:rsidR="006C7C92" w:rsidRDefault="006C7C92" w:rsidP="006C7C92">
      <w:pPr>
        <w:spacing w:after="0" w:line="240" w:lineRule="auto"/>
      </w:pPr>
      <w:r>
        <w:rPr>
          <w:rFonts w:ascii="Consolas" w:eastAsia="Consolas" w:hAnsi="Consolas"/>
          <w:sz w:val="20"/>
        </w:rPr>
        <w:t xml:space="preserve">or </w:t>
      </w:r>
      <w:proofErr w:type="spellStart"/>
      <w:proofErr w:type="gramStart"/>
      <w:r>
        <w:rPr>
          <w:rFonts w:ascii="Consolas" w:eastAsia="Consolas" w:hAnsi="Consolas"/>
          <w:sz w:val="20"/>
        </w:rPr>
        <w:t>global.battleTurn</w:t>
      </w:r>
      <w:proofErr w:type="spellEnd"/>
      <w:proofErr w:type="gramEnd"/>
      <w:r>
        <w:rPr>
          <w:rFonts w:ascii="Consolas" w:eastAsia="Consolas" w:hAnsi="Consolas"/>
          <w:sz w:val="20"/>
        </w:rPr>
        <w:t xml:space="preserve">=3 and </w:t>
      </w:r>
      <w:proofErr w:type="spellStart"/>
      <w:r>
        <w:rPr>
          <w:rFonts w:ascii="Consolas" w:eastAsia="Consolas" w:hAnsi="Consolas"/>
          <w:sz w:val="20"/>
        </w:rPr>
        <w:t>global.battleSeletion</w:t>
      </w:r>
      <w:proofErr w:type="spellEnd"/>
      <w:r>
        <w:rPr>
          <w:rFonts w:ascii="Consolas" w:eastAsia="Consolas" w:hAnsi="Consolas"/>
          <w:sz w:val="20"/>
        </w:rPr>
        <w:t xml:space="preserve">=1 and </w:t>
      </w:r>
      <w:proofErr w:type="spellStart"/>
      <w:r>
        <w:rPr>
          <w:rFonts w:ascii="Consolas" w:eastAsia="Consolas" w:hAnsi="Consolas"/>
          <w:sz w:val="20"/>
        </w:rPr>
        <w:t>global.SeletionMagic</w:t>
      </w:r>
      <w:proofErr w:type="spellEnd"/>
      <w:r>
        <w:rPr>
          <w:rFonts w:ascii="Consolas" w:eastAsia="Consolas" w:hAnsi="Consolas"/>
          <w:sz w:val="20"/>
        </w:rPr>
        <w:t xml:space="preserve">=0  and </w:t>
      </w:r>
      <w:proofErr w:type="spellStart"/>
      <w:r>
        <w:rPr>
          <w:rFonts w:ascii="Consolas" w:eastAsia="Consolas" w:hAnsi="Consolas"/>
          <w:sz w:val="20"/>
        </w:rPr>
        <w:t>global.SeletionMagic</w:t>
      </w:r>
      <w:proofErr w:type="spellEnd"/>
      <w:r>
        <w:rPr>
          <w:rFonts w:ascii="Consolas" w:eastAsia="Consolas" w:hAnsi="Consolas"/>
          <w:sz w:val="20"/>
        </w:rPr>
        <w:t>!=1{</w:t>
      </w:r>
    </w:p>
    <w:p w14:paraId="07BE3432"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sprite_</w:t>
      </w:r>
      <w:proofErr w:type="gramStart"/>
      <w:r>
        <w:rPr>
          <w:rFonts w:ascii="Consolas" w:eastAsia="Consolas" w:hAnsi="Consolas"/>
          <w:sz w:val="20"/>
        </w:rPr>
        <w:t>index</w:t>
      </w:r>
      <w:proofErr w:type="spellEnd"/>
      <w:r>
        <w:rPr>
          <w:rFonts w:ascii="Consolas" w:eastAsia="Consolas" w:hAnsi="Consolas"/>
          <w:sz w:val="20"/>
        </w:rPr>
        <w:t xml:space="preserve"> !</w:t>
      </w:r>
      <w:proofErr w:type="gramEnd"/>
      <w:r>
        <w:rPr>
          <w:rFonts w:ascii="Consolas" w:eastAsia="Consolas" w:hAnsi="Consolas"/>
          <w:sz w:val="20"/>
        </w:rPr>
        <w:t xml:space="preserve">= </w:t>
      </w:r>
      <w:proofErr w:type="spellStart"/>
      <w:r>
        <w:rPr>
          <w:rFonts w:ascii="Consolas" w:eastAsia="Consolas" w:hAnsi="Consolas"/>
          <w:sz w:val="20"/>
        </w:rPr>
        <w:t>spr_asr_act</w:t>
      </w:r>
      <w:proofErr w:type="spellEnd"/>
      <w:r>
        <w:rPr>
          <w:rFonts w:ascii="Consolas" w:eastAsia="Consolas" w:hAnsi="Consolas"/>
          <w:sz w:val="20"/>
        </w:rPr>
        <w:t>) {</w:t>
      </w:r>
    </w:p>
    <w:p w14:paraId="26E5260D"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sprite_index</w:t>
      </w:r>
      <w:proofErr w:type="spellEnd"/>
      <w:r>
        <w:rPr>
          <w:rFonts w:ascii="Consolas" w:eastAsia="Consolas" w:hAnsi="Consolas"/>
          <w:sz w:val="20"/>
        </w:rPr>
        <w:t xml:space="preserve"> = </w:t>
      </w:r>
      <w:proofErr w:type="spellStart"/>
      <w:r>
        <w:rPr>
          <w:rFonts w:ascii="Consolas" w:eastAsia="Consolas" w:hAnsi="Consolas"/>
          <w:sz w:val="20"/>
        </w:rPr>
        <w:t>spr_asr_act</w:t>
      </w:r>
      <w:proofErr w:type="spellEnd"/>
      <w:r>
        <w:rPr>
          <w:rFonts w:ascii="Consolas" w:eastAsia="Consolas" w:hAnsi="Consolas"/>
          <w:sz w:val="20"/>
        </w:rPr>
        <w:t>;</w:t>
      </w:r>
    </w:p>
    <w:p w14:paraId="3FF189EE" w14:textId="77777777" w:rsidR="006C7C92" w:rsidRDefault="006C7C92" w:rsidP="006C7C92">
      <w:pPr>
        <w:spacing w:after="0" w:line="240" w:lineRule="auto"/>
      </w:pPr>
      <w:r>
        <w:rPr>
          <w:rFonts w:ascii="Consolas" w:eastAsia="Consolas" w:hAnsi="Consolas"/>
          <w:sz w:val="20"/>
        </w:rPr>
        <w:lastRenderedPageBreak/>
        <w:t xml:space="preserve">        </w:t>
      </w:r>
      <w:proofErr w:type="spellStart"/>
      <w:r>
        <w:rPr>
          <w:rFonts w:ascii="Consolas" w:eastAsia="Consolas" w:hAnsi="Consolas"/>
          <w:sz w:val="20"/>
        </w:rPr>
        <w:t>image_speed</w:t>
      </w:r>
      <w:proofErr w:type="spellEnd"/>
      <w:r>
        <w:rPr>
          <w:rFonts w:ascii="Consolas" w:eastAsia="Consolas" w:hAnsi="Consolas"/>
          <w:sz w:val="20"/>
        </w:rPr>
        <w:t xml:space="preserve"> = 1;</w:t>
      </w:r>
    </w:p>
    <w:p w14:paraId="304534B2"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image_index</w:t>
      </w:r>
      <w:proofErr w:type="spellEnd"/>
      <w:r>
        <w:rPr>
          <w:rFonts w:ascii="Consolas" w:eastAsia="Consolas" w:hAnsi="Consolas"/>
          <w:sz w:val="20"/>
        </w:rPr>
        <w:t xml:space="preserve"> = 0;</w:t>
      </w:r>
    </w:p>
    <w:p w14:paraId="6A036435" w14:textId="77777777" w:rsidR="006C7C92" w:rsidRDefault="006C7C92" w:rsidP="006C7C92">
      <w:pPr>
        <w:spacing w:after="0" w:line="240" w:lineRule="auto"/>
      </w:pPr>
      <w:r>
        <w:rPr>
          <w:rFonts w:ascii="Consolas" w:eastAsia="Consolas" w:hAnsi="Consolas"/>
          <w:sz w:val="20"/>
        </w:rPr>
        <w:t xml:space="preserve">    }</w:t>
      </w:r>
    </w:p>
    <w:p w14:paraId="1F283367" w14:textId="77777777" w:rsidR="006C7C92" w:rsidRDefault="006C7C92" w:rsidP="006C7C92"/>
    <w:p w14:paraId="6448AA57"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image_index</w:t>
      </w:r>
      <w:proofErr w:type="spellEnd"/>
      <w:r>
        <w:rPr>
          <w:rFonts w:ascii="Consolas" w:eastAsia="Consolas" w:hAnsi="Consolas"/>
          <w:sz w:val="20"/>
        </w:rPr>
        <w:t xml:space="preserve"> &gt;= </w:t>
      </w:r>
      <w:proofErr w:type="spellStart"/>
      <w:r>
        <w:rPr>
          <w:rFonts w:ascii="Consolas" w:eastAsia="Consolas" w:hAnsi="Consolas"/>
          <w:sz w:val="20"/>
        </w:rPr>
        <w:t>image_number</w:t>
      </w:r>
      <w:proofErr w:type="spellEnd"/>
      <w:r>
        <w:rPr>
          <w:rFonts w:ascii="Consolas" w:eastAsia="Consolas" w:hAnsi="Consolas"/>
          <w:sz w:val="20"/>
        </w:rPr>
        <w:t xml:space="preserve"> - 1) {</w:t>
      </w:r>
    </w:p>
    <w:p w14:paraId="52BBC716"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image_speed</w:t>
      </w:r>
      <w:proofErr w:type="spellEnd"/>
      <w:r>
        <w:rPr>
          <w:rFonts w:ascii="Consolas" w:eastAsia="Consolas" w:hAnsi="Consolas"/>
          <w:sz w:val="20"/>
        </w:rPr>
        <w:t xml:space="preserve"> = 0;</w:t>
      </w:r>
    </w:p>
    <w:p w14:paraId="08D17E06"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image_index</w:t>
      </w:r>
      <w:proofErr w:type="spellEnd"/>
      <w:r>
        <w:rPr>
          <w:rFonts w:ascii="Consolas" w:eastAsia="Consolas" w:hAnsi="Consolas"/>
          <w:sz w:val="20"/>
        </w:rPr>
        <w:t xml:space="preserve"> = </w:t>
      </w:r>
      <w:proofErr w:type="spellStart"/>
      <w:r>
        <w:rPr>
          <w:rFonts w:ascii="Consolas" w:eastAsia="Consolas" w:hAnsi="Consolas"/>
          <w:sz w:val="20"/>
        </w:rPr>
        <w:t>image_number</w:t>
      </w:r>
      <w:proofErr w:type="spellEnd"/>
      <w:r>
        <w:rPr>
          <w:rFonts w:ascii="Consolas" w:eastAsia="Consolas" w:hAnsi="Consolas"/>
          <w:sz w:val="20"/>
        </w:rPr>
        <w:t xml:space="preserve"> - 1; </w:t>
      </w:r>
    </w:p>
    <w:p w14:paraId="67DC564A" w14:textId="77777777" w:rsidR="006C7C92" w:rsidRDefault="006C7C92" w:rsidP="006C7C92">
      <w:pPr>
        <w:spacing w:after="0" w:line="240" w:lineRule="auto"/>
      </w:pPr>
      <w:r>
        <w:rPr>
          <w:rFonts w:ascii="Consolas" w:eastAsia="Consolas" w:hAnsi="Consolas"/>
          <w:sz w:val="20"/>
        </w:rPr>
        <w:t xml:space="preserve">    }</w:t>
      </w:r>
    </w:p>
    <w:p w14:paraId="0AE731DF" w14:textId="77777777" w:rsidR="006C7C92" w:rsidRDefault="006C7C92" w:rsidP="006C7C92">
      <w:pPr>
        <w:spacing w:after="0" w:line="240" w:lineRule="auto"/>
      </w:pPr>
      <w:r>
        <w:rPr>
          <w:rFonts w:ascii="Consolas" w:eastAsia="Consolas" w:hAnsi="Consolas"/>
          <w:sz w:val="20"/>
        </w:rPr>
        <w:t>}</w:t>
      </w:r>
    </w:p>
    <w:p w14:paraId="6270FB72"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global.battleTurn</w:t>
      </w:r>
      <w:proofErr w:type="spellEnd"/>
      <w:proofErr w:type="gramEnd"/>
      <w:r>
        <w:rPr>
          <w:rFonts w:ascii="Consolas" w:eastAsia="Consolas" w:hAnsi="Consolas"/>
          <w:sz w:val="20"/>
        </w:rPr>
        <w:t xml:space="preserve">=3 and </w:t>
      </w:r>
      <w:proofErr w:type="spellStart"/>
      <w:r>
        <w:rPr>
          <w:rFonts w:ascii="Consolas" w:eastAsia="Consolas" w:hAnsi="Consolas"/>
          <w:sz w:val="20"/>
        </w:rPr>
        <w:t>global.battleSeletion</w:t>
      </w:r>
      <w:proofErr w:type="spellEnd"/>
      <w:r>
        <w:rPr>
          <w:rFonts w:ascii="Consolas" w:eastAsia="Consolas" w:hAnsi="Consolas"/>
          <w:sz w:val="20"/>
        </w:rPr>
        <w:t xml:space="preserve">=1 and </w:t>
      </w:r>
      <w:proofErr w:type="spellStart"/>
      <w:r>
        <w:rPr>
          <w:rFonts w:ascii="Consolas" w:eastAsia="Consolas" w:hAnsi="Consolas"/>
          <w:sz w:val="20"/>
        </w:rPr>
        <w:t>global.SeletionMagic</w:t>
      </w:r>
      <w:proofErr w:type="spellEnd"/>
      <w:r>
        <w:rPr>
          <w:rFonts w:ascii="Consolas" w:eastAsia="Consolas" w:hAnsi="Consolas"/>
          <w:sz w:val="20"/>
        </w:rPr>
        <w:t>=2 {</w:t>
      </w:r>
    </w:p>
    <w:p w14:paraId="236B308A"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sprite_</w:t>
      </w:r>
      <w:proofErr w:type="gramStart"/>
      <w:r>
        <w:rPr>
          <w:rFonts w:ascii="Consolas" w:eastAsia="Consolas" w:hAnsi="Consolas"/>
          <w:sz w:val="20"/>
        </w:rPr>
        <w:t>index</w:t>
      </w:r>
      <w:proofErr w:type="spellEnd"/>
      <w:r>
        <w:rPr>
          <w:rFonts w:ascii="Consolas" w:eastAsia="Consolas" w:hAnsi="Consolas"/>
          <w:sz w:val="20"/>
        </w:rPr>
        <w:t xml:space="preserve"> !</w:t>
      </w:r>
      <w:proofErr w:type="gramEnd"/>
      <w:r>
        <w:rPr>
          <w:rFonts w:ascii="Consolas" w:eastAsia="Consolas" w:hAnsi="Consolas"/>
          <w:sz w:val="20"/>
        </w:rPr>
        <w:t xml:space="preserve">= </w:t>
      </w:r>
      <w:proofErr w:type="spellStart"/>
      <w:r>
        <w:rPr>
          <w:rFonts w:ascii="Consolas" w:eastAsia="Consolas" w:hAnsi="Consolas"/>
          <w:sz w:val="20"/>
        </w:rPr>
        <w:t>spr_asr_magic_fight</w:t>
      </w:r>
      <w:proofErr w:type="spellEnd"/>
      <w:r>
        <w:rPr>
          <w:rFonts w:ascii="Consolas" w:eastAsia="Consolas" w:hAnsi="Consolas"/>
          <w:sz w:val="20"/>
        </w:rPr>
        <w:t>) {</w:t>
      </w:r>
    </w:p>
    <w:p w14:paraId="6231D5BA"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sprite_index</w:t>
      </w:r>
      <w:proofErr w:type="spellEnd"/>
      <w:r>
        <w:rPr>
          <w:rFonts w:ascii="Consolas" w:eastAsia="Consolas" w:hAnsi="Consolas"/>
          <w:sz w:val="20"/>
        </w:rPr>
        <w:t xml:space="preserve"> = </w:t>
      </w:r>
      <w:proofErr w:type="spellStart"/>
      <w:r>
        <w:rPr>
          <w:rFonts w:ascii="Consolas" w:eastAsia="Consolas" w:hAnsi="Consolas"/>
          <w:sz w:val="20"/>
        </w:rPr>
        <w:t>spr_asr_magic_fight</w:t>
      </w:r>
      <w:proofErr w:type="spellEnd"/>
      <w:r>
        <w:rPr>
          <w:rFonts w:ascii="Consolas" w:eastAsia="Consolas" w:hAnsi="Consolas"/>
          <w:sz w:val="20"/>
        </w:rPr>
        <w:t>;</w:t>
      </w:r>
    </w:p>
    <w:p w14:paraId="2CE1383B"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image_speed</w:t>
      </w:r>
      <w:proofErr w:type="spellEnd"/>
      <w:r>
        <w:rPr>
          <w:rFonts w:ascii="Consolas" w:eastAsia="Consolas" w:hAnsi="Consolas"/>
          <w:sz w:val="20"/>
        </w:rPr>
        <w:t xml:space="preserve"> = 1;</w:t>
      </w:r>
    </w:p>
    <w:p w14:paraId="57370C58"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image_index</w:t>
      </w:r>
      <w:proofErr w:type="spellEnd"/>
      <w:r>
        <w:rPr>
          <w:rFonts w:ascii="Consolas" w:eastAsia="Consolas" w:hAnsi="Consolas"/>
          <w:sz w:val="20"/>
        </w:rPr>
        <w:t xml:space="preserve"> = 0;</w:t>
      </w:r>
    </w:p>
    <w:p w14:paraId="75E16ECC" w14:textId="77777777" w:rsidR="006C7C92" w:rsidRDefault="006C7C92" w:rsidP="006C7C92">
      <w:pPr>
        <w:spacing w:after="0" w:line="240" w:lineRule="auto"/>
      </w:pPr>
      <w:r>
        <w:rPr>
          <w:rFonts w:ascii="Consolas" w:eastAsia="Consolas" w:hAnsi="Consolas"/>
          <w:sz w:val="20"/>
        </w:rPr>
        <w:t xml:space="preserve">    }</w:t>
      </w:r>
    </w:p>
    <w:p w14:paraId="6464785A" w14:textId="77777777" w:rsidR="006C7C92" w:rsidRDefault="006C7C92" w:rsidP="006C7C92"/>
    <w:p w14:paraId="7D69F26D"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image_index</w:t>
      </w:r>
      <w:proofErr w:type="spellEnd"/>
      <w:r>
        <w:rPr>
          <w:rFonts w:ascii="Consolas" w:eastAsia="Consolas" w:hAnsi="Consolas"/>
          <w:sz w:val="20"/>
        </w:rPr>
        <w:t xml:space="preserve"> &gt;= </w:t>
      </w:r>
      <w:proofErr w:type="spellStart"/>
      <w:r>
        <w:rPr>
          <w:rFonts w:ascii="Consolas" w:eastAsia="Consolas" w:hAnsi="Consolas"/>
          <w:sz w:val="20"/>
        </w:rPr>
        <w:t>image_number</w:t>
      </w:r>
      <w:proofErr w:type="spellEnd"/>
      <w:r>
        <w:rPr>
          <w:rFonts w:ascii="Consolas" w:eastAsia="Consolas" w:hAnsi="Consolas"/>
          <w:sz w:val="20"/>
        </w:rPr>
        <w:t xml:space="preserve"> - 1) {</w:t>
      </w:r>
    </w:p>
    <w:p w14:paraId="648648B7"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image_speed</w:t>
      </w:r>
      <w:proofErr w:type="spellEnd"/>
      <w:r>
        <w:rPr>
          <w:rFonts w:ascii="Consolas" w:eastAsia="Consolas" w:hAnsi="Consolas"/>
          <w:sz w:val="20"/>
        </w:rPr>
        <w:t xml:space="preserve"> = 0;</w:t>
      </w:r>
    </w:p>
    <w:p w14:paraId="0EA07DE8"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image_index</w:t>
      </w:r>
      <w:proofErr w:type="spellEnd"/>
      <w:r>
        <w:rPr>
          <w:rFonts w:ascii="Consolas" w:eastAsia="Consolas" w:hAnsi="Consolas"/>
          <w:sz w:val="20"/>
        </w:rPr>
        <w:t xml:space="preserve"> = </w:t>
      </w:r>
      <w:proofErr w:type="spellStart"/>
      <w:r>
        <w:rPr>
          <w:rFonts w:ascii="Consolas" w:eastAsia="Consolas" w:hAnsi="Consolas"/>
          <w:sz w:val="20"/>
        </w:rPr>
        <w:t>image_number</w:t>
      </w:r>
      <w:proofErr w:type="spellEnd"/>
      <w:r>
        <w:rPr>
          <w:rFonts w:ascii="Consolas" w:eastAsia="Consolas" w:hAnsi="Consolas"/>
          <w:sz w:val="20"/>
        </w:rPr>
        <w:t xml:space="preserve"> - 1; </w:t>
      </w:r>
    </w:p>
    <w:p w14:paraId="3E0AF690" w14:textId="77777777" w:rsidR="006C7C92" w:rsidRDefault="006C7C92" w:rsidP="006C7C92">
      <w:pPr>
        <w:spacing w:after="0" w:line="240" w:lineRule="auto"/>
      </w:pPr>
      <w:r>
        <w:rPr>
          <w:rFonts w:ascii="Consolas" w:eastAsia="Consolas" w:hAnsi="Consolas"/>
          <w:sz w:val="20"/>
        </w:rPr>
        <w:t xml:space="preserve">    }</w:t>
      </w:r>
    </w:p>
    <w:p w14:paraId="45A1BE84" w14:textId="77777777" w:rsidR="006C7C92" w:rsidRDefault="006C7C92" w:rsidP="006C7C92">
      <w:pPr>
        <w:spacing w:after="0" w:line="240" w:lineRule="auto"/>
      </w:pPr>
      <w:r>
        <w:rPr>
          <w:rFonts w:ascii="Consolas" w:eastAsia="Consolas" w:hAnsi="Consolas"/>
          <w:sz w:val="20"/>
        </w:rPr>
        <w:t>}</w:t>
      </w:r>
    </w:p>
    <w:p w14:paraId="69169D60"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global.battleTurn</w:t>
      </w:r>
      <w:proofErr w:type="spellEnd"/>
      <w:proofErr w:type="gramEnd"/>
      <w:r>
        <w:rPr>
          <w:rFonts w:ascii="Consolas" w:eastAsia="Consolas" w:hAnsi="Consolas"/>
          <w:sz w:val="20"/>
        </w:rPr>
        <w:t xml:space="preserve">=3 and </w:t>
      </w:r>
      <w:proofErr w:type="spellStart"/>
      <w:r>
        <w:rPr>
          <w:rFonts w:ascii="Consolas" w:eastAsia="Consolas" w:hAnsi="Consolas"/>
          <w:sz w:val="20"/>
        </w:rPr>
        <w:t>global.battleSeletion</w:t>
      </w:r>
      <w:proofErr w:type="spellEnd"/>
      <w:r>
        <w:rPr>
          <w:rFonts w:ascii="Consolas" w:eastAsia="Consolas" w:hAnsi="Consolas"/>
          <w:sz w:val="20"/>
        </w:rPr>
        <w:t xml:space="preserve">=1 and </w:t>
      </w:r>
      <w:proofErr w:type="spellStart"/>
      <w:r>
        <w:rPr>
          <w:rFonts w:ascii="Consolas" w:eastAsia="Consolas" w:hAnsi="Consolas"/>
          <w:sz w:val="20"/>
        </w:rPr>
        <w:t>global.SeletionMagic</w:t>
      </w:r>
      <w:proofErr w:type="spellEnd"/>
      <w:r>
        <w:rPr>
          <w:rFonts w:ascii="Consolas" w:eastAsia="Consolas" w:hAnsi="Consolas"/>
          <w:sz w:val="20"/>
        </w:rPr>
        <w:t>=3 {</w:t>
      </w:r>
    </w:p>
    <w:p w14:paraId="23A05A65"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sprite_</w:t>
      </w:r>
      <w:proofErr w:type="gramStart"/>
      <w:r>
        <w:rPr>
          <w:rFonts w:ascii="Consolas" w:eastAsia="Consolas" w:hAnsi="Consolas"/>
          <w:sz w:val="20"/>
        </w:rPr>
        <w:t>index</w:t>
      </w:r>
      <w:proofErr w:type="spellEnd"/>
      <w:r>
        <w:rPr>
          <w:rFonts w:ascii="Consolas" w:eastAsia="Consolas" w:hAnsi="Consolas"/>
          <w:sz w:val="20"/>
        </w:rPr>
        <w:t xml:space="preserve"> !</w:t>
      </w:r>
      <w:proofErr w:type="gramEnd"/>
      <w:r>
        <w:rPr>
          <w:rFonts w:ascii="Consolas" w:eastAsia="Consolas" w:hAnsi="Consolas"/>
          <w:sz w:val="20"/>
        </w:rPr>
        <w:t xml:space="preserve">= </w:t>
      </w:r>
      <w:proofErr w:type="spellStart"/>
      <w:r>
        <w:rPr>
          <w:rFonts w:ascii="Consolas" w:eastAsia="Consolas" w:hAnsi="Consolas"/>
          <w:sz w:val="20"/>
        </w:rPr>
        <w:t>spr_asr_magic_heal</w:t>
      </w:r>
      <w:proofErr w:type="spellEnd"/>
      <w:r>
        <w:rPr>
          <w:rFonts w:ascii="Consolas" w:eastAsia="Consolas" w:hAnsi="Consolas"/>
          <w:sz w:val="20"/>
        </w:rPr>
        <w:t>) {</w:t>
      </w:r>
    </w:p>
    <w:p w14:paraId="59B8AB75"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sprite_index</w:t>
      </w:r>
      <w:proofErr w:type="spellEnd"/>
      <w:r>
        <w:rPr>
          <w:rFonts w:ascii="Consolas" w:eastAsia="Consolas" w:hAnsi="Consolas"/>
          <w:sz w:val="20"/>
        </w:rPr>
        <w:t xml:space="preserve"> = </w:t>
      </w:r>
      <w:proofErr w:type="spellStart"/>
      <w:r>
        <w:rPr>
          <w:rFonts w:ascii="Consolas" w:eastAsia="Consolas" w:hAnsi="Consolas"/>
          <w:sz w:val="20"/>
        </w:rPr>
        <w:t>spr_asr_magic_heal</w:t>
      </w:r>
      <w:proofErr w:type="spellEnd"/>
      <w:r>
        <w:rPr>
          <w:rFonts w:ascii="Consolas" w:eastAsia="Consolas" w:hAnsi="Consolas"/>
          <w:sz w:val="20"/>
        </w:rPr>
        <w:t>;</w:t>
      </w:r>
    </w:p>
    <w:p w14:paraId="1C968E62"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image_speed</w:t>
      </w:r>
      <w:proofErr w:type="spellEnd"/>
      <w:r>
        <w:rPr>
          <w:rFonts w:ascii="Consolas" w:eastAsia="Consolas" w:hAnsi="Consolas"/>
          <w:sz w:val="20"/>
        </w:rPr>
        <w:t xml:space="preserve"> = 1;</w:t>
      </w:r>
    </w:p>
    <w:p w14:paraId="56E10823"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image_index</w:t>
      </w:r>
      <w:proofErr w:type="spellEnd"/>
      <w:r>
        <w:rPr>
          <w:rFonts w:ascii="Consolas" w:eastAsia="Consolas" w:hAnsi="Consolas"/>
          <w:sz w:val="20"/>
        </w:rPr>
        <w:t xml:space="preserve"> = 0;</w:t>
      </w:r>
    </w:p>
    <w:p w14:paraId="12020BF2" w14:textId="77777777" w:rsidR="006C7C92" w:rsidRDefault="006C7C92" w:rsidP="006C7C92">
      <w:pPr>
        <w:spacing w:after="0" w:line="240" w:lineRule="auto"/>
      </w:pPr>
      <w:r>
        <w:rPr>
          <w:rFonts w:ascii="Consolas" w:eastAsia="Consolas" w:hAnsi="Consolas"/>
          <w:sz w:val="20"/>
        </w:rPr>
        <w:t xml:space="preserve">    }</w:t>
      </w:r>
    </w:p>
    <w:p w14:paraId="73910599" w14:textId="77777777" w:rsidR="006C7C92" w:rsidRDefault="006C7C92" w:rsidP="006C7C92"/>
    <w:p w14:paraId="1D90B1C0"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image_index</w:t>
      </w:r>
      <w:proofErr w:type="spellEnd"/>
      <w:r>
        <w:rPr>
          <w:rFonts w:ascii="Consolas" w:eastAsia="Consolas" w:hAnsi="Consolas"/>
          <w:sz w:val="20"/>
        </w:rPr>
        <w:t xml:space="preserve"> &gt;= </w:t>
      </w:r>
      <w:proofErr w:type="spellStart"/>
      <w:r>
        <w:rPr>
          <w:rFonts w:ascii="Consolas" w:eastAsia="Consolas" w:hAnsi="Consolas"/>
          <w:sz w:val="20"/>
        </w:rPr>
        <w:t>image_number</w:t>
      </w:r>
      <w:proofErr w:type="spellEnd"/>
      <w:r>
        <w:rPr>
          <w:rFonts w:ascii="Consolas" w:eastAsia="Consolas" w:hAnsi="Consolas"/>
          <w:sz w:val="20"/>
        </w:rPr>
        <w:t xml:space="preserve"> - 1) {</w:t>
      </w:r>
    </w:p>
    <w:p w14:paraId="52FFCD45"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image_speed</w:t>
      </w:r>
      <w:proofErr w:type="spellEnd"/>
      <w:r>
        <w:rPr>
          <w:rFonts w:ascii="Consolas" w:eastAsia="Consolas" w:hAnsi="Consolas"/>
          <w:sz w:val="20"/>
        </w:rPr>
        <w:t xml:space="preserve"> = 0;</w:t>
      </w:r>
    </w:p>
    <w:p w14:paraId="3A72A496"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image_index</w:t>
      </w:r>
      <w:proofErr w:type="spellEnd"/>
      <w:r>
        <w:rPr>
          <w:rFonts w:ascii="Consolas" w:eastAsia="Consolas" w:hAnsi="Consolas"/>
          <w:sz w:val="20"/>
        </w:rPr>
        <w:t xml:space="preserve"> = </w:t>
      </w:r>
      <w:proofErr w:type="spellStart"/>
      <w:r>
        <w:rPr>
          <w:rFonts w:ascii="Consolas" w:eastAsia="Consolas" w:hAnsi="Consolas"/>
          <w:sz w:val="20"/>
        </w:rPr>
        <w:t>image_number</w:t>
      </w:r>
      <w:proofErr w:type="spellEnd"/>
      <w:r>
        <w:rPr>
          <w:rFonts w:ascii="Consolas" w:eastAsia="Consolas" w:hAnsi="Consolas"/>
          <w:sz w:val="20"/>
        </w:rPr>
        <w:t xml:space="preserve"> - 1; </w:t>
      </w:r>
    </w:p>
    <w:p w14:paraId="5B20E422" w14:textId="77777777" w:rsidR="006C7C92" w:rsidRDefault="006C7C92" w:rsidP="006C7C92">
      <w:pPr>
        <w:spacing w:after="0" w:line="240" w:lineRule="auto"/>
      </w:pPr>
      <w:r>
        <w:rPr>
          <w:rFonts w:ascii="Consolas" w:eastAsia="Consolas" w:hAnsi="Consolas"/>
          <w:sz w:val="20"/>
        </w:rPr>
        <w:t xml:space="preserve">    }</w:t>
      </w:r>
    </w:p>
    <w:p w14:paraId="17DCDDCC" w14:textId="77777777" w:rsidR="006C7C92" w:rsidRDefault="006C7C92" w:rsidP="006C7C92">
      <w:pPr>
        <w:spacing w:after="0" w:line="240" w:lineRule="auto"/>
      </w:pPr>
      <w:r>
        <w:rPr>
          <w:rFonts w:ascii="Consolas" w:eastAsia="Consolas" w:hAnsi="Consolas"/>
          <w:sz w:val="20"/>
        </w:rPr>
        <w:t>}</w:t>
      </w:r>
    </w:p>
    <w:p w14:paraId="0F358EBD"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global.battleSeletion</w:t>
      </w:r>
      <w:proofErr w:type="spellEnd"/>
      <w:proofErr w:type="gramEnd"/>
      <w:r>
        <w:rPr>
          <w:rFonts w:ascii="Consolas" w:eastAsia="Consolas" w:hAnsi="Consolas"/>
          <w:sz w:val="20"/>
        </w:rPr>
        <w:t xml:space="preserve">=2 and </w:t>
      </w:r>
      <w:proofErr w:type="spellStart"/>
      <w:r>
        <w:rPr>
          <w:rFonts w:ascii="Consolas" w:eastAsia="Consolas" w:hAnsi="Consolas"/>
          <w:sz w:val="20"/>
        </w:rPr>
        <w:t>global.battleTurn</w:t>
      </w:r>
      <w:proofErr w:type="spellEnd"/>
      <w:r>
        <w:rPr>
          <w:rFonts w:ascii="Consolas" w:eastAsia="Consolas" w:hAnsi="Consolas"/>
          <w:sz w:val="20"/>
        </w:rPr>
        <w:t>=3{</w:t>
      </w:r>
    </w:p>
    <w:p w14:paraId="14B1A1E9"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sprite_</w:t>
      </w:r>
      <w:proofErr w:type="gramStart"/>
      <w:r>
        <w:rPr>
          <w:rFonts w:ascii="Consolas" w:eastAsia="Consolas" w:hAnsi="Consolas"/>
          <w:sz w:val="20"/>
        </w:rPr>
        <w:t>index</w:t>
      </w:r>
      <w:proofErr w:type="spellEnd"/>
      <w:r>
        <w:rPr>
          <w:rFonts w:ascii="Consolas" w:eastAsia="Consolas" w:hAnsi="Consolas"/>
          <w:sz w:val="20"/>
        </w:rPr>
        <w:t xml:space="preserve"> !</w:t>
      </w:r>
      <w:proofErr w:type="gramEnd"/>
      <w:r>
        <w:rPr>
          <w:rFonts w:ascii="Consolas" w:eastAsia="Consolas" w:hAnsi="Consolas"/>
          <w:sz w:val="20"/>
        </w:rPr>
        <w:t xml:space="preserve">= </w:t>
      </w:r>
      <w:proofErr w:type="spellStart"/>
      <w:r>
        <w:rPr>
          <w:rFonts w:ascii="Consolas" w:eastAsia="Consolas" w:hAnsi="Consolas"/>
          <w:sz w:val="20"/>
        </w:rPr>
        <w:t>spr_asr_item</w:t>
      </w:r>
      <w:proofErr w:type="spellEnd"/>
      <w:r>
        <w:rPr>
          <w:rFonts w:ascii="Consolas" w:eastAsia="Consolas" w:hAnsi="Consolas"/>
          <w:sz w:val="20"/>
        </w:rPr>
        <w:t>) {</w:t>
      </w:r>
    </w:p>
    <w:p w14:paraId="7D9D126D"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sprite_index</w:t>
      </w:r>
      <w:proofErr w:type="spellEnd"/>
      <w:r>
        <w:rPr>
          <w:rFonts w:ascii="Consolas" w:eastAsia="Consolas" w:hAnsi="Consolas"/>
          <w:sz w:val="20"/>
        </w:rPr>
        <w:t xml:space="preserve"> = </w:t>
      </w:r>
      <w:proofErr w:type="spellStart"/>
      <w:r>
        <w:rPr>
          <w:rFonts w:ascii="Consolas" w:eastAsia="Consolas" w:hAnsi="Consolas"/>
          <w:sz w:val="20"/>
        </w:rPr>
        <w:t>spr_asr_item</w:t>
      </w:r>
      <w:proofErr w:type="spellEnd"/>
      <w:r>
        <w:rPr>
          <w:rFonts w:ascii="Consolas" w:eastAsia="Consolas" w:hAnsi="Consolas"/>
          <w:sz w:val="20"/>
        </w:rPr>
        <w:t>;</w:t>
      </w:r>
    </w:p>
    <w:p w14:paraId="0DD8D4F0"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image_speed</w:t>
      </w:r>
      <w:proofErr w:type="spellEnd"/>
      <w:r>
        <w:rPr>
          <w:rFonts w:ascii="Consolas" w:eastAsia="Consolas" w:hAnsi="Consolas"/>
          <w:sz w:val="20"/>
        </w:rPr>
        <w:t xml:space="preserve"> = 1;</w:t>
      </w:r>
    </w:p>
    <w:p w14:paraId="526DC00C"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image_index</w:t>
      </w:r>
      <w:proofErr w:type="spellEnd"/>
      <w:r>
        <w:rPr>
          <w:rFonts w:ascii="Consolas" w:eastAsia="Consolas" w:hAnsi="Consolas"/>
          <w:sz w:val="20"/>
        </w:rPr>
        <w:t xml:space="preserve"> = 0;</w:t>
      </w:r>
    </w:p>
    <w:p w14:paraId="576D636D" w14:textId="77777777" w:rsidR="006C7C92" w:rsidRDefault="006C7C92" w:rsidP="006C7C92">
      <w:pPr>
        <w:spacing w:after="0" w:line="240" w:lineRule="auto"/>
      </w:pPr>
      <w:r>
        <w:rPr>
          <w:rFonts w:ascii="Consolas" w:eastAsia="Consolas" w:hAnsi="Consolas"/>
          <w:sz w:val="20"/>
        </w:rPr>
        <w:t xml:space="preserve">    }</w:t>
      </w:r>
    </w:p>
    <w:p w14:paraId="1A8C28FD" w14:textId="77777777" w:rsidR="006C7C92" w:rsidRDefault="006C7C92" w:rsidP="006C7C92"/>
    <w:p w14:paraId="0E0D23F7"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image_index</w:t>
      </w:r>
      <w:proofErr w:type="spellEnd"/>
      <w:r>
        <w:rPr>
          <w:rFonts w:ascii="Consolas" w:eastAsia="Consolas" w:hAnsi="Consolas"/>
          <w:sz w:val="20"/>
        </w:rPr>
        <w:t xml:space="preserve"> &gt;= </w:t>
      </w:r>
      <w:proofErr w:type="spellStart"/>
      <w:r>
        <w:rPr>
          <w:rFonts w:ascii="Consolas" w:eastAsia="Consolas" w:hAnsi="Consolas"/>
          <w:sz w:val="20"/>
        </w:rPr>
        <w:t>image_number</w:t>
      </w:r>
      <w:proofErr w:type="spellEnd"/>
      <w:r>
        <w:rPr>
          <w:rFonts w:ascii="Consolas" w:eastAsia="Consolas" w:hAnsi="Consolas"/>
          <w:sz w:val="20"/>
        </w:rPr>
        <w:t xml:space="preserve"> - 1) {</w:t>
      </w:r>
    </w:p>
    <w:p w14:paraId="29297B18"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image_speed</w:t>
      </w:r>
      <w:proofErr w:type="spellEnd"/>
      <w:r>
        <w:rPr>
          <w:rFonts w:ascii="Consolas" w:eastAsia="Consolas" w:hAnsi="Consolas"/>
          <w:sz w:val="20"/>
        </w:rPr>
        <w:t xml:space="preserve"> = 0;</w:t>
      </w:r>
    </w:p>
    <w:p w14:paraId="376422AF"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image_index</w:t>
      </w:r>
      <w:proofErr w:type="spellEnd"/>
      <w:r>
        <w:rPr>
          <w:rFonts w:ascii="Consolas" w:eastAsia="Consolas" w:hAnsi="Consolas"/>
          <w:sz w:val="20"/>
        </w:rPr>
        <w:t xml:space="preserve"> = </w:t>
      </w:r>
      <w:proofErr w:type="spellStart"/>
      <w:r>
        <w:rPr>
          <w:rFonts w:ascii="Consolas" w:eastAsia="Consolas" w:hAnsi="Consolas"/>
          <w:sz w:val="20"/>
        </w:rPr>
        <w:t>image_number</w:t>
      </w:r>
      <w:proofErr w:type="spellEnd"/>
      <w:r>
        <w:rPr>
          <w:rFonts w:ascii="Consolas" w:eastAsia="Consolas" w:hAnsi="Consolas"/>
          <w:sz w:val="20"/>
        </w:rPr>
        <w:t xml:space="preserve"> - 1; </w:t>
      </w:r>
    </w:p>
    <w:p w14:paraId="17935AAF" w14:textId="77777777" w:rsidR="006C7C92" w:rsidRDefault="006C7C92" w:rsidP="006C7C92">
      <w:pPr>
        <w:spacing w:after="0" w:line="240" w:lineRule="auto"/>
      </w:pPr>
      <w:r>
        <w:rPr>
          <w:rFonts w:ascii="Consolas" w:eastAsia="Consolas" w:hAnsi="Consolas"/>
          <w:sz w:val="20"/>
        </w:rPr>
        <w:t xml:space="preserve">    }</w:t>
      </w:r>
    </w:p>
    <w:p w14:paraId="0B0AAD84" w14:textId="77777777" w:rsidR="006C7C92" w:rsidRDefault="006C7C92" w:rsidP="006C7C92">
      <w:pPr>
        <w:spacing w:after="0" w:line="240" w:lineRule="auto"/>
      </w:pPr>
      <w:r>
        <w:rPr>
          <w:rFonts w:ascii="Consolas" w:eastAsia="Consolas" w:hAnsi="Consolas"/>
          <w:sz w:val="20"/>
        </w:rPr>
        <w:t>}</w:t>
      </w:r>
    </w:p>
    <w:p w14:paraId="33AF4E70"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global.battleSeletion</w:t>
      </w:r>
      <w:proofErr w:type="spellEnd"/>
      <w:proofErr w:type="gramEnd"/>
      <w:r>
        <w:rPr>
          <w:rFonts w:ascii="Consolas" w:eastAsia="Consolas" w:hAnsi="Consolas"/>
          <w:sz w:val="20"/>
        </w:rPr>
        <w:t xml:space="preserve">=0 and  </w:t>
      </w:r>
      <w:proofErr w:type="spellStart"/>
      <w:r>
        <w:rPr>
          <w:rFonts w:ascii="Consolas" w:eastAsia="Consolas" w:hAnsi="Consolas"/>
          <w:sz w:val="20"/>
        </w:rPr>
        <w:t>global.battleTurn</w:t>
      </w:r>
      <w:proofErr w:type="spellEnd"/>
      <w:r>
        <w:rPr>
          <w:rFonts w:ascii="Consolas" w:eastAsia="Consolas" w:hAnsi="Consolas"/>
          <w:sz w:val="20"/>
        </w:rPr>
        <w:t xml:space="preserve">=2 and </w:t>
      </w:r>
      <w:proofErr w:type="spellStart"/>
      <w:r>
        <w:rPr>
          <w:rFonts w:ascii="Consolas" w:eastAsia="Consolas" w:hAnsi="Consolas"/>
          <w:sz w:val="20"/>
        </w:rPr>
        <w:t>obj_Game_controller.miss</w:t>
      </w:r>
      <w:proofErr w:type="spellEnd"/>
      <w:r>
        <w:rPr>
          <w:rFonts w:ascii="Consolas" w:eastAsia="Consolas" w:hAnsi="Consolas"/>
          <w:sz w:val="20"/>
        </w:rPr>
        <w:t>=true{</w:t>
      </w:r>
    </w:p>
    <w:p w14:paraId="6760DBFA"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sprite_</w:t>
      </w:r>
      <w:proofErr w:type="gramStart"/>
      <w:r>
        <w:rPr>
          <w:rFonts w:ascii="Consolas" w:eastAsia="Consolas" w:hAnsi="Consolas"/>
          <w:sz w:val="20"/>
        </w:rPr>
        <w:t>index</w:t>
      </w:r>
      <w:proofErr w:type="spellEnd"/>
      <w:r>
        <w:rPr>
          <w:rFonts w:ascii="Consolas" w:eastAsia="Consolas" w:hAnsi="Consolas"/>
          <w:sz w:val="20"/>
        </w:rPr>
        <w:t xml:space="preserve"> !</w:t>
      </w:r>
      <w:proofErr w:type="gramEnd"/>
      <w:r>
        <w:rPr>
          <w:rFonts w:ascii="Consolas" w:eastAsia="Consolas" w:hAnsi="Consolas"/>
          <w:sz w:val="20"/>
        </w:rPr>
        <w:t xml:space="preserve">= </w:t>
      </w:r>
      <w:proofErr w:type="spellStart"/>
      <w:r>
        <w:rPr>
          <w:rFonts w:ascii="Consolas" w:eastAsia="Consolas" w:hAnsi="Consolas"/>
          <w:sz w:val="20"/>
        </w:rPr>
        <w:t>spr_asr_fight</w:t>
      </w:r>
      <w:proofErr w:type="spellEnd"/>
      <w:r>
        <w:rPr>
          <w:rFonts w:ascii="Consolas" w:eastAsia="Consolas" w:hAnsi="Consolas"/>
          <w:sz w:val="20"/>
        </w:rPr>
        <w:t>) {</w:t>
      </w:r>
    </w:p>
    <w:p w14:paraId="09E3F5FE"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sprite_index</w:t>
      </w:r>
      <w:proofErr w:type="spellEnd"/>
      <w:r>
        <w:rPr>
          <w:rFonts w:ascii="Consolas" w:eastAsia="Consolas" w:hAnsi="Consolas"/>
          <w:sz w:val="20"/>
        </w:rPr>
        <w:t xml:space="preserve"> = </w:t>
      </w:r>
      <w:proofErr w:type="spellStart"/>
      <w:r>
        <w:rPr>
          <w:rFonts w:ascii="Consolas" w:eastAsia="Consolas" w:hAnsi="Consolas"/>
          <w:sz w:val="20"/>
        </w:rPr>
        <w:t>spr_asr_fight</w:t>
      </w:r>
      <w:proofErr w:type="spellEnd"/>
      <w:r>
        <w:rPr>
          <w:rFonts w:ascii="Consolas" w:eastAsia="Consolas" w:hAnsi="Consolas"/>
          <w:sz w:val="20"/>
        </w:rPr>
        <w:t>;</w:t>
      </w:r>
    </w:p>
    <w:p w14:paraId="0960C188"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image_speed</w:t>
      </w:r>
      <w:proofErr w:type="spellEnd"/>
      <w:r>
        <w:rPr>
          <w:rFonts w:ascii="Consolas" w:eastAsia="Consolas" w:hAnsi="Consolas"/>
          <w:sz w:val="20"/>
        </w:rPr>
        <w:t xml:space="preserve"> = 1;</w:t>
      </w:r>
    </w:p>
    <w:p w14:paraId="5FED30FB"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image_index</w:t>
      </w:r>
      <w:proofErr w:type="spellEnd"/>
      <w:r>
        <w:rPr>
          <w:rFonts w:ascii="Consolas" w:eastAsia="Consolas" w:hAnsi="Consolas"/>
          <w:sz w:val="20"/>
        </w:rPr>
        <w:t xml:space="preserve"> = 0;</w:t>
      </w:r>
    </w:p>
    <w:p w14:paraId="297CFE54" w14:textId="77777777" w:rsidR="006C7C92" w:rsidRDefault="006C7C92" w:rsidP="006C7C92">
      <w:pPr>
        <w:spacing w:after="0" w:line="240" w:lineRule="auto"/>
      </w:pPr>
      <w:r>
        <w:rPr>
          <w:rFonts w:ascii="Consolas" w:eastAsia="Consolas" w:hAnsi="Consolas"/>
          <w:sz w:val="20"/>
        </w:rPr>
        <w:t xml:space="preserve">    }</w:t>
      </w:r>
    </w:p>
    <w:p w14:paraId="3B359AA2" w14:textId="77777777" w:rsidR="006C7C92" w:rsidRDefault="006C7C92" w:rsidP="006C7C92"/>
    <w:p w14:paraId="127A0296" w14:textId="77777777" w:rsidR="006C7C92" w:rsidRDefault="006C7C92" w:rsidP="006C7C92">
      <w:pPr>
        <w:spacing w:after="0" w:line="240" w:lineRule="auto"/>
      </w:pPr>
      <w:r>
        <w:rPr>
          <w:rFonts w:ascii="Consolas" w:eastAsia="Consolas" w:hAnsi="Consolas"/>
          <w:sz w:val="20"/>
        </w:rPr>
        <w:lastRenderedPageBreak/>
        <w:t xml:space="preserve">    if (</w:t>
      </w:r>
      <w:proofErr w:type="spellStart"/>
      <w:r>
        <w:rPr>
          <w:rFonts w:ascii="Consolas" w:eastAsia="Consolas" w:hAnsi="Consolas"/>
          <w:sz w:val="20"/>
        </w:rPr>
        <w:t>image_index</w:t>
      </w:r>
      <w:proofErr w:type="spellEnd"/>
      <w:r>
        <w:rPr>
          <w:rFonts w:ascii="Consolas" w:eastAsia="Consolas" w:hAnsi="Consolas"/>
          <w:sz w:val="20"/>
        </w:rPr>
        <w:t xml:space="preserve"> &gt;= </w:t>
      </w:r>
      <w:proofErr w:type="spellStart"/>
      <w:r>
        <w:rPr>
          <w:rFonts w:ascii="Consolas" w:eastAsia="Consolas" w:hAnsi="Consolas"/>
          <w:sz w:val="20"/>
        </w:rPr>
        <w:t>image_number</w:t>
      </w:r>
      <w:proofErr w:type="spellEnd"/>
      <w:r>
        <w:rPr>
          <w:rFonts w:ascii="Consolas" w:eastAsia="Consolas" w:hAnsi="Consolas"/>
          <w:sz w:val="20"/>
        </w:rPr>
        <w:t xml:space="preserve"> - 1) {</w:t>
      </w:r>
    </w:p>
    <w:p w14:paraId="6DC1DDC6"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image_speed</w:t>
      </w:r>
      <w:proofErr w:type="spellEnd"/>
      <w:r>
        <w:rPr>
          <w:rFonts w:ascii="Consolas" w:eastAsia="Consolas" w:hAnsi="Consolas"/>
          <w:sz w:val="20"/>
        </w:rPr>
        <w:t xml:space="preserve"> = 0;</w:t>
      </w:r>
    </w:p>
    <w:p w14:paraId="4165F85B"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image_index</w:t>
      </w:r>
      <w:proofErr w:type="spellEnd"/>
      <w:r>
        <w:rPr>
          <w:rFonts w:ascii="Consolas" w:eastAsia="Consolas" w:hAnsi="Consolas"/>
          <w:sz w:val="20"/>
        </w:rPr>
        <w:t xml:space="preserve"> = </w:t>
      </w:r>
      <w:proofErr w:type="spellStart"/>
      <w:r>
        <w:rPr>
          <w:rFonts w:ascii="Consolas" w:eastAsia="Consolas" w:hAnsi="Consolas"/>
          <w:sz w:val="20"/>
        </w:rPr>
        <w:t>image_number</w:t>
      </w:r>
      <w:proofErr w:type="spellEnd"/>
      <w:r>
        <w:rPr>
          <w:rFonts w:ascii="Consolas" w:eastAsia="Consolas" w:hAnsi="Consolas"/>
          <w:sz w:val="20"/>
        </w:rPr>
        <w:t xml:space="preserve"> - 1; </w:t>
      </w:r>
    </w:p>
    <w:p w14:paraId="7FF5859C" w14:textId="77777777" w:rsidR="006C7C92" w:rsidRDefault="006C7C92" w:rsidP="006C7C92">
      <w:pPr>
        <w:spacing w:after="0" w:line="240" w:lineRule="auto"/>
      </w:pPr>
      <w:r>
        <w:rPr>
          <w:rFonts w:ascii="Consolas" w:eastAsia="Consolas" w:hAnsi="Consolas"/>
          <w:sz w:val="20"/>
        </w:rPr>
        <w:t xml:space="preserve">    }</w:t>
      </w:r>
    </w:p>
    <w:p w14:paraId="0913A79D" w14:textId="77777777" w:rsidR="006C7C92" w:rsidRDefault="006C7C92" w:rsidP="006C7C92">
      <w:pPr>
        <w:spacing w:after="0" w:line="240" w:lineRule="auto"/>
      </w:pPr>
      <w:r>
        <w:rPr>
          <w:rFonts w:ascii="Consolas" w:eastAsia="Consolas" w:hAnsi="Consolas"/>
          <w:sz w:val="20"/>
        </w:rPr>
        <w:t>}</w:t>
      </w:r>
    </w:p>
    <w:p w14:paraId="5211E1EA"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global.battleSeletion</w:t>
      </w:r>
      <w:proofErr w:type="spellEnd"/>
      <w:proofErr w:type="gramEnd"/>
      <w:r>
        <w:rPr>
          <w:rFonts w:ascii="Consolas" w:eastAsia="Consolas" w:hAnsi="Consolas"/>
          <w:sz w:val="20"/>
        </w:rPr>
        <w:t xml:space="preserve">=1 and  </w:t>
      </w:r>
      <w:proofErr w:type="spellStart"/>
      <w:r>
        <w:rPr>
          <w:rFonts w:ascii="Consolas" w:eastAsia="Consolas" w:hAnsi="Consolas"/>
          <w:sz w:val="20"/>
        </w:rPr>
        <w:t>global.battleTurn</w:t>
      </w:r>
      <w:proofErr w:type="spellEnd"/>
      <w:r>
        <w:rPr>
          <w:rFonts w:ascii="Consolas" w:eastAsia="Consolas" w:hAnsi="Consolas"/>
          <w:sz w:val="20"/>
        </w:rPr>
        <w:t xml:space="preserve">=3 and </w:t>
      </w:r>
      <w:proofErr w:type="spellStart"/>
      <w:r>
        <w:rPr>
          <w:rFonts w:ascii="Consolas" w:eastAsia="Consolas" w:hAnsi="Consolas"/>
          <w:sz w:val="20"/>
        </w:rPr>
        <w:t>global.SeletionMagic</w:t>
      </w:r>
      <w:proofErr w:type="spellEnd"/>
      <w:r>
        <w:rPr>
          <w:rFonts w:ascii="Consolas" w:eastAsia="Consolas" w:hAnsi="Consolas"/>
          <w:sz w:val="20"/>
        </w:rPr>
        <w:t xml:space="preserve">=1 and </w:t>
      </w:r>
      <w:proofErr w:type="spellStart"/>
      <w:r>
        <w:rPr>
          <w:rFonts w:ascii="Consolas" w:eastAsia="Consolas" w:hAnsi="Consolas"/>
          <w:sz w:val="20"/>
        </w:rPr>
        <w:t>global.room</w:t>
      </w:r>
      <w:proofErr w:type="spellEnd"/>
      <w:r>
        <w:rPr>
          <w:rFonts w:ascii="Consolas" w:eastAsia="Consolas" w:hAnsi="Consolas"/>
          <w:sz w:val="20"/>
        </w:rPr>
        <w:t>="</w:t>
      </w:r>
      <w:proofErr w:type="spellStart"/>
      <w:r>
        <w:rPr>
          <w:rFonts w:ascii="Consolas" w:eastAsia="Consolas" w:hAnsi="Consolas"/>
          <w:sz w:val="20"/>
        </w:rPr>
        <w:t>jREDUX_fight</w:t>
      </w:r>
      <w:proofErr w:type="spellEnd"/>
      <w:r>
        <w:rPr>
          <w:rFonts w:ascii="Consolas" w:eastAsia="Consolas" w:hAnsi="Consolas"/>
          <w:sz w:val="20"/>
        </w:rPr>
        <w:t>"{</w:t>
      </w:r>
    </w:p>
    <w:p w14:paraId="1314AA79"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sprite_</w:t>
      </w:r>
      <w:proofErr w:type="gramStart"/>
      <w:r>
        <w:rPr>
          <w:rFonts w:ascii="Consolas" w:eastAsia="Consolas" w:hAnsi="Consolas"/>
          <w:sz w:val="20"/>
        </w:rPr>
        <w:t>index</w:t>
      </w:r>
      <w:proofErr w:type="spellEnd"/>
      <w:r>
        <w:rPr>
          <w:rFonts w:ascii="Consolas" w:eastAsia="Consolas" w:hAnsi="Consolas"/>
          <w:sz w:val="20"/>
        </w:rPr>
        <w:t xml:space="preserve"> !</w:t>
      </w:r>
      <w:proofErr w:type="gramEnd"/>
      <w:r>
        <w:rPr>
          <w:rFonts w:ascii="Consolas" w:eastAsia="Consolas" w:hAnsi="Consolas"/>
          <w:sz w:val="20"/>
        </w:rPr>
        <w:t xml:space="preserve">= </w:t>
      </w:r>
      <w:proofErr w:type="spellStart"/>
      <w:r>
        <w:rPr>
          <w:rFonts w:ascii="Consolas" w:eastAsia="Consolas" w:hAnsi="Consolas"/>
          <w:sz w:val="20"/>
        </w:rPr>
        <w:t>spr_asr_fight</w:t>
      </w:r>
      <w:proofErr w:type="spellEnd"/>
      <w:r>
        <w:rPr>
          <w:rFonts w:ascii="Consolas" w:eastAsia="Consolas" w:hAnsi="Consolas"/>
          <w:sz w:val="20"/>
        </w:rPr>
        <w:t>) {</w:t>
      </w:r>
    </w:p>
    <w:p w14:paraId="1ADC9CFB"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sprite_index</w:t>
      </w:r>
      <w:proofErr w:type="spellEnd"/>
      <w:r>
        <w:rPr>
          <w:rFonts w:ascii="Consolas" w:eastAsia="Consolas" w:hAnsi="Consolas"/>
          <w:sz w:val="20"/>
        </w:rPr>
        <w:t xml:space="preserve"> = </w:t>
      </w:r>
      <w:proofErr w:type="spellStart"/>
      <w:r>
        <w:rPr>
          <w:rFonts w:ascii="Consolas" w:eastAsia="Consolas" w:hAnsi="Consolas"/>
          <w:sz w:val="20"/>
        </w:rPr>
        <w:t>spr_asr_fight</w:t>
      </w:r>
      <w:proofErr w:type="spellEnd"/>
      <w:r>
        <w:rPr>
          <w:rFonts w:ascii="Consolas" w:eastAsia="Consolas" w:hAnsi="Consolas"/>
          <w:sz w:val="20"/>
        </w:rPr>
        <w:t>;</w:t>
      </w:r>
    </w:p>
    <w:p w14:paraId="1C7F056E"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image_speed</w:t>
      </w:r>
      <w:proofErr w:type="spellEnd"/>
      <w:r>
        <w:rPr>
          <w:rFonts w:ascii="Consolas" w:eastAsia="Consolas" w:hAnsi="Consolas"/>
          <w:sz w:val="20"/>
        </w:rPr>
        <w:t xml:space="preserve"> = 1;</w:t>
      </w:r>
    </w:p>
    <w:p w14:paraId="500001EF"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image_index</w:t>
      </w:r>
      <w:proofErr w:type="spellEnd"/>
      <w:r>
        <w:rPr>
          <w:rFonts w:ascii="Consolas" w:eastAsia="Consolas" w:hAnsi="Consolas"/>
          <w:sz w:val="20"/>
        </w:rPr>
        <w:t xml:space="preserve"> = 0;</w:t>
      </w:r>
    </w:p>
    <w:p w14:paraId="2B5717C6" w14:textId="77777777" w:rsidR="006C7C92" w:rsidRDefault="006C7C92" w:rsidP="006C7C92">
      <w:pPr>
        <w:spacing w:after="0" w:line="240" w:lineRule="auto"/>
      </w:pPr>
      <w:r>
        <w:rPr>
          <w:rFonts w:ascii="Consolas" w:eastAsia="Consolas" w:hAnsi="Consolas"/>
          <w:sz w:val="20"/>
        </w:rPr>
        <w:t xml:space="preserve">    }</w:t>
      </w:r>
    </w:p>
    <w:p w14:paraId="4737DAA0" w14:textId="77777777" w:rsidR="006C7C92" w:rsidRDefault="006C7C92" w:rsidP="006C7C92"/>
    <w:p w14:paraId="44CB01D8"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image_index</w:t>
      </w:r>
      <w:proofErr w:type="spellEnd"/>
      <w:r>
        <w:rPr>
          <w:rFonts w:ascii="Consolas" w:eastAsia="Consolas" w:hAnsi="Consolas"/>
          <w:sz w:val="20"/>
        </w:rPr>
        <w:t xml:space="preserve"> &gt;= </w:t>
      </w:r>
      <w:proofErr w:type="spellStart"/>
      <w:r>
        <w:rPr>
          <w:rFonts w:ascii="Consolas" w:eastAsia="Consolas" w:hAnsi="Consolas"/>
          <w:sz w:val="20"/>
        </w:rPr>
        <w:t>image_number</w:t>
      </w:r>
      <w:proofErr w:type="spellEnd"/>
      <w:r>
        <w:rPr>
          <w:rFonts w:ascii="Consolas" w:eastAsia="Consolas" w:hAnsi="Consolas"/>
          <w:sz w:val="20"/>
        </w:rPr>
        <w:t xml:space="preserve"> - 1) {</w:t>
      </w:r>
    </w:p>
    <w:p w14:paraId="3B128D84"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image_speed</w:t>
      </w:r>
      <w:proofErr w:type="spellEnd"/>
      <w:r>
        <w:rPr>
          <w:rFonts w:ascii="Consolas" w:eastAsia="Consolas" w:hAnsi="Consolas"/>
          <w:sz w:val="20"/>
        </w:rPr>
        <w:t xml:space="preserve"> = 0;</w:t>
      </w:r>
    </w:p>
    <w:p w14:paraId="51CBD6D2"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image_index</w:t>
      </w:r>
      <w:proofErr w:type="spellEnd"/>
      <w:r>
        <w:rPr>
          <w:rFonts w:ascii="Consolas" w:eastAsia="Consolas" w:hAnsi="Consolas"/>
          <w:sz w:val="20"/>
        </w:rPr>
        <w:t xml:space="preserve"> = </w:t>
      </w:r>
      <w:proofErr w:type="spellStart"/>
      <w:r>
        <w:rPr>
          <w:rFonts w:ascii="Consolas" w:eastAsia="Consolas" w:hAnsi="Consolas"/>
          <w:sz w:val="20"/>
        </w:rPr>
        <w:t>image_number</w:t>
      </w:r>
      <w:proofErr w:type="spellEnd"/>
      <w:r>
        <w:rPr>
          <w:rFonts w:ascii="Consolas" w:eastAsia="Consolas" w:hAnsi="Consolas"/>
          <w:sz w:val="20"/>
        </w:rPr>
        <w:t xml:space="preserve"> - 1; </w:t>
      </w:r>
    </w:p>
    <w:p w14:paraId="13FD1646" w14:textId="77777777" w:rsidR="006C7C92" w:rsidRDefault="006C7C92" w:rsidP="006C7C92">
      <w:pPr>
        <w:spacing w:after="0" w:line="240" w:lineRule="auto"/>
      </w:pPr>
      <w:r>
        <w:rPr>
          <w:rFonts w:ascii="Consolas" w:eastAsia="Consolas" w:hAnsi="Consolas"/>
          <w:sz w:val="20"/>
        </w:rPr>
        <w:t xml:space="preserve">    }</w:t>
      </w:r>
    </w:p>
    <w:p w14:paraId="6F4C490E" w14:textId="77777777" w:rsidR="006C7C92" w:rsidRDefault="006C7C92" w:rsidP="006C7C92">
      <w:pPr>
        <w:spacing w:after="0" w:line="240" w:lineRule="auto"/>
      </w:pPr>
      <w:r>
        <w:rPr>
          <w:rFonts w:ascii="Consolas" w:eastAsia="Consolas" w:hAnsi="Consolas"/>
          <w:sz w:val="20"/>
        </w:rPr>
        <w:t>}</w:t>
      </w:r>
    </w:p>
    <w:p w14:paraId="5C9B7ED1"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global.battleTurn</w:t>
      </w:r>
      <w:proofErr w:type="spellEnd"/>
      <w:proofErr w:type="gramEnd"/>
      <w:r>
        <w:rPr>
          <w:rFonts w:ascii="Consolas" w:eastAsia="Consolas" w:hAnsi="Consolas"/>
          <w:sz w:val="20"/>
        </w:rPr>
        <w:t xml:space="preserve">=2  and </w:t>
      </w:r>
      <w:proofErr w:type="spellStart"/>
      <w:r>
        <w:rPr>
          <w:rFonts w:ascii="Consolas" w:eastAsia="Consolas" w:hAnsi="Consolas"/>
          <w:sz w:val="20"/>
        </w:rPr>
        <w:t>global.battleSeletion</w:t>
      </w:r>
      <w:proofErr w:type="spellEnd"/>
      <w:r>
        <w:rPr>
          <w:rFonts w:ascii="Consolas" w:eastAsia="Consolas" w:hAnsi="Consolas"/>
          <w:sz w:val="20"/>
        </w:rPr>
        <w:t xml:space="preserve">=0 and </w:t>
      </w:r>
      <w:proofErr w:type="spellStart"/>
      <w:r>
        <w:rPr>
          <w:rFonts w:ascii="Consolas" w:eastAsia="Consolas" w:hAnsi="Consolas"/>
          <w:sz w:val="20"/>
        </w:rPr>
        <w:t>obj_Game_controller.damage</w:t>
      </w:r>
      <w:proofErr w:type="spellEnd"/>
      <w:r>
        <w:rPr>
          <w:rFonts w:ascii="Consolas" w:eastAsia="Consolas" w:hAnsi="Consolas"/>
          <w:sz w:val="20"/>
        </w:rPr>
        <w:t>&gt;0{</w:t>
      </w:r>
    </w:p>
    <w:p w14:paraId="545D04F2"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sprite_</w:t>
      </w:r>
      <w:proofErr w:type="gramStart"/>
      <w:r>
        <w:rPr>
          <w:rFonts w:ascii="Consolas" w:eastAsia="Consolas" w:hAnsi="Consolas"/>
          <w:sz w:val="20"/>
        </w:rPr>
        <w:t>index</w:t>
      </w:r>
      <w:proofErr w:type="spellEnd"/>
      <w:r>
        <w:rPr>
          <w:rFonts w:ascii="Consolas" w:eastAsia="Consolas" w:hAnsi="Consolas"/>
          <w:sz w:val="20"/>
        </w:rPr>
        <w:t xml:space="preserve"> !</w:t>
      </w:r>
      <w:proofErr w:type="gramEnd"/>
      <w:r>
        <w:rPr>
          <w:rFonts w:ascii="Consolas" w:eastAsia="Consolas" w:hAnsi="Consolas"/>
          <w:sz w:val="20"/>
        </w:rPr>
        <w:t xml:space="preserve">= </w:t>
      </w:r>
      <w:proofErr w:type="spellStart"/>
      <w:r>
        <w:rPr>
          <w:rFonts w:ascii="Consolas" w:eastAsia="Consolas" w:hAnsi="Consolas"/>
          <w:sz w:val="20"/>
        </w:rPr>
        <w:t>spr_asr_fight</w:t>
      </w:r>
      <w:proofErr w:type="spellEnd"/>
      <w:r>
        <w:rPr>
          <w:rFonts w:ascii="Consolas" w:eastAsia="Consolas" w:hAnsi="Consolas"/>
          <w:sz w:val="20"/>
        </w:rPr>
        <w:t>) {</w:t>
      </w:r>
    </w:p>
    <w:p w14:paraId="0F939CC5"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sprite_index</w:t>
      </w:r>
      <w:proofErr w:type="spellEnd"/>
      <w:r>
        <w:rPr>
          <w:rFonts w:ascii="Consolas" w:eastAsia="Consolas" w:hAnsi="Consolas"/>
          <w:sz w:val="20"/>
        </w:rPr>
        <w:t xml:space="preserve"> = </w:t>
      </w:r>
      <w:proofErr w:type="spellStart"/>
      <w:r>
        <w:rPr>
          <w:rFonts w:ascii="Consolas" w:eastAsia="Consolas" w:hAnsi="Consolas"/>
          <w:sz w:val="20"/>
        </w:rPr>
        <w:t>spr_asr_fight</w:t>
      </w:r>
      <w:proofErr w:type="spellEnd"/>
      <w:r>
        <w:rPr>
          <w:rFonts w:ascii="Consolas" w:eastAsia="Consolas" w:hAnsi="Consolas"/>
          <w:sz w:val="20"/>
        </w:rPr>
        <w:t>;</w:t>
      </w:r>
    </w:p>
    <w:p w14:paraId="2CF1F7C7"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image_speed</w:t>
      </w:r>
      <w:proofErr w:type="spellEnd"/>
      <w:r>
        <w:rPr>
          <w:rFonts w:ascii="Consolas" w:eastAsia="Consolas" w:hAnsi="Consolas"/>
          <w:sz w:val="20"/>
        </w:rPr>
        <w:t xml:space="preserve"> = 1;</w:t>
      </w:r>
    </w:p>
    <w:p w14:paraId="59BB4856"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image_index</w:t>
      </w:r>
      <w:proofErr w:type="spellEnd"/>
      <w:r>
        <w:rPr>
          <w:rFonts w:ascii="Consolas" w:eastAsia="Consolas" w:hAnsi="Consolas"/>
          <w:sz w:val="20"/>
        </w:rPr>
        <w:t xml:space="preserve"> = 0;</w:t>
      </w:r>
    </w:p>
    <w:p w14:paraId="00D2EA2E" w14:textId="77777777" w:rsidR="006C7C92" w:rsidRDefault="006C7C92" w:rsidP="006C7C92">
      <w:pPr>
        <w:spacing w:after="0" w:line="240" w:lineRule="auto"/>
      </w:pPr>
      <w:r>
        <w:rPr>
          <w:rFonts w:ascii="Consolas" w:eastAsia="Consolas" w:hAnsi="Consolas"/>
          <w:sz w:val="20"/>
        </w:rPr>
        <w:t xml:space="preserve">    }</w:t>
      </w:r>
    </w:p>
    <w:p w14:paraId="366E9F82" w14:textId="77777777" w:rsidR="006C7C92" w:rsidRDefault="006C7C92" w:rsidP="006C7C92"/>
    <w:p w14:paraId="4CEA0BEE"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image_index</w:t>
      </w:r>
      <w:proofErr w:type="spellEnd"/>
      <w:r>
        <w:rPr>
          <w:rFonts w:ascii="Consolas" w:eastAsia="Consolas" w:hAnsi="Consolas"/>
          <w:sz w:val="20"/>
        </w:rPr>
        <w:t xml:space="preserve"> &gt;= </w:t>
      </w:r>
      <w:proofErr w:type="spellStart"/>
      <w:r>
        <w:rPr>
          <w:rFonts w:ascii="Consolas" w:eastAsia="Consolas" w:hAnsi="Consolas"/>
          <w:sz w:val="20"/>
        </w:rPr>
        <w:t>image_number</w:t>
      </w:r>
      <w:proofErr w:type="spellEnd"/>
      <w:r>
        <w:rPr>
          <w:rFonts w:ascii="Consolas" w:eastAsia="Consolas" w:hAnsi="Consolas"/>
          <w:sz w:val="20"/>
        </w:rPr>
        <w:t xml:space="preserve"> - 1) {</w:t>
      </w:r>
    </w:p>
    <w:p w14:paraId="49D87643"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image_speed</w:t>
      </w:r>
      <w:proofErr w:type="spellEnd"/>
      <w:r>
        <w:rPr>
          <w:rFonts w:ascii="Consolas" w:eastAsia="Consolas" w:hAnsi="Consolas"/>
          <w:sz w:val="20"/>
        </w:rPr>
        <w:t xml:space="preserve"> = 0;</w:t>
      </w:r>
    </w:p>
    <w:p w14:paraId="103DC927"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image_index</w:t>
      </w:r>
      <w:proofErr w:type="spellEnd"/>
      <w:r>
        <w:rPr>
          <w:rFonts w:ascii="Consolas" w:eastAsia="Consolas" w:hAnsi="Consolas"/>
          <w:sz w:val="20"/>
        </w:rPr>
        <w:t xml:space="preserve"> = </w:t>
      </w:r>
      <w:proofErr w:type="spellStart"/>
      <w:r>
        <w:rPr>
          <w:rFonts w:ascii="Consolas" w:eastAsia="Consolas" w:hAnsi="Consolas"/>
          <w:sz w:val="20"/>
        </w:rPr>
        <w:t>image_number</w:t>
      </w:r>
      <w:proofErr w:type="spellEnd"/>
      <w:r>
        <w:rPr>
          <w:rFonts w:ascii="Consolas" w:eastAsia="Consolas" w:hAnsi="Consolas"/>
          <w:sz w:val="20"/>
        </w:rPr>
        <w:t xml:space="preserve"> - 1; </w:t>
      </w:r>
    </w:p>
    <w:p w14:paraId="2D5A845B" w14:textId="77777777" w:rsidR="006C7C92" w:rsidRDefault="006C7C92" w:rsidP="006C7C92">
      <w:pPr>
        <w:spacing w:after="0" w:line="240" w:lineRule="auto"/>
      </w:pPr>
      <w:r>
        <w:rPr>
          <w:rFonts w:ascii="Consolas" w:eastAsia="Consolas" w:hAnsi="Consolas"/>
          <w:sz w:val="20"/>
        </w:rPr>
        <w:t xml:space="preserve">    }</w:t>
      </w:r>
    </w:p>
    <w:p w14:paraId="049470D4" w14:textId="77777777" w:rsidR="006C7C92" w:rsidRDefault="006C7C92" w:rsidP="006C7C92"/>
    <w:p w14:paraId="4DB9195B" w14:textId="77777777" w:rsidR="006C7C92" w:rsidRDefault="006C7C92" w:rsidP="006C7C92">
      <w:pPr>
        <w:spacing w:after="0" w:line="240" w:lineRule="auto"/>
      </w:pPr>
      <w:r>
        <w:rPr>
          <w:rFonts w:ascii="Consolas" w:eastAsia="Consolas" w:hAnsi="Consolas"/>
          <w:sz w:val="20"/>
        </w:rPr>
        <w:t xml:space="preserve">11. if </w:t>
      </w:r>
      <w:proofErr w:type="spellStart"/>
      <w:r>
        <w:rPr>
          <w:rFonts w:ascii="Consolas" w:eastAsia="Consolas" w:hAnsi="Consolas"/>
          <w:sz w:val="20"/>
        </w:rPr>
        <w:t>slip_timeTime</w:t>
      </w:r>
      <w:proofErr w:type="spellEnd"/>
      <w:r>
        <w:rPr>
          <w:rFonts w:ascii="Consolas" w:eastAsia="Consolas" w:hAnsi="Consolas"/>
          <w:sz w:val="20"/>
        </w:rPr>
        <w:t>&gt;50{</w:t>
      </w:r>
    </w:p>
    <w:p w14:paraId="510E9592" w14:textId="77777777" w:rsidR="006C7C92" w:rsidRDefault="006C7C92" w:rsidP="006C7C92">
      <w:pPr>
        <w:spacing w:after="0" w:line="240" w:lineRule="auto"/>
      </w:pPr>
      <w:r>
        <w:rPr>
          <w:rFonts w:ascii="Consolas" w:eastAsia="Consolas" w:hAnsi="Consolas"/>
          <w:sz w:val="20"/>
        </w:rPr>
        <w:t xml:space="preserve">    phase = 1</w:t>
      </w:r>
    </w:p>
    <w:p w14:paraId="378CCFE4"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alpBridge</w:t>
      </w:r>
      <w:proofErr w:type="spellEnd"/>
      <w:r>
        <w:rPr>
          <w:rFonts w:ascii="Consolas" w:eastAsia="Consolas" w:hAnsi="Consolas"/>
          <w:sz w:val="20"/>
        </w:rPr>
        <w:t>&lt;1</w:t>
      </w:r>
    </w:p>
    <w:p w14:paraId="30102D1B" w14:textId="77777777" w:rsidR="006C7C92" w:rsidRDefault="006C7C92" w:rsidP="006C7C92">
      <w:pPr>
        <w:spacing w:after="0" w:line="240" w:lineRule="auto"/>
      </w:pPr>
      <w:proofErr w:type="spellStart"/>
      <w:r>
        <w:rPr>
          <w:rFonts w:ascii="Consolas" w:eastAsia="Consolas" w:hAnsi="Consolas"/>
          <w:sz w:val="20"/>
        </w:rPr>
        <w:t>alpBridge</w:t>
      </w:r>
      <w:proofErr w:type="spellEnd"/>
      <w:r>
        <w:rPr>
          <w:rFonts w:ascii="Consolas" w:eastAsia="Consolas" w:hAnsi="Consolas"/>
          <w:sz w:val="20"/>
        </w:rPr>
        <w:t>+=0.05</w:t>
      </w:r>
    </w:p>
    <w:p w14:paraId="779F1F06" w14:textId="77777777" w:rsidR="006C7C92" w:rsidRDefault="006C7C92" w:rsidP="006C7C92">
      <w:pPr>
        <w:spacing w:after="0" w:line="240" w:lineRule="auto"/>
      </w:pPr>
      <w:proofErr w:type="spellStart"/>
      <w:r>
        <w:rPr>
          <w:rFonts w:ascii="Consolas" w:eastAsia="Consolas" w:hAnsi="Consolas"/>
          <w:sz w:val="20"/>
        </w:rPr>
        <w:t>obj_Game_</w:t>
      </w:r>
      <w:proofErr w:type="gramStart"/>
      <w:r>
        <w:rPr>
          <w:rFonts w:ascii="Consolas" w:eastAsia="Consolas" w:hAnsi="Consolas"/>
          <w:sz w:val="20"/>
        </w:rPr>
        <w:t>controller.alpBridge</w:t>
      </w:r>
      <w:proofErr w:type="spellEnd"/>
      <w:proofErr w:type="gramEnd"/>
      <w:r>
        <w:rPr>
          <w:rFonts w:ascii="Consolas" w:eastAsia="Consolas" w:hAnsi="Consolas"/>
          <w:sz w:val="20"/>
        </w:rPr>
        <w:t>-=0.05</w:t>
      </w:r>
    </w:p>
    <w:p w14:paraId="2E762E8E"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obj_Game_</w:t>
      </w:r>
      <w:proofErr w:type="gramStart"/>
      <w:r>
        <w:rPr>
          <w:rFonts w:ascii="Consolas" w:eastAsia="Consolas" w:hAnsi="Consolas"/>
          <w:sz w:val="20"/>
        </w:rPr>
        <w:t>controller.posa</w:t>
      </w:r>
      <w:proofErr w:type="spellEnd"/>
      <w:proofErr w:type="gramEnd"/>
      <w:r>
        <w:rPr>
          <w:rFonts w:ascii="Consolas" w:eastAsia="Consolas" w:hAnsi="Consolas"/>
          <w:sz w:val="20"/>
        </w:rPr>
        <w:t xml:space="preserve"> = 1{</w:t>
      </w:r>
    </w:p>
    <w:p w14:paraId="06E4BD5B"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color_progress</w:t>
      </w:r>
      <w:proofErr w:type="spellEnd"/>
      <w:r>
        <w:rPr>
          <w:rFonts w:ascii="Consolas" w:eastAsia="Consolas" w:hAnsi="Consolas"/>
          <w:sz w:val="20"/>
        </w:rPr>
        <w:t xml:space="preserve"> -= </w:t>
      </w:r>
      <w:proofErr w:type="spellStart"/>
      <w:r>
        <w:rPr>
          <w:rFonts w:ascii="Consolas" w:eastAsia="Consolas" w:hAnsi="Consolas"/>
          <w:sz w:val="20"/>
        </w:rPr>
        <w:t>color_speed</w:t>
      </w:r>
      <w:proofErr w:type="spellEnd"/>
      <w:r>
        <w:rPr>
          <w:rFonts w:ascii="Consolas" w:eastAsia="Consolas" w:hAnsi="Consolas"/>
          <w:sz w:val="20"/>
        </w:rPr>
        <w:t>;</w:t>
      </w:r>
    </w:p>
    <w:p w14:paraId="1040EF47"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color_progress</w:t>
      </w:r>
      <w:proofErr w:type="spellEnd"/>
      <w:r>
        <w:rPr>
          <w:rFonts w:ascii="Consolas" w:eastAsia="Consolas" w:hAnsi="Consolas"/>
          <w:sz w:val="20"/>
        </w:rPr>
        <w:t xml:space="preserve"> &lt;= 0) {</w:t>
      </w:r>
    </w:p>
    <w:p w14:paraId="26283882"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color_progress</w:t>
      </w:r>
      <w:proofErr w:type="spellEnd"/>
      <w:r>
        <w:rPr>
          <w:rFonts w:ascii="Consolas" w:eastAsia="Consolas" w:hAnsi="Consolas"/>
          <w:sz w:val="20"/>
        </w:rPr>
        <w:t xml:space="preserve"> = 0;</w:t>
      </w:r>
    </w:p>
    <w:p w14:paraId="700C922A"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color_forward</w:t>
      </w:r>
      <w:proofErr w:type="spellEnd"/>
      <w:r>
        <w:rPr>
          <w:rFonts w:ascii="Consolas" w:eastAsia="Consolas" w:hAnsi="Consolas"/>
          <w:sz w:val="20"/>
        </w:rPr>
        <w:t xml:space="preserve"> = true</w:t>
      </w:r>
    </w:p>
    <w:p w14:paraId="2D504547" w14:textId="77777777" w:rsidR="006C7C92" w:rsidRDefault="006C7C92" w:rsidP="006C7C92">
      <w:pPr>
        <w:spacing w:after="0" w:line="240" w:lineRule="auto"/>
      </w:pPr>
      <w:r>
        <w:rPr>
          <w:rFonts w:ascii="Consolas" w:eastAsia="Consolas" w:hAnsi="Consolas"/>
          <w:sz w:val="20"/>
        </w:rPr>
        <w:t xml:space="preserve">    }</w:t>
      </w:r>
    </w:p>
    <w:p w14:paraId="7B7E7D8C"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havenAlpha</w:t>
      </w:r>
      <w:proofErr w:type="spellEnd"/>
      <w:r>
        <w:rPr>
          <w:rFonts w:ascii="Consolas" w:eastAsia="Consolas" w:hAnsi="Consolas"/>
          <w:sz w:val="20"/>
        </w:rPr>
        <w:t>&gt;0{</w:t>
      </w:r>
    </w:p>
    <w:p w14:paraId="3EA34C03"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havenAlpha</w:t>
      </w:r>
      <w:proofErr w:type="spellEnd"/>
      <w:r>
        <w:rPr>
          <w:rFonts w:ascii="Consolas" w:eastAsia="Consolas" w:hAnsi="Consolas"/>
          <w:sz w:val="20"/>
        </w:rPr>
        <w:t>-=0.01</w:t>
      </w:r>
    </w:p>
    <w:p w14:paraId="19A7D527" w14:textId="77777777" w:rsidR="006C7C92" w:rsidRDefault="006C7C92" w:rsidP="006C7C92">
      <w:pPr>
        <w:spacing w:after="0" w:line="240" w:lineRule="auto"/>
      </w:pPr>
      <w:r>
        <w:rPr>
          <w:rFonts w:ascii="Consolas" w:eastAsia="Consolas" w:hAnsi="Consolas"/>
          <w:sz w:val="20"/>
        </w:rPr>
        <w:t xml:space="preserve">  }</w:t>
      </w:r>
    </w:p>
    <w:p w14:paraId="56A8E646" w14:textId="77777777" w:rsidR="006C7C92" w:rsidRDefault="006C7C92" w:rsidP="006C7C92">
      <w:pPr>
        <w:spacing w:after="0" w:line="240" w:lineRule="auto"/>
      </w:pPr>
      <w:r>
        <w:rPr>
          <w:rFonts w:ascii="Consolas" w:eastAsia="Consolas" w:hAnsi="Consolas"/>
          <w:sz w:val="20"/>
        </w:rPr>
        <w:t>} else {</w:t>
      </w:r>
    </w:p>
    <w:p w14:paraId="2896F29C"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color_progress</w:t>
      </w:r>
      <w:proofErr w:type="spellEnd"/>
      <w:r>
        <w:rPr>
          <w:rFonts w:ascii="Consolas" w:eastAsia="Consolas" w:hAnsi="Consolas"/>
          <w:sz w:val="20"/>
        </w:rPr>
        <w:t xml:space="preserve"> += </w:t>
      </w:r>
      <w:proofErr w:type="spellStart"/>
      <w:r>
        <w:rPr>
          <w:rFonts w:ascii="Consolas" w:eastAsia="Consolas" w:hAnsi="Consolas"/>
          <w:sz w:val="20"/>
        </w:rPr>
        <w:t>color_speed</w:t>
      </w:r>
      <w:proofErr w:type="spellEnd"/>
      <w:r>
        <w:rPr>
          <w:rFonts w:ascii="Consolas" w:eastAsia="Consolas" w:hAnsi="Consolas"/>
          <w:sz w:val="20"/>
        </w:rPr>
        <w:t>;</w:t>
      </w:r>
    </w:p>
    <w:p w14:paraId="41E602B8"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color_progress</w:t>
      </w:r>
      <w:proofErr w:type="spellEnd"/>
      <w:r>
        <w:rPr>
          <w:rFonts w:ascii="Consolas" w:eastAsia="Consolas" w:hAnsi="Consolas"/>
          <w:sz w:val="20"/>
        </w:rPr>
        <w:t xml:space="preserve"> &gt;= 1) {</w:t>
      </w:r>
    </w:p>
    <w:p w14:paraId="30032197"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color_progress</w:t>
      </w:r>
      <w:proofErr w:type="spellEnd"/>
      <w:r>
        <w:rPr>
          <w:rFonts w:ascii="Consolas" w:eastAsia="Consolas" w:hAnsi="Consolas"/>
          <w:sz w:val="20"/>
        </w:rPr>
        <w:t xml:space="preserve"> = 1;</w:t>
      </w:r>
    </w:p>
    <w:p w14:paraId="032C620B"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color_forward</w:t>
      </w:r>
      <w:proofErr w:type="spellEnd"/>
      <w:r>
        <w:rPr>
          <w:rFonts w:ascii="Consolas" w:eastAsia="Consolas" w:hAnsi="Consolas"/>
          <w:sz w:val="20"/>
        </w:rPr>
        <w:t xml:space="preserve"> = false</w:t>
      </w:r>
    </w:p>
    <w:p w14:paraId="58B9FEB6" w14:textId="77777777" w:rsidR="006C7C92" w:rsidRDefault="006C7C92" w:rsidP="006C7C92">
      <w:pPr>
        <w:spacing w:after="0" w:line="240" w:lineRule="auto"/>
      </w:pPr>
      <w:r>
        <w:rPr>
          <w:rFonts w:ascii="Consolas" w:eastAsia="Consolas" w:hAnsi="Consolas"/>
          <w:sz w:val="20"/>
        </w:rPr>
        <w:t xml:space="preserve">    }</w:t>
      </w:r>
    </w:p>
    <w:p w14:paraId="726D673B"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havenAlpha</w:t>
      </w:r>
      <w:proofErr w:type="spellEnd"/>
      <w:r>
        <w:rPr>
          <w:rFonts w:ascii="Consolas" w:eastAsia="Consolas" w:hAnsi="Consolas"/>
          <w:sz w:val="20"/>
        </w:rPr>
        <w:t>&lt;1{</w:t>
      </w:r>
    </w:p>
    <w:p w14:paraId="6A1E2E7A"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havenAlpha</w:t>
      </w:r>
      <w:proofErr w:type="spellEnd"/>
      <w:r>
        <w:rPr>
          <w:rFonts w:ascii="Consolas" w:eastAsia="Consolas" w:hAnsi="Consolas"/>
          <w:sz w:val="20"/>
        </w:rPr>
        <w:t>+=0.005</w:t>
      </w:r>
    </w:p>
    <w:p w14:paraId="22E9FBD4" w14:textId="77777777" w:rsidR="006C7C92" w:rsidRDefault="006C7C92" w:rsidP="006C7C92">
      <w:pPr>
        <w:spacing w:after="0" w:line="240" w:lineRule="auto"/>
      </w:pPr>
      <w:r>
        <w:rPr>
          <w:rFonts w:ascii="Consolas" w:eastAsia="Consolas" w:hAnsi="Consolas"/>
          <w:sz w:val="20"/>
        </w:rPr>
        <w:t xml:space="preserve">  }</w:t>
      </w:r>
    </w:p>
    <w:p w14:paraId="056EB103" w14:textId="77777777" w:rsidR="006C7C92" w:rsidRDefault="006C7C92" w:rsidP="006C7C92">
      <w:pPr>
        <w:spacing w:after="0" w:line="240" w:lineRule="auto"/>
      </w:pPr>
      <w:r>
        <w:rPr>
          <w:rFonts w:ascii="Consolas" w:eastAsia="Consolas" w:hAnsi="Consolas"/>
          <w:sz w:val="20"/>
        </w:rPr>
        <w:t xml:space="preserve">phase += </w:t>
      </w:r>
      <w:proofErr w:type="spellStart"/>
      <w:r>
        <w:rPr>
          <w:rFonts w:ascii="Consolas" w:eastAsia="Consolas" w:hAnsi="Consolas"/>
          <w:sz w:val="20"/>
        </w:rPr>
        <w:t>phase_speed</w:t>
      </w:r>
      <w:proofErr w:type="spellEnd"/>
    </w:p>
    <w:p w14:paraId="02896E06" w14:textId="77777777" w:rsidR="006C7C92" w:rsidRDefault="006C7C92" w:rsidP="006C7C92"/>
    <w:p w14:paraId="6D4E9CEA" w14:textId="77777777" w:rsidR="006C7C92" w:rsidRDefault="006C7C92" w:rsidP="006C7C92">
      <w:pPr>
        <w:spacing w:after="0" w:line="240" w:lineRule="auto"/>
      </w:pPr>
      <w:r>
        <w:rPr>
          <w:rFonts w:ascii="Consolas" w:eastAsia="Consolas" w:hAnsi="Consolas"/>
          <w:sz w:val="20"/>
        </w:rPr>
        <w:t>var amplitude = (</w:t>
      </w:r>
      <w:proofErr w:type="spellStart"/>
      <w:r>
        <w:rPr>
          <w:rFonts w:ascii="Consolas" w:eastAsia="Consolas" w:hAnsi="Consolas"/>
          <w:sz w:val="20"/>
        </w:rPr>
        <w:t>max_scale</w:t>
      </w:r>
      <w:proofErr w:type="spellEnd"/>
      <w:r>
        <w:rPr>
          <w:rFonts w:ascii="Consolas" w:eastAsia="Consolas" w:hAnsi="Consolas"/>
          <w:sz w:val="20"/>
        </w:rPr>
        <w:t xml:space="preserve"> - </w:t>
      </w:r>
      <w:proofErr w:type="spellStart"/>
      <w:r>
        <w:rPr>
          <w:rFonts w:ascii="Consolas" w:eastAsia="Consolas" w:hAnsi="Consolas"/>
          <w:sz w:val="20"/>
        </w:rPr>
        <w:t>min_scale</w:t>
      </w:r>
      <w:proofErr w:type="spellEnd"/>
      <w:r>
        <w:rPr>
          <w:rFonts w:ascii="Consolas" w:eastAsia="Consolas" w:hAnsi="Consolas"/>
          <w:sz w:val="20"/>
        </w:rPr>
        <w:t>) / 2</w:t>
      </w:r>
    </w:p>
    <w:p w14:paraId="7BE6BAD0" w14:textId="77777777" w:rsidR="006C7C92" w:rsidRDefault="006C7C92" w:rsidP="006C7C92">
      <w:pPr>
        <w:spacing w:after="0" w:line="240" w:lineRule="auto"/>
      </w:pPr>
      <w:r>
        <w:rPr>
          <w:rFonts w:ascii="Consolas" w:eastAsia="Consolas" w:hAnsi="Consolas"/>
          <w:sz w:val="20"/>
        </w:rPr>
        <w:t>var offset = (</w:t>
      </w:r>
      <w:proofErr w:type="spellStart"/>
      <w:r>
        <w:rPr>
          <w:rFonts w:ascii="Consolas" w:eastAsia="Consolas" w:hAnsi="Consolas"/>
          <w:sz w:val="20"/>
        </w:rPr>
        <w:t>max_scale</w:t>
      </w:r>
      <w:proofErr w:type="spellEnd"/>
      <w:r>
        <w:rPr>
          <w:rFonts w:ascii="Consolas" w:eastAsia="Consolas" w:hAnsi="Consolas"/>
          <w:sz w:val="20"/>
        </w:rPr>
        <w:t xml:space="preserve"> + </w:t>
      </w:r>
      <w:proofErr w:type="spellStart"/>
      <w:r>
        <w:rPr>
          <w:rFonts w:ascii="Consolas" w:eastAsia="Consolas" w:hAnsi="Consolas"/>
          <w:sz w:val="20"/>
        </w:rPr>
        <w:t>min_scale</w:t>
      </w:r>
      <w:proofErr w:type="spellEnd"/>
      <w:r>
        <w:rPr>
          <w:rFonts w:ascii="Consolas" w:eastAsia="Consolas" w:hAnsi="Consolas"/>
          <w:sz w:val="20"/>
        </w:rPr>
        <w:t>) / 2</w:t>
      </w:r>
    </w:p>
    <w:p w14:paraId="5D99AD6E" w14:textId="77777777" w:rsidR="006C7C92" w:rsidRDefault="006C7C92" w:rsidP="006C7C92"/>
    <w:p w14:paraId="6B9F3624" w14:textId="77777777" w:rsidR="006C7C92" w:rsidRDefault="006C7C92" w:rsidP="006C7C92">
      <w:pPr>
        <w:spacing w:after="0" w:line="240" w:lineRule="auto"/>
      </w:pPr>
      <w:proofErr w:type="spellStart"/>
      <w:r>
        <w:rPr>
          <w:rFonts w:ascii="Consolas" w:eastAsia="Consolas" w:hAnsi="Consolas"/>
          <w:sz w:val="20"/>
        </w:rPr>
        <w:t>havenYscale</w:t>
      </w:r>
      <w:proofErr w:type="spellEnd"/>
      <w:r>
        <w:rPr>
          <w:rFonts w:ascii="Consolas" w:eastAsia="Consolas" w:hAnsi="Consolas"/>
          <w:sz w:val="20"/>
        </w:rPr>
        <w:t xml:space="preserve"> = sin(phase) * amplitude + offset</w:t>
      </w:r>
    </w:p>
    <w:p w14:paraId="55ECF378" w14:textId="77777777" w:rsidR="006C7C92" w:rsidRDefault="006C7C92" w:rsidP="006C7C92"/>
    <w:p w14:paraId="7E452E1D" w14:textId="77777777" w:rsidR="006C7C92" w:rsidRDefault="006C7C92" w:rsidP="006C7C92">
      <w:pPr>
        <w:spacing w:after="0" w:line="240" w:lineRule="auto"/>
      </w:pPr>
      <w:r>
        <w:rPr>
          <w:rFonts w:ascii="Consolas" w:eastAsia="Consolas" w:hAnsi="Consolas"/>
          <w:sz w:val="20"/>
        </w:rPr>
        <w:t>}</w:t>
      </w:r>
    </w:p>
    <w:p w14:paraId="3F07017A" w14:textId="77777777" w:rsidR="006C7C92" w:rsidRDefault="006C7C92" w:rsidP="006C7C92"/>
    <w:p w14:paraId="0AD07160" w14:textId="77777777" w:rsidR="006C7C92" w:rsidRDefault="006C7C92" w:rsidP="006C7C92"/>
    <w:p w14:paraId="799A315C" w14:textId="77777777" w:rsidR="006C7C92" w:rsidRDefault="006C7C92" w:rsidP="006C7C92">
      <w:pPr>
        <w:spacing w:after="0" w:line="240" w:lineRule="auto"/>
      </w:pPr>
      <w:proofErr w:type="spellStart"/>
      <w:r>
        <w:rPr>
          <w:rFonts w:ascii="Consolas" w:eastAsia="Consolas" w:hAnsi="Consolas"/>
          <w:sz w:val="20"/>
        </w:rPr>
        <w:t>current_r</w:t>
      </w:r>
      <w:proofErr w:type="spellEnd"/>
      <w:r>
        <w:rPr>
          <w:rFonts w:ascii="Consolas" w:eastAsia="Consolas" w:hAnsi="Consolas"/>
          <w:sz w:val="20"/>
        </w:rPr>
        <w:t xml:space="preserve"> = </w:t>
      </w:r>
      <w:proofErr w:type="gramStart"/>
      <w:r>
        <w:rPr>
          <w:rFonts w:ascii="Consolas" w:eastAsia="Consolas" w:hAnsi="Consolas"/>
          <w:sz w:val="20"/>
        </w:rPr>
        <w:t>lerp(</w:t>
      </w:r>
      <w:proofErr w:type="spellStart"/>
      <w:proofErr w:type="gramEnd"/>
      <w:r>
        <w:rPr>
          <w:rFonts w:ascii="Consolas" w:eastAsia="Consolas" w:hAnsi="Consolas"/>
          <w:sz w:val="20"/>
        </w:rPr>
        <w:t>original_r</w:t>
      </w:r>
      <w:proofErr w:type="spellEnd"/>
      <w:r>
        <w:rPr>
          <w:rFonts w:ascii="Consolas" w:eastAsia="Consolas" w:hAnsi="Consolas"/>
          <w:sz w:val="20"/>
        </w:rPr>
        <w:t xml:space="preserve">, </w:t>
      </w:r>
      <w:proofErr w:type="spellStart"/>
      <w:r>
        <w:rPr>
          <w:rFonts w:ascii="Consolas" w:eastAsia="Consolas" w:hAnsi="Consolas"/>
          <w:sz w:val="20"/>
        </w:rPr>
        <w:t>target_r</w:t>
      </w:r>
      <w:proofErr w:type="spellEnd"/>
      <w:r>
        <w:rPr>
          <w:rFonts w:ascii="Consolas" w:eastAsia="Consolas" w:hAnsi="Consolas"/>
          <w:sz w:val="20"/>
        </w:rPr>
        <w:t xml:space="preserve">, </w:t>
      </w:r>
      <w:proofErr w:type="spellStart"/>
      <w:r>
        <w:rPr>
          <w:rFonts w:ascii="Consolas" w:eastAsia="Consolas" w:hAnsi="Consolas"/>
          <w:sz w:val="20"/>
        </w:rPr>
        <w:t>color_progress</w:t>
      </w:r>
      <w:proofErr w:type="spellEnd"/>
      <w:r>
        <w:rPr>
          <w:rFonts w:ascii="Consolas" w:eastAsia="Consolas" w:hAnsi="Consolas"/>
          <w:sz w:val="20"/>
        </w:rPr>
        <w:t>);</w:t>
      </w:r>
    </w:p>
    <w:p w14:paraId="2B648D2F" w14:textId="77777777" w:rsidR="006C7C92" w:rsidRDefault="006C7C92" w:rsidP="006C7C92">
      <w:pPr>
        <w:spacing w:after="0" w:line="240" w:lineRule="auto"/>
      </w:pPr>
      <w:proofErr w:type="spellStart"/>
      <w:r>
        <w:rPr>
          <w:rFonts w:ascii="Consolas" w:eastAsia="Consolas" w:hAnsi="Consolas"/>
          <w:sz w:val="20"/>
        </w:rPr>
        <w:t>current_g</w:t>
      </w:r>
      <w:proofErr w:type="spellEnd"/>
      <w:r>
        <w:rPr>
          <w:rFonts w:ascii="Consolas" w:eastAsia="Consolas" w:hAnsi="Consolas"/>
          <w:sz w:val="20"/>
        </w:rPr>
        <w:t xml:space="preserve"> = </w:t>
      </w:r>
      <w:proofErr w:type="gramStart"/>
      <w:r>
        <w:rPr>
          <w:rFonts w:ascii="Consolas" w:eastAsia="Consolas" w:hAnsi="Consolas"/>
          <w:sz w:val="20"/>
        </w:rPr>
        <w:t>lerp(</w:t>
      </w:r>
      <w:proofErr w:type="spellStart"/>
      <w:proofErr w:type="gramEnd"/>
      <w:r>
        <w:rPr>
          <w:rFonts w:ascii="Consolas" w:eastAsia="Consolas" w:hAnsi="Consolas"/>
          <w:sz w:val="20"/>
        </w:rPr>
        <w:t>original_g</w:t>
      </w:r>
      <w:proofErr w:type="spellEnd"/>
      <w:r>
        <w:rPr>
          <w:rFonts w:ascii="Consolas" w:eastAsia="Consolas" w:hAnsi="Consolas"/>
          <w:sz w:val="20"/>
        </w:rPr>
        <w:t xml:space="preserve">, </w:t>
      </w:r>
      <w:proofErr w:type="spellStart"/>
      <w:r>
        <w:rPr>
          <w:rFonts w:ascii="Consolas" w:eastAsia="Consolas" w:hAnsi="Consolas"/>
          <w:sz w:val="20"/>
        </w:rPr>
        <w:t>target_g</w:t>
      </w:r>
      <w:proofErr w:type="spellEnd"/>
      <w:r>
        <w:rPr>
          <w:rFonts w:ascii="Consolas" w:eastAsia="Consolas" w:hAnsi="Consolas"/>
          <w:sz w:val="20"/>
        </w:rPr>
        <w:t xml:space="preserve">, </w:t>
      </w:r>
      <w:proofErr w:type="spellStart"/>
      <w:r>
        <w:rPr>
          <w:rFonts w:ascii="Consolas" w:eastAsia="Consolas" w:hAnsi="Consolas"/>
          <w:sz w:val="20"/>
        </w:rPr>
        <w:t>color_progress</w:t>
      </w:r>
      <w:proofErr w:type="spellEnd"/>
      <w:r>
        <w:rPr>
          <w:rFonts w:ascii="Consolas" w:eastAsia="Consolas" w:hAnsi="Consolas"/>
          <w:sz w:val="20"/>
        </w:rPr>
        <w:t>);</w:t>
      </w:r>
    </w:p>
    <w:p w14:paraId="4B891A2B" w14:textId="77777777" w:rsidR="006C7C92" w:rsidRDefault="006C7C92" w:rsidP="006C7C92">
      <w:pPr>
        <w:spacing w:after="0" w:line="240" w:lineRule="auto"/>
      </w:pPr>
      <w:proofErr w:type="spellStart"/>
      <w:r>
        <w:rPr>
          <w:rFonts w:ascii="Consolas" w:eastAsia="Consolas" w:hAnsi="Consolas"/>
          <w:sz w:val="20"/>
        </w:rPr>
        <w:t>current_b</w:t>
      </w:r>
      <w:proofErr w:type="spellEnd"/>
      <w:r>
        <w:rPr>
          <w:rFonts w:ascii="Consolas" w:eastAsia="Consolas" w:hAnsi="Consolas"/>
          <w:sz w:val="20"/>
        </w:rPr>
        <w:t xml:space="preserve"> = </w:t>
      </w:r>
      <w:proofErr w:type="gramStart"/>
      <w:r>
        <w:rPr>
          <w:rFonts w:ascii="Consolas" w:eastAsia="Consolas" w:hAnsi="Consolas"/>
          <w:sz w:val="20"/>
        </w:rPr>
        <w:t>lerp(</w:t>
      </w:r>
      <w:proofErr w:type="spellStart"/>
      <w:proofErr w:type="gramEnd"/>
      <w:r>
        <w:rPr>
          <w:rFonts w:ascii="Consolas" w:eastAsia="Consolas" w:hAnsi="Consolas"/>
          <w:sz w:val="20"/>
        </w:rPr>
        <w:t>original_b</w:t>
      </w:r>
      <w:proofErr w:type="spellEnd"/>
      <w:r>
        <w:rPr>
          <w:rFonts w:ascii="Consolas" w:eastAsia="Consolas" w:hAnsi="Consolas"/>
          <w:sz w:val="20"/>
        </w:rPr>
        <w:t xml:space="preserve">, </w:t>
      </w:r>
      <w:proofErr w:type="spellStart"/>
      <w:r>
        <w:rPr>
          <w:rFonts w:ascii="Consolas" w:eastAsia="Consolas" w:hAnsi="Consolas"/>
          <w:sz w:val="20"/>
        </w:rPr>
        <w:t>target_b</w:t>
      </w:r>
      <w:proofErr w:type="spellEnd"/>
      <w:r>
        <w:rPr>
          <w:rFonts w:ascii="Consolas" w:eastAsia="Consolas" w:hAnsi="Consolas"/>
          <w:sz w:val="20"/>
        </w:rPr>
        <w:t xml:space="preserve">, </w:t>
      </w:r>
      <w:proofErr w:type="spellStart"/>
      <w:r>
        <w:rPr>
          <w:rFonts w:ascii="Consolas" w:eastAsia="Consolas" w:hAnsi="Consolas"/>
          <w:sz w:val="20"/>
        </w:rPr>
        <w:t>color_progress</w:t>
      </w:r>
      <w:proofErr w:type="spellEnd"/>
      <w:r>
        <w:rPr>
          <w:rFonts w:ascii="Consolas" w:eastAsia="Consolas" w:hAnsi="Consolas"/>
          <w:sz w:val="20"/>
        </w:rPr>
        <w:t>);</w:t>
      </w:r>
    </w:p>
    <w:p w14:paraId="65BDB225" w14:textId="77777777" w:rsidR="006C7C92" w:rsidRDefault="006C7C92" w:rsidP="006C7C92"/>
    <w:p w14:paraId="39681D11" w14:textId="77777777" w:rsidR="006C7C92" w:rsidRDefault="006C7C92" w:rsidP="006C7C92">
      <w:pPr>
        <w:spacing w:after="0" w:line="240" w:lineRule="auto"/>
      </w:pPr>
      <w:r>
        <w:rPr>
          <w:rFonts w:ascii="Consolas" w:eastAsia="Consolas" w:hAnsi="Consolas"/>
          <w:sz w:val="20"/>
        </w:rPr>
        <w:t>}</w:t>
      </w:r>
    </w:p>
    <w:p w14:paraId="6A2FF708" w14:textId="77777777" w:rsidR="006C7C92" w:rsidRDefault="006C7C92" w:rsidP="006C7C92"/>
    <w:p w14:paraId="4D24D049" w14:textId="77777777" w:rsidR="006C7C92" w:rsidRDefault="006C7C92" w:rsidP="006C7C92">
      <w:pPr>
        <w:spacing w:after="0" w:line="240" w:lineRule="auto"/>
      </w:pPr>
      <w:r>
        <w:rPr>
          <w:rFonts w:ascii="Consolas" w:eastAsia="Consolas" w:hAnsi="Consolas"/>
          <w:sz w:val="20"/>
        </w:rPr>
        <w:t xml:space="preserve">12.   if </w:t>
      </w:r>
      <w:proofErr w:type="spellStart"/>
      <w:proofErr w:type="gramStart"/>
      <w:r>
        <w:rPr>
          <w:rFonts w:ascii="Consolas" w:eastAsia="Consolas" w:hAnsi="Consolas"/>
          <w:sz w:val="20"/>
        </w:rPr>
        <w:t>global.attack</w:t>
      </w:r>
      <w:proofErr w:type="spellEnd"/>
      <w:proofErr w:type="gramEnd"/>
      <w:r>
        <w:rPr>
          <w:rFonts w:ascii="Consolas" w:eastAsia="Consolas" w:hAnsi="Consolas"/>
          <w:sz w:val="20"/>
        </w:rPr>
        <w:t xml:space="preserve">=8 and </w:t>
      </w:r>
      <w:proofErr w:type="spellStart"/>
      <w:r>
        <w:rPr>
          <w:rFonts w:ascii="Consolas" w:eastAsia="Consolas" w:hAnsi="Consolas"/>
          <w:sz w:val="20"/>
        </w:rPr>
        <w:t>place_meeting</w:t>
      </w:r>
      <w:proofErr w:type="spellEnd"/>
      <w:r>
        <w:rPr>
          <w:rFonts w:ascii="Consolas" w:eastAsia="Consolas" w:hAnsi="Consolas"/>
          <w:sz w:val="20"/>
        </w:rPr>
        <w:t>(</w:t>
      </w:r>
      <w:proofErr w:type="spellStart"/>
      <w:r>
        <w:rPr>
          <w:rFonts w:ascii="Consolas" w:eastAsia="Consolas" w:hAnsi="Consolas"/>
          <w:sz w:val="20"/>
        </w:rPr>
        <w:t>x,y,obj_battlebox_mask</w:t>
      </w:r>
      <w:proofErr w:type="spellEnd"/>
      <w:r>
        <w:rPr>
          <w:rFonts w:ascii="Consolas" w:eastAsia="Consolas" w:hAnsi="Consolas"/>
          <w:sz w:val="20"/>
        </w:rPr>
        <w:t>)</w:t>
      </w:r>
    </w:p>
    <w:p w14:paraId="18576D51" w14:textId="77777777" w:rsidR="006C7C92" w:rsidRDefault="006C7C92" w:rsidP="006C7C92">
      <w:pPr>
        <w:spacing w:after="0" w:line="240" w:lineRule="auto"/>
      </w:pPr>
      <w:r>
        <w:rPr>
          <w:rFonts w:ascii="Consolas" w:eastAsia="Consolas" w:hAnsi="Consolas"/>
          <w:sz w:val="20"/>
        </w:rPr>
        <w:t xml:space="preserve">  or </w:t>
      </w:r>
      <w:proofErr w:type="spellStart"/>
      <w:proofErr w:type="gramStart"/>
      <w:r>
        <w:rPr>
          <w:rFonts w:ascii="Consolas" w:eastAsia="Consolas" w:hAnsi="Consolas"/>
          <w:sz w:val="20"/>
        </w:rPr>
        <w:t>global.attack</w:t>
      </w:r>
      <w:proofErr w:type="spellEnd"/>
      <w:proofErr w:type="gramEnd"/>
      <w:r>
        <w:rPr>
          <w:rFonts w:ascii="Consolas" w:eastAsia="Consolas" w:hAnsi="Consolas"/>
          <w:sz w:val="20"/>
        </w:rPr>
        <w:t xml:space="preserve">=15 and </w:t>
      </w:r>
      <w:proofErr w:type="spellStart"/>
      <w:r>
        <w:rPr>
          <w:rFonts w:ascii="Consolas" w:eastAsia="Consolas" w:hAnsi="Consolas"/>
          <w:sz w:val="20"/>
        </w:rPr>
        <w:t>place_meeting</w:t>
      </w:r>
      <w:proofErr w:type="spellEnd"/>
      <w:r>
        <w:rPr>
          <w:rFonts w:ascii="Consolas" w:eastAsia="Consolas" w:hAnsi="Consolas"/>
          <w:sz w:val="20"/>
        </w:rPr>
        <w:t>(</w:t>
      </w:r>
      <w:proofErr w:type="spellStart"/>
      <w:r>
        <w:rPr>
          <w:rFonts w:ascii="Consolas" w:eastAsia="Consolas" w:hAnsi="Consolas"/>
          <w:sz w:val="20"/>
        </w:rPr>
        <w:t>x,y,obj_battlebox_mask</w:t>
      </w:r>
      <w:proofErr w:type="spellEnd"/>
      <w:r>
        <w:rPr>
          <w:rFonts w:ascii="Consolas" w:eastAsia="Consolas" w:hAnsi="Consolas"/>
          <w:sz w:val="20"/>
        </w:rPr>
        <w:t>)</w:t>
      </w:r>
    </w:p>
    <w:p w14:paraId="6D098C5F" w14:textId="77777777" w:rsidR="006C7C92" w:rsidRDefault="006C7C92" w:rsidP="006C7C92">
      <w:pPr>
        <w:spacing w:after="0" w:line="240" w:lineRule="auto"/>
      </w:pPr>
      <w:r>
        <w:rPr>
          <w:rFonts w:ascii="Consolas" w:eastAsia="Consolas" w:hAnsi="Consolas"/>
          <w:sz w:val="20"/>
        </w:rPr>
        <w:t xml:space="preserve">  or </w:t>
      </w:r>
      <w:proofErr w:type="spellStart"/>
      <w:proofErr w:type="gramStart"/>
      <w:r>
        <w:rPr>
          <w:rFonts w:ascii="Consolas" w:eastAsia="Consolas" w:hAnsi="Consolas"/>
          <w:sz w:val="20"/>
        </w:rPr>
        <w:t>global.attack</w:t>
      </w:r>
      <w:proofErr w:type="spellEnd"/>
      <w:proofErr w:type="gramEnd"/>
      <w:r>
        <w:rPr>
          <w:rFonts w:ascii="Consolas" w:eastAsia="Consolas" w:hAnsi="Consolas"/>
          <w:sz w:val="20"/>
        </w:rPr>
        <w:t xml:space="preserve">=20 and </w:t>
      </w:r>
      <w:proofErr w:type="spellStart"/>
      <w:r>
        <w:rPr>
          <w:rFonts w:ascii="Consolas" w:eastAsia="Consolas" w:hAnsi="Consolas"/>
          <w:sz w:val="20"/>
        </w:rPr>
        <w:t>place_meeting</w:t>
      </w:r>
      <w:proofErr w:type="spellEnd"/>
      <w:r>
        <w:rPr>
          <w:rFonts w:ascii="Consolas" w:eastAsia="Consolas" w:hAnsi="Consolas"/>
          <w:sz w:val="20"/>
        </w:rPr>
        <w:t>(</w:t>
      </w:r>
      <w:proofErr w:type="spellStart"/>
      <w:r>
        <w:rPr>
          <w:rFonts w:ascii="Consolas" w:eastAsia="Consolas" w:hAnsi="Consolas"/>
          <w:sz w:val="20"/>
        </w:rPr>
        <w:t>x,y,obj_battlebox_mask</w:t>
      </w:r>
      <w:proofErr w:type="spellEnd"/>
      <w:r>
        <w:rPr>
          <w:rFonts w:ascii="Consolas" w:eastAsia="Consolas" w:hAnsi="Consolas"/>
          <w:sz w:val="20"/>
        </w:rPr>
        <w:t>){</w:t>
      </w:r>
    </w:p>
    <w:p w14:paraId="225B1173" w14:textId="77777777" w:rsidR="006C7C92" w:rsidRDefault="006C7C92" w:rsidP="006C7C92">
      <w:pPr>
        <w:spacing w:after="0" w:line="240" w:lineRule="auto"/>
      </w:pPr>
      <w:r>
        <w:rPr>
          <w:rFonts w:ascii="Consolas" w:eastAsia="Consolas" w:hAnsi="Consolas"/>
          <w:sz w:val="20"/>
        </w:rPr>
        <w:t>var _</w:t>
      </w:r>
      <w:proofErr w:type="spellStart"/>
      <w:r>
        <w:rPr>
          <w:rFonts w:ascii="Consolas" w:eastAsia="Consolas" w:hAnsi="Consolas"/>
          <w:sz w:val="20"/>
        </w:rPr>
        <w:t>target_x</w:t>
      </w:r>
      <w:proofErr w:type="spellEnd"/>
      <w:r>
        <w:rPr>
          <w:rFonts w:ascii="Consolas" w:eastAsia="Consolas" w:hAnsi="Consolas"/>
          <w:sz w:val="20"/>
        </w:rPr>
        <w:t xml:space="preserve"> = </w:t>
      </w:r>
      <w:proofErr w:type="spellStart"/>
      <w:r>
        <w:rPr>
          <w:rFonts w:ascii="Consolas" w:eastAsia="Consolas" w:hAnsi="Consolas"/>
          <w:sz w:val="20"/>
        </w:rPr>
        <w:t>obj_battlebox_mask.x</w:t>
      </w:r>
      <w:proofErr w:type="spellEnd"/>
      <w:r>
        <w:rPr>
          <w:rFonts w:ascii="Consolas" w:eastAsia="Consolas" w:hAnsi="Consolas"/>
          <w:sz w:val="20"/>
        </w:rPr>
        <w:t>;</w:t>
      </w:r>
    </w:p>
    <w:p w14:paraId="1AB922D9" w14:textId="77777777" w:rsidR="006C7C92" w:rsidRDefault="006C7C92" w:rsidP="006C7C92">
      <w:pPr>
        <w:spacing w:after="0" w:line="240" w:lineRule="auto"/>
      </w:pPr>
      <w:r>
        <w:rPr>
          <w:rFonts w:ascii="Consolas" w:eastAsia="Consolas" w:hAnsi="Consolas"/>
          <w:sz w:val="20"/>
        </w:rPr>
        <w:t>var _</w:t>
      </w:r>
      <w:proofErr w:type="spellStart"/>
      <w:r>
        <w:rPr>
          <w:rFonts w:ascii="Consolas" w:eastAsia="Consolas" w:hAnsi="Consolas"/>
          <w:sz w:val="20"/>
        </w:rPr>
        <w:t>target_y</w:t>
      </w:r>
      <w:proofErr w:type="spellEnd"/>
      <w:r>
        <w:rPr>
          <w:rFonts w:ascii="Consolas" w:eastAsia="Consolas" w:hAnsi="Consolas"/>
          <w:sz w:val="20"/>
        </w:rPr>
        <w:t xml:space="preserve"> = </w:t>
      </w:r>
      <w:proofErr w:type="spellStart"/>
      <w:r>
        <w:rPr>
          <w:rFonts w:ascii="Consolas" w:eastAsia="Consolas" w:hAnsi="Consolas"/>
          <w:sz w:val="20"/>
        </w:rPr>
        <w:t>obj_battlebox_</w:t>
      </w:r>
      <w:proofErr w:type="gramStart"/>
      <w:r>
        <w:rPr>
          <w:rFonts w:ascii="Consolas" w:eastAsia="Consolas" w:hAnsi="Consolas"/>
          <w:sz w:val="20"/>
        </w:rPr>
        <w:t>mask.y</w:t>
      </w:r>
      <w:proofErr w:type="spellEnd"/>
      <w:proofErr w:type="gramEnd"/>
      <w:r>
        <w:rPr>
          <w:rFonts w:ascii="Consolas" w:eastAsia="Consolas" w:hAnsi="Consolas"/>
          <w:sz w:val="20"/>
        </w:rPr>
        <w:t>;</w:t>
      </w:r>
    </w:p>
    <w:p w14:paraId="4B7AAFE7" w14:textId="77777777" w:rsidR="006C7C92" w:rsidRDefault="006C7C92" w:rsidP="006C7C92">
      <w:pPr>
        <w:spacing w:after="0" w:line="240" w:lineRule="auto"/>
      </w:pPr>
      <w:r>
        <w:rPr>
          <w:rFonts w:ascii="Consolas" w:eastAsia="Consolas" w:hAnsi="Consolas"/>
          <w:sz w:val="20"/>
        </w:rPr>
        <w:t xml:space="preserve">var </w:t>
      </w:r>
      <w:proofErr w:type="spellStart"/>
      <w:r>
        <w:rPr>
          <w:rFonts w:ascii="Consolas" w:eastAsia="Consolas" w:hAnsi="Consolas"/>
          <w:sz w:val="20"/>
        </w:rPr>
        <w:t>spd</w:t>
      </w:r>
      <w:proofErr w:type="spellEnd"/>
      <w:r>
        <w:rPr>
          <w:rFonts w:ascii="Consolas" w:eastAsia="Consolas" w:hAnsi="Consolas"/>
          <w:sz w:val="20"/>
        </w:rPr>
        <w:t xml:space="preserve"> = 8;</w:t>
      </w:r>
    </w:p>
    <w:p w14:paraId="3CBB1F4A" w14:textId="77777777" w:rsidR="006C7C92" w:rsidRDefault="006C7C92" w:rsidP="006C7C92"/>
    <w:p w14:paraId="71AC22B6" w14:textId="77777777" w:rsidR="006C7C92" w:rsidRDefault="006C7C92" w:rsidP="006C7C92">
      <w:pPr>
        <w:spacing w:after="0" w:line="240" w:lineRule="auto"/>
      </w:pPr>
      <w:r>
        <w:rPr>
          <w:rFonts w:ascii="Consolas" w:eastAsia="Consolas" w:hAnsi="Consolas"/>
          <w:sz w:val="20"/>
        </w:rPr>
        <w:t>var _</w:t>
      </w:r>
      <w:proofErr w:type="spellStart"/>
      <w:r>
        <w:rPr>
          <w:rFonts w:ascii="Consolas" w:eastAsia="Consolas" w:hAnsi="Consolas"/>
          <w:sz w:val="20"/>
        </w:rPr>
        <w:t>dist</w:t>
      </w:r>
      <w:proofErr w:type="spellEnd"/>
      <w:r>
        <w:rPr>
          <w:rFonts w:ascii="Consolas" w:eastAsia="Consolas" w:hAnsi="Consolas"/>
          <w:sz w:val="20"/>
        </w:rPr>
        <w:t xml:space="preserve"> = </w:t>
      </w:r>
      <w:proofErr w:type="spellStart"/>
      <w:r>
        <w:rPr>
          <w:rFonts w:ascii="Consolas" w:eastAsia="Consolas" w:hAnsi="Consolas"/>
          <w:sz w:val="20"/>
        </w:rPr>
        <w:t>point_</w:t>
      </w:r>
      <w:proofErr w:type="gramStart"/>
      <w:r>
        <w:rPr>
          <w:rFonts w:ascii="Consolas" w:eastAsia="Consolas" w:hAnsi="Consolas"/>
          <w:sz w:val="20"/>
        </w:rPr>
        <w:t>distance</w:t>
      </w:r>
      <w:proofErr w:type="spellEnd"/>
      <w:r>
        <w:rPr>
          <w:rFonts w:ascii="Consolas" w:eastAsia="Consolas" w:hAnsi="Consolas"/>
          <w:sz w:val="20"/>
        </w:rPr>
        <w:t>(</w:t>
      </w:r>
      <w:proofErr w:type="gramEnd"/>
      <w:r>
        <w:rPr>
          <w:rFonts w:ascii="Consolas" w:eastAsia="Consolas" w:hAnsi="Consolas"/>
          <w:sz w:val="20"/>
        </w:rPr>
        <w:t>x, y, _</w:t>
      </w:r>
      <w:proofErr w:type="spellStart"/>
      <w:r>
        <w:rPr>
          <w:rFonts w:ascii="Consolas" w:eastAsia="Consolas" w:hAnsi="Consolas"/>
          <w:sz w:val="20"/>
        </w:rPr>
        <w:t>target_x</w:t>
      </w:r>
      <w:proofErr w:type="spellEnd"/>
      <w:r>
        <w:rPr>
          <w:rFonts w:ascii="Consolas" w:eastAsia="Consolas" w:hAnsi="Consolas"/>
          <w:sz w:val="20"/>
        </w:rPr>
        <w:t>, _</w:t>
      </w:r>
      <w:proofErr w:type="spellStart"/>
      <w:r>
        <w:rPr>
          <w:rFonts w:ascii="Consolas" w:eastAsia="Consolas" w:hAnsi="Consolas"/>
          <w:sz w:val="20"/>
        </w:rPr>
        <w:t>target_y</w:t>
      </w:r>
      <w:proofErr w:type="spellEnd"/>
      <w:r>
        <w:rPr>
          <w:rFonts w:ascii="Consolas" w:eastAsia="Consolas" w:hAnsi="Consolas"/>
          <w:sz w:val="20"/>
        </w:rPr>
        <w:t>);</w:t>
      </w:r>
    </w:p>
    <w:p w14:paraId="73BC8F3C" w14:textId="77777777" w:rsidR="006C7C92" w:rsidRDefault="006C7C92" w:rsidP="006C7C92"/>
    <w:p w14:paraId="23CFD906" w14:textId="77777777" w:rsidR="006C7C92" w:rsidRDefault="006C7C92" w:rsidP="006C7C92">
      <w:pPr>
        <w:spacing w:after="0" w:line="240" w:lineRule="auto"/>
      </w:pPr>
      <w:r>
        <w:rPr>
          <w:rFonts w:ascii="Consolas" w:eastAsia="Consolas" w:hAnsi="Consolas"/>
          <w:sz w:val="20"/>
        </w:rPr>
        <w:t>if (_</w:t>
      </w:r>
      <w:proofErr w:type="spellStart"/>
      <w:r>
        <w:rPr>
          <w:rFonts w:ascii="Consolas" w:eastAsia="Consolas" w:hAnsi="Consolas"/>
          <w:sz w:val="20"/>
        </w:rPr>
        <w:t>dist</w:t>
      </w:r>
      <w:proofErr w:type="spellEnd"/>
      <w:r>
        <w:rPr>
          <w:rFonts w:ascii="Consolas" w:eastAsia="Consolas" w:hAnsi="Consolas"/>
          <w:sz w:val="20"/>
        </w:rPr>
        <w:t xml:space="preserve"> &gt; </w:t>
      </w:r>
      <w:proofErr w:type="spellStart"/>
      <w:r>
        <w:rPr>
          <w:rFonts w:ascii="Consolas" w:eastAsia="Consolas" w:hAnsi="Consolas"/>
          <w:sz w:val="20"/>
        </w:rPr>
        <w:t>spd</w:t>
      </w:r>
      <w:proofErr w:type="spellEnd"/>
      <w:r>
        <w:rPr>
          <w:rFonts w:ascii="Consolas" w:eastAsia="Consolas" w:hAnsi="Consolas"/>
          <w:sz w:val="20"/>
        </w:rPr>
        <w:t>) {</w:t>
      </w:r>
    </w:p>
    <w:p w14:paraId="77C58821" w14:textId="77777777" w:rsidR="006C7C92" w:rsidRDefault="006C7C92" w:rsidP="006C7C92">
      <w:pPr>
        <w:spacing w:after="0" w:line="240" w:lineRule="auto"/>
      </w:pPr>
      <w:r>
        <w:rPr>
          <w:rFonts w:ascii="Consolas" w:eastAsia="Consolas" w:hAnsi="Consolas"/>
          <w:sz w:val="20"/>
        </w:rPr>
        <w:t xml:space="preserve">    var _</w:t>
      </w:r>
      <w:proofErr w:type="spellStart"/>
      <w:r>
        <w:rPr>
          <w:rFonts w:ascii="Consolas" w:eastAsia="Consolas" w:hAnsi="Consolas"/>
          <w:sz w:val="20"/>
        </w:rPr>
        <w:t>dir</w:t>
      </w:r>
      <w:proofErr w:type="spellEnd"/>
      <w:r>
        <w:rPr>
          <w:rFonts w:ascii="Consolas" w:eastAsia="Consolas" w:hAnsi="Consolas"/>
          <w:sz w:val="20"/>
        </w:rPr>
        <w:t xml:space="preserve"> = </w:t>
      </w:r>
      <w:proofErr w:type="spellStart"/>
      <w:r>
        <w:rPr>
          <w:rFonts w:ascii="Consolas" w:eastAsia="Consolas" w:hAnsi="Consolas"/>
          <w:sz w:val="20"/>
        </w:rPr>
        <w:t>point_</w:t>
      </w:r>
      <w:proofErr w:type="gramStart"/>
      <w:r>
        <w:rPr>
          <w:rFonts w:ascii="Consolas" w:eastAsia="Consolas" w:hAnsi="Consolas"/>
          <w:sz w:val="20"/>
        </w:rPr>
        <w:t>direction</w:t>
      </w:r>
      <w:proofErr w:type="spellEnd"/>
      <w:r>
        <w:rPr>
          <w:rFonts w:ascii="Consolas" w:eastAsia="Consolas" w:hAnsi="Consolas"/>
          <w:sz w:val="20"/>
        </w:rPr>
        <w:t>(</w:t>
      </w:r>
      <w:proofErr w:type="gramEnd"/>
      <w:r>
        <w:rPr>
          <w:rFonts w:ascii="Consolas" w:eastAsia="Consolas" w:hAnsi="Consolas"/>
          <w:sz w:val="20"/>
        </w:rPr>
        <w:t>x, y, _</w:t>
      </w:r>
      <w:proofErr w:type="spellStart"/>
      <w:r>
        <w:rPr>
          <w:rFonts w:ascii="Consolas" w:eastAsia="Consolas" w:hAnsi="Consolas"/>
          <w:sz w:val="20"/>
        </w:rPr>
        <w:t>target_x</w:t>
      </w:r>
      <w:proofErr w:type="spellEnd"/>
      <w:r>
        <w:rPr>
          <w:rFonts w:ascii="Consolas" w:eastAsia="Consolas" w:hAnsi="Consolas"/>
          <w:sz w:val="20"/>
        </w:rPr>
        <w:t>, _</w:t>
      </w:r>
      <w:proofErr w:type="spellStart"/>
      <w:r>
        <w:rPr>
          <w:rFonts w:ascii="Consolas" w:eastAsia="Consolas" w:hAnsi="Consolas"/>
          <w:sz w:val="20"/>
        </w:rPr>
        <w:t>target_y</w:t>
      </w:r>
      <w:proofErr w:type="spellEnd"/>
      <w:r>
        <w:rPr>
          <w:rFonts w:ascii="Consolas" w:eastAsia="Consolas" w:hAnsi="Consolas"/>
          <w:sz w:val="20"/>
        </w:rPr>
        <w:t xml:space="preserve">); </w:t>
      </w:r>
    </w:p>
    <w:p w14:paraId="700448BB" w14:textId="77777777" w:rsidR="006C7C92" w:rsidRDefault="006C7C92" w:rsidP="006C7C92">
      <w:pPr>
        <w:spacing w:after="0" w:line="240" w:lineRule="auto"/>
      </w:pPr>
      <w:r>
        <w:rPr>
          <w:rFonts w:ascii="Consolas" w:eastAsia="Consolas" w:hAnsi="Consolas"/>
          <w:sz w:val="20"/>
        </w:rPr>
        <w:t xml:space="preserve">    x += </w:t>
      </w:r>
      <w:proofErr w:type="spellStart"/>
      <w:r>
        <w:rPr>
          <w:rFonts w:ascii="Consolas" w:eastAsia="Consolas" w:hAnsi="Consolas"/>
          <w:sz w:val="20"/>
        </w:rPr>
        <w:t>lengthdir_</w:t>
      </w:r>
      <w:proofErr w:type="gramStart"/>
      <w:r>
        <w:rPr>
          <w:rFonts w:ascii="Consolas" w:eastAsia="Consolas" w:hAnsi="Consolas"/>
          <w:sz w:val="20"/>
        </w:rPr>
        <w:t>x</w:t>
      </w:r>
      <w:proofErr w:type="spellEnd"/>
      <w:r>
        <w:rPr>
          <w:rFonts w:ascii="Consolas" w:eastAsia="Consolas" w:hAnsi="Consolas"/>
          <w:sz w:val="20"/>
        </w:rPr>
        <w:t>(</w:t>
      </w:r>
      <w:proofErr w:type="spellStart"/>
      <w:proofErr w:type="gramEnd"/>
      <w:r>
        <w:rPr>
          <w:rFonts w:ascii="Consolas" w:eastAsia="Consolas" w:hAnsi="Consolas"/>
          <w:sz w:val="20"/>
        </w:rPr>
        <w:t>spd</w:t>
      </w:r>
      <w:proofErr w:type="spellEnd"/>
      <w:r>
        <w:rPr>
          <w:rFonts w:ascii="Consolas" w:eastAsia="Consolas" w:hAnsi="Consolas"/>
          <w:sz w:val="20"/>
        </w:rPr>
        <w:t>, _</w:t>
      </w:r>
      <w:proofErr w:type="spellStart"/>
      <w:r>
        <w:rPr>
          <w:rFonts w:ascii="Consolas" w:eastAsia="Consolas" w:hAnsi="Consolas"/>
          <w:sz w:val="20"/>
        </w:rPr>
        <w:t>dir</w:t>
      </w:r>
      <w:proofErr w:type="spellEnd"/>
      <w:r>
        <w:rPr>
          <w:rFonts w:ascii="Consolas" w:eastAsia="Consolas" w:hAnsi="Consolas"/>
          <w:sz w:val="20"/>
        </w:rPr>
        <w:t>);</w:t>
      </w:r>
    </w:p>
    <w:p w14:paraId="6F6719C1" w14:textId="77777777" w:rsidR="006C7C92" w:rsidRDefault="006C7C92" w:rsidP="006C7C92">
      <w:pPr>
        <w:spacing w:after="0" w:line="240" w:lineRule="auto"/>
      </w:pPr>
      <w:r>
        <w:rPr>
          <w:rFonts w:ascii="Consolas" w:eastAsia="Consolas" w:hAnsi="Consolas"/>
          <w:sz w:val="20"/>
        </w:rPr>
        <w:t xml:space="preserve">    y += </w:t>
      </w:r>
      <w:proofErr w:type="spellStart"/>
      <w:r>
        <w:rPr>
          <w:rFonts w:ascii="Consolas" w:eastAsia="Consolas" w:hAnsi="Consolas"/>
          <w:sz w:val="20"/>
        </w:rPr>
        <w:t>lengthdir_</w:t>
      </w:r>
      <w:proofErr w:type="gramStart"/>
      <w:r>
        <w:rPr>
          <w:rFonts w:ascii="Consolas" w:eastAsia="Consolas" w:hAnsi="Consolas"/>
          <w:sz w:val="20"/>
        </w:rPr>
        <w:t>y</w:t>
      </w:r>
      <w:proofErr w:type="spellEnd"/>
      <w:r>
        <w:rPr>
          <w:rFonts w:ascii="Consolas" w:eastAsia="Consolas" w:hAnsi="Consolas"/>
          <w:sz w:val="20"/>
        </w:rPr>
        <w:t>(</w:t>
      </w:r>
      <w:proofErr w:type="spellStart"/>
      <w:proofErr w:type="gramEnd"/>
      <w:r>
        <w:rPr>
          <w:rFonts w:ascii="Consolas" w:eastAsia="Consolas" w:hAnsi="Consolas"/>
          <w:sz w:val="20"/>
        </w:rPr>
        <w:t>spd</w:t>
      </w:r>
      <w:proofErr w:type="spellEnd"/>
      <w:r>
        <w:rPr>
          <w:rFonts w:ascii="Consolas" w:eastAsia="Consolas" w:hAnsi="Consolas"/>
          <w:sz w:val="20"/>
        </w:rPr>
        <w:t>, _</w:t>
      </w:r>
      <w:proofErr w:type="spellStart"/>
      <w:r>
        <w:rPr>
          <w:rFonts w:ascii="Consolas" w:eastAsia="Consolas" w:hAnsi="Consolas"/>
          <w:sz w:val="20"/>
        </w:rPr>
        <w:t>dir</w:t>
      </w:r>
      <w:proofErr w:type="spellEnd"/>
      <w:r>
        <w:rPr>
          <w:rFonts w:ascii="Consolas" w:eastAsia="Consolas" w:hAnsi="Consolas"/>
          <w:sz w:val="20"/>
        </w:rPr>
        <w:t>);</w:t>
      </w:r>
    </w:p>
    <w:p w14:paraId="6153E9A3" w14:textId="77777777" w:rsidR="006C7C92" w:rsidRDefault="006C7C92" w:rsidP="006C7C92">
      <w:pPr>
        <w:spacing w:after="0" w:line="240" w:lineRule="auto"/>
      </w:pPr>
      <w:r>
        <w:rPr>
          <w:rFonts w:ascii="Consolas" w:eastAsia="Consolas" w:hAnsi="Consolas"/>
          <w:sz w:val="20"/>
        </w:rPr>
        <w:t>} else {</w:t>
      </w:r>
    </w:p>
    <w:p w14:paraId="6B36FB0A" w14:textId="77777777" w:rsidR="006C7C92" w:rsidRDefault="006C7C92" w:rsidP="006C7C92">
      <w:pPr>
        <w:spacing w:after="0" w:line="240" w:lineRule="auto"/>
      </w:pPr>
      <w:r>
        <w:rPr>
          <w:rFonts w:ascii="Consolas" w:eastAsia="Consolas" w:hAnsi="Consolas"/>
          <w:sz w:val="20"/>
        </w:rPr>
        <w:t xml:space="preserve">    x = _</w:t>
      </w:r>
      <w:proofErr w:type="spellStart"/>
      <w:r>
        <w:rPr>
          <w:rFonts w:ascii="Consolas" w:eastAsia="Consolas" w:hAnsi="Consolas"/>
          <w:sz w:val="20"/>
        </w:rPr>
        <w:t>target_x</w:t>
      </w:r>
      <w:proofErr w:type="spellEnd"/>
      <w:r>
        <w:rPr>
          <w:rFonts w:ascii="Consolas" w:eastAsia="Consolas" w:hAnsi="Consolas"/>
          <w:sz w:val="20"/>
        </w:rPr>
        <w:t>;</w:t>
      </w:r>
    </w:p>
    <w:p w14:paraId="37498CE5" w14:textId="77777777" w:rsidR="006C7C92" w:rsidRDefault="006C7C92" w:rsidP="006C7C92">
      <w:pPr>
        <w:spacing w:after="0" w:line="240" w:lineRule="auto"/>
      </w:pPr>
      <w:r>
        <w:rPr>
          <w:rFonts w:ascii="Consolas" w:eastAsia="Consolas" w:hAnsi="Consolas"/>
          <w:sz w:val="20"/>
        </w:rPr>
        <w:t xml:space="preserve">    y = _</w:t>
      </w:r>
      <w:proofErr w:type="spellStart"/>
      <w:r>
        <w:rPr>
          <w:rFonts w:ascii="Consolas" w:eastAsia="Consolas" w:hAnsi="Consolas"/>
          <w:sz w:val="20"/>
        </w:rPr>
        <w:t>target_y</w:t>
      </w:r>
      <w:proofErr w:type="spellEnd"/>
      <w:r>
        <w:rPr>
          <w:rFonts w:ascii="Consolas" w:eastAsia="Consolas" w:hAnsi="Consolas"/>
          <w:sz w:val="20"/>
        </w:rPr>
        <w:t>;</w:t>
      </w:r>
    </w:p>
    <w:p w14:paraId="1BAEF427" w14:textId="77777777" w:rsidR="006C7C92" w:rsidRDefault="006C7C92" w:rsidP="006C7C92">
      <w:pPr>
        <w:spacing w:after="0" w:line="240" w:lineRule="auto"/>
      </w:pPr>
      <w:r>
        <w:rPr>
          <w:rFonts w:ascii="Consolas" w:eastAsia="Consolas" w:hAnsi="Consolas"/>
          <w:sz w:val="20"/>
        </w:rPr>
        <w:t>}</w:t>
      </w:r>
    </w:p>
    <w:p w14:paraId="21D9302C" w14:textId="77777777" w:rsidR="006C7C92" w:rsidRDefault="006C7C92" w:rsidP="006C7C92">
      <w:pPr>
        <w:spacing w:after="0" w:line="240" w:lineRule="auto"/>
      </w:pPr>
      <w:r>
        <w:rPr>
          <w:rFonts w:ascii="Consolas" w:eastAsia="Consolas" w:hAnsi="Consolas"/>
          <w:sz w:val="20"/>
        </w:rPr>
        <w:t xml:space="preserve">  }</w:t>
      </w:r>
    </w:p>
    <w:p w14:paraId="2419BDB6" w14:textId="77777777" w:rsidR="006C7C92" w:rsidRDefault="006C7C92" w:rsidP="006C7C92">
      <w:pPr>
        <w:spacing w:after="0" w:line="360" w:lineRule="auto"/>
        <w:ind w:firstLine="709"/>
        <w:jc w:val="both"/>
      </w:pPr>
      <w:r>
        <w:t>\</w:t>
      </w:r>
      <w:proofErr w:type="spellStart"/>
      <w:r>
        <w:t>Код</w:t>
      </w:r>
      <w:proofErr w:type="spellEnd"/>
      <w:r>
        <w:t xml:space="preserve"> </w:t>
      </w:r>
      <w:proofErr w:type="spellStart"/>
      <w:r>
        <w:t>що</w:t>
      </w:r>
      <w:proofErr w:type="spellEnd"/>
      <w:r>
        <w:t xml:space="preserve"> </w:t>
      </w:r>
      <w:proofErr w:type="spellStart"/>
      <w:r>
        <w:t>відповідає</w:t>
      </w:r>
      <w:proofErr w:type="spellEnd"/>
      <w:r>
        <w:t xml:space="preserve"> </w:t>
      </w:r>
      <w:proofErr w:type="spellStart"/>
      <w:r>
        <w:t>за</w:t>
      </w:r>
      <w:proofErr w:type="spellEnd"/>
      <w:r>
        <w:t xml:space="preserve"> </w:t>
      </w:r>
      <w:proofErr w:type="spellStart"/>
      <w:r>
        <w:t>бій</w:t>
      </w:r>
      <w:proofErr w:type="spellEnd"/>
      <w:r>
        <w:t xml:space="preserve"> в </w:t>
      </w:r>
      <w:proofErr w:type="spellStart"/>
      <w:r>
        <w:t>першій</w:t>
      </w:r>
      <w:proofErr w:type="spellEnd"/>
      <w:r>
        <w:t xml:space="preserve"> </w:t>
      </w:r>
      <w:proofErr w:type="spellStart"/>
      <w:r>
        <w:t>фазі</w:t>
      </w:r>
      <w:proofErr w:type="spellEnd"/>
      <w:r>
        <w:t xml:space="preserve"> </w:t>
      </w:r>
      <w:proofErr w:type="spellStart"/>
      <w:r>
        <w:t>гри</w:t>
      </w:r>
      <w:proofErr w:type="spellEnd"/>
    </w:p>
    <w:p w14:paraId="0A8FABAA" w14:textId="77777777" w:rsidR="006C7C92" w:rsidRDefault="006C7C92" w:rsidP="006C7C92">
      <w:pPr>
        <w:spacing w:after="0" w:line="240" w:lineRule="auto"/>
      </w:pPr>
      <w:r>
        <w:rPr>
          <w:rFonts w:ascii="Consolas" w:eastAsia="Consolas" w:hAnsi="Consolas"/>
          <w:sz w:val="20"/>
        </w:rPr>
        <w:t xml:space="preserve">13. if </w:t>
      </w:r>
      <w:proofErr w:type="spellStart"/>
      <w:proofErr w:type="gramStart"/>
      <w:r>
        <w:rPr>
          <w:rFonts w:ascii="Consolas" w:eastAsia="Consolas" w:hAnsi="Consolas"/>
          <w:sz w:val="20"/>
        </w:rPr>
        <w:t>global.room</w:t>
      </w:r>
      <w:proofErr w:type="spellEnd"/>
      <w:proofErr w:type="gramEnd"/>
      <w:r>
        <w:rPr>
          <w:rFonts w:ascii="Consolas" w:eastAsia="Consolas" w:hAnsi="Consolas"/>
          <w:sz w:val="20"/>
        </w:rPr>
        <w:t>!="</w:t>
      </w:r>
      <w:proofErr w:type="spellStart"/>
      <w:r>
        <w:rPr>
          <w:rFonts w:ascii="Consolas" w:eastAsia="Consolas" w:hAnsi="Consolas"/>
          <w:sz w:val="20"/>
        </w:rPr>
        <w:t>jREDUX_intro</w:t>
      </w:r>
      <w:proofErr w:type="spellEnd"/>
      <w:r>
        <w:rPr>
          <w:rFonts w:ascii="Consolas" w:eastAsia="Consolas" w:hAnsi="Consolas"/>
          <w:sz w:val="20"/>
        </w:rPr>
        <w:t>"{</w:t>
      </w:r>
    </w:p>
    <w:p w14:paraId="44B9433E"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global.UpHold</w:t>
      </w:r>
      <w:proofErr w:type="spellEnd"/>
      <w:proofErr w:type="gramEnd"/>
      <w:r>
        <w:rPr>
          <w:rFonts w:ascii="Consolas" w:eastAsia="Consolas" w:hAnsi="Consolas"/>
          <w:sz w:val="20"/>
        </w:rPr>
        <w:t>=1{</w:t>
      </w:r>
    </w:p>
    <w:p w14:paraId="12557AFE" w14:textId="77777777" w:rsidR="006C7C92" w:rsidRDefault="006C7C92" w:rsidP="006C7C92">
      <w:pPr>
        <w:spacing w:after="0" w:line="240" w:lineRule="auto"/>
      </w:pPr>
      <w:r>
        <w:rPr>
          <w:rFonts w:ascii="Consolas" w:eastAsia="Consolas" w:hAnsi="Consolas"/>
          <w:sz w:val="20"/>
        </w:rPr>
        <w:t xml:space="preserve">               y-=spd3</w:t>
      </w:r>
      <w:proofErr w:type="gramStart"/>
      <w:r>
        <w:rPr>
          <w:rFonts w:ascii="Consolas" w:eastAsia="Consolas" w:hAnsi="Consolas"/>
          <w:sz w:val="20"/>
        </w:rPr>
        <w:t>*!</w:t>
      </w:r>
      <w:proofErr w:type="spellStart"/>
      <w:r>
        <w:rPr>
          <w:rFonts w:ascii="Consolas" w:eastAsia="Consolas" w:hAnsi="Consolas"/>
          <w:sz w:val="20"/>
        </w:rPr>
        <w:t>instance</w:t>
      </w:r>
      <w:proofErr w:type="gramEnd"/>
      <w:r>
        <w:rPr>
          <w:rFonts w:ascii="Consolas" w:eastAsia="Consolas" w:hAnsi="Consolas"/>
          <w:sz w:val="20"/>
        </w:rPr>
        <w:t>_place</w:t>
      </w:r>
      <w:proofErr w:type="spellEnd"/>
      <w:r>
        <w:rPr>
          <w:rFonts w:ascii="Consolas" w:eastAsia="Consolas" w:hAnsi="Consolas"/>
          <w:sz w:val="20"/>
        </w:rPr>
        <w:t>(x,y-spd3,obj_battlebox_mask)</w:t>
      </w:r>
    </w:p>
    <w:p w14:paraId="745C111A" w14:textId="77777777" w:rsidR="006C7C92" w:rsidRDefault="006C7C92" w:rsidP="006C7C92">
      <w:pPr>
        <w:spacing w:after="0" w:line="240" w:lineRule="auto"/>
      </w:pPr>
      <w:r>
        <w:rPr>
          <w:rFonts w:ascii="Consolas" w:eastAsia="Consolas" w:hAnsi="Consolas"/>
          <w:sz w:val="20"/>
        </w:rPr>
        <w:t xml:space="preserve">       }</w:t>
      </w:r>
    </w:p>
    <w:p w14:paraId="0B090072" w14:textId="77777777" w:rsidR="006C7C92" w:rsidRDefault="006C7C92" w:rsidP="006C7C92">
      <w:pPr>
        <w:spacing w:after="0" w:line="240" w:lineRule="auto"/>
      </w:pPr>
      <w:r>
        <w:rPr>
          <w:rFonts w:ascii="Consolas" w:eastAsia="Consolas" w:hAnsi="Consolas"/>
          <w:sz w:val="20"/>
        </w:rPr>
        <w:t xml:space="preserve">       if </w:t>
      </w:r>
      <w:proofErr w:type="spellStart"/>
      <w:proofErr w:type="gramStart"/>
      <w:r>
        <w:rPr>
          <w:rFonts w:ascii="Consolas" w:eastAsia="Consolas" w:hAnsi="Consolas"/>
          <w:sz w:val="20"/>
        </w:rPr>
        <w:t>global.DownHold</w:t>
      </w:r>
      <w:proofErr w:type="spellEnd"/>
      <w:proofErr w:type="gramEnd"/>
      <w:r>
        <w:rPr>
          <w:rFonts w:ascii="Consolas" w:eastAsia="Consolas" w:hAnsi="Consolas"/>
          <w:sz w:val="20"/>
        </w:rPr>
        <w:t>=1 and !</w:t>
      </w:r>
      <w:proofErr w:type="spellStart"/>
      <w:r>
        <w:rPr>
          <w:rFonts w:ascii="Consolas" w:eastAsia="Consolas" w:hAnsi="Consolas"/>
          <w:sz w:val="20"/>
        </w:rPr>
        <w:t>global.UpHold</w:t>
      </w:r>
      <w:proofErr w:type="spellEnd"/>
      <w:r>
        <w:rPr>
          <w:rFonts w:ascii="Consolas" w:eastAsia="Consolas" w:hAnsi="Consolas"/>
          <w:sz w:val="20"/>
        </w:rPr>
        <w:t>=1{</w:t>
      </w:r>
    </w:p>
    <w:p w14:paraId="7362BB66" w14:textId="77777777" w:rsidR="006C7C92" w:rsidRDefault="006C7C92" w:rsidP="006C7C92">
      <w:pPr>
        <w:spacing w:after="0" w:line="240" w:lineRule="auto"/>
      </w:pPr>
      <w:r>
        <w:rPr>
          <w:rFonts w:ascii="Consolas" w:eastAsia="Consolas" w:hAnsi="Consolas"/>
          <w:sz w:val="20"/>
        </w:rPr>
        <w:t xml:space="preserve">      y+=spd3</w:t>
      </w:r>
      <w:proofErr w:type="gramStart"/>
      <w:r>
        <w:rPr>
          <w:rFonts w:ascii="Consolas" w:eastAsia="Consolas" w:hAnsi="Consolas"/>
          <w:sz w:val="20"/>
        </w:rPr>
        <w:t>*!</w:t>
      </w:r>
      <w:proofErr w:type="spellStart"/>
      <w:r>
        <w:rPr>
          <w:rFonts w:ascii="Consolas" w:eastAsia="Consolas" w:hAnsi="Consolas"/>
          <w:sz w:val="20"/>
        </w:rPr>
        <w:t>instance</w:t>
      </w:r>
      <w:proofErr w:type="gramEnd"/>
      <w:r>
        <w:rPr>
          <w:rFonts w:ascii="Consolas" w:eastAsia="Consolas" w:hAnsi="Consolas"/>
          <w:sz w:val="20"/>
        </w:rPr>
        <w:t>_place</w:t>
      </w:r>
      <w:proofErr w:type="spellEnd"/>
      <w:r>
        <w:rPr>
          <w:rFonts w:ascii="Consolas" w:eastAsia="Consolas" w:hAnsi="Consolas"/>
          <w:sz w:val="20"/>
        </w:rPr>
        <w:t>(x,y+spd3,obj_battlebox_mask)</w:t>
      </w:r>
    </w:p>
    <w:p w14:paraId="2DBC3BC8" w14:textId="77777777" w:rsidR="006C7C92" w:rsidRDefault="006C7C92" w:rsidP="006C7C92">
      <w:pPr>
        <w:spacing w:after="0" w:line="240" w:lineRule="auto"/>
      </w:pPr>
      <w:r>
        <w:rPr>
          <w:rFonts w:ascii="Consolas" w:eastAsia="Consolas" w:hAnsi="Consolas"/>
          <w:sz w:val="20"/>
        </w:rPr>
        <w:t xml:space="preserve">       }</w:t>
      </w:r>
    </w:p>
    <w:p w14:paraId="294E27B9" w14:textId="77777777" w:rsidR="006C7C92" w:rsidRDefault="006C7C92" w:rsidP="006C7C92">
      <w:pPr>
        <w:spacing w:after="0" w:line="240" w:lineRule="auto"/>
      </w:pPr>
      <w:r>
        <w:rPr>
          <w:rFonts w:ascii="Consolas" w:eastAsia="Consolas" w:hAnsi="Consolas"/>
          <w:sz w:val="20"/>
        </w:rPr>
        <w:t xml:space="preserve">                  if </w:t>
      </w:r>
      <w:proofErr w:type="spellStart"/>
      <w:proofErr w:type="gramStart"/>
      <w:r>
        <w:rPr>
          <w:rFonts w:ascii="Consolas" w:eastAsia="Consolas" w:hAnsi="Consolas"/>
          <w:sz w:val="20"/>
        </w:rPr>
        <w:t>global.LeftHold</w:t>
      </w:r>
      <w:proofErr w:type="spellEnd"/>
      <w:proofErr w:type="gramEnd"/>
      <w:r>
        <w:rPr>
          <w:rFonts w:ascii="Consolas" w:eastAsia="Consolas" w:hAnsi="Consolas"/>
          <w:sz w:val="20"/>
        </w:rPr>
        <w:t>=1{</w:t>
      </w:r>
    </w:p>
    <w:p w14:paraId="3656A34C" w14:textId="77777777" w:rsidR="006C7C92" w:rsidRDefault="006C7C92" w:rsidP="006C7C92">
      <w:pPr>
        <w:spacing w:after="0" w:line="240" w:lineRule="auto"/>
      </w:pPr>
      <w:r>
        <w:rPr>
          <w:rFonts w:ascii="Consolas" w:eastAsia="Consolas" w:hAnsi="Consolas"/>
          <w:sz w:val="20"/>
        </w:rPr>
        <w:t xml:space="preserve">      x-=spd3</w:t>
      </w:r>
      <w:proofErr w:type="gramStart"/>
      <w:r>
        <w:rPr>
          <w:rFonts w:ascii="Consolas" w:eastAsia="Consolas" w:hAnsi="Consolas"/>
          <w:sz w:val="20"/>
        </w:rPr>
        <w:t>*!</w:t>
      </w:r>
      <w:proofErr w:type="spellStart"/>
      <w:r>
        <w:rPr>
          <w:rFonts w:ascii="Consolas" w:eastAsia="Consolas" w:hAnsi="Consolas"/>
          <w:sz w:val="20"/>
        </w:rPr>
        <w:t>instance</w:t>
      </w:r>
      <w:proofErr w:type="gramEnd"/>
      <w:r>
        <w:rPr>
          <w:rFonts w:ascii="Consolas" w:eastAsia="Consolas" w:hAnsi="Consolas"/>
          <w:sz w:val="20"/>
        </w:rPr>
        <w:t>_place</w:t>
      </w:r>
      <w:proofErr w:type="spellEnd"/>
      <w:r>
        <w:rPr>
          <w:rFonts w:ascii="Consolas" w:eastAsia="Consolas" w:hAnsi="Consolas"/>
          <w:sz w:val="20"/>
        </w:rPr>
        <w:t xml:space="preserve">(x-spd3,y,obj_battlebox_mask)   </w:t>
      </w:r>
    </w:p>
    <w:p w14:paraId="34C37234" w14:textId="77777777" w:rsidR="006C7C92" w:rsidRDefault="006C7C92" w:rsidP="006C7C92">
      <w:pPr>
        <w:spacing w:after="0" w:line="240" w:lineRule="auto"/>
      </w:pPr>
      <w:r>
        <w:rPr>
          <w:rFonts w:ascii="Consolas" w:eastAsia="Consolas" w:hAnsi="Consolas"/>
          <w:sz w:val="20"/>
        </w:rPr>
        <w:t xml:space="preserve">       } </w:t>
      </w:r>
    </w:p>
    <w:p w14:paraId="4900F554" w14:textId="77777777" w:rsidR="006C7C92" w:rsidRDefault="006C7C92" w:rsidP="006C7C92">
      <w:pPr>
        <w:spacing w:after="0" w:line="240" w:lineRule="auto"/>
      </w:pPr>
      <w:r>
        <w:rPr>
          <w:rFonts w:ascii="Consolas" w:eastAsia="Consolas" w:hAnsi="Consolas"/>
          <w:sz w:val="20"/>
        </w:rPr>
        <w:t xml:space="preserve">              if </w:t>
      </w:r>
      <w:proofErr w:type="spellStart"/>
      <w:proofErr w:type="gramStart"/>
      <w:r>
        <w:rPr>
          <w:rFonts w:ascii="Consolas" w:eastAsia="Consolas" w:hAnsi="Consolas"/>
          <w:sz w:val="20"/>
        </w:rPr>
        <w:t>global.RigtHold</w:t>
      </w:r>
      <w:proofErr w:type="spellEnd"/>
      <w:proofErr w:type="gramEnd"/>
      <w:r>
        <w:rPr>
          <w:rFonts w:ascii="Consolas" w:eastAsia="Consolas" w:hAnsi="Consolas"/>
          <w:sz w:val="20"/>
        </w:rPr>
        <w:t>=1  and !</w:t>
      </w:r>
      <w:proofErr w:type="spellStart"/>
      <w:r>
        <w:rPr>
          <w:rFonts w:ascii="Consolas" w:eastAsia="Consolas" w:hAnsi="Consolas"/>
          <w:sz w:val="20"/>
        </w:rPr>
        <w:t>global.LeftHold</w:t>
      </w:r>
      <w:proofErr w:type="spellEnd"/>
      <w:r>
        <w:rPr>
          <w:rFonts w:ascii="Consolas" w:eastAsia="Consolas" w:hAnsi="Consolas"/>
          <w:sz w:val="20"/>
        </w:rPr>
        <w:t>=1{</w:t>
      </w:r>
    </w:p>
    <w:p w14:paraId="44D07972" w14:textId="77777777" w:rsidR="006C7C92" w:rsidRDefault="006C7C92" w:rsidP="006C7C92">
      <w:pPr>
        <w:spacing w:after="0" w:line="240" w:lineRule="auto"/>
      </w:pPr>
      <w:r>
        <w:rPr>
          <w:rFonts w:ascii="Consolas" w:eastAsia="Consolas" w:hAnsi="Consolas"/>
          <w:sz w:val="20"/>
        </w:rPr>
        <w:t xml:space="preserve">      x+=spd3</w:t>
      </w:r>
      <w:proofErr w:type="gramStart"/>
      <w:r>
        <w:rPr>
          <w:rFonts w:ascii="Consolas" w:eastAsia="Consolas" w:hAnsi="Consolas"/>
          <w:sz w:val="20"/>
        </w:rPr>
        <w:t>*!</w:t>
      </w:r>
      <w:proofErr w:type="spellStart"/>
      <w:r>
        <w:rPr>
          <w:rFonts w:ascii="Consolas" w:eastAsia="Consolas" w:hAnsi="Consolas"/>
          <w:sz w:val="20"/>
        </w:rPr>
        <w:t>instance</w:t>
      </w:r>
      <w:proofErr w:type="gramEnd"/>
      <w:r>
        <w:rPr>
          <w:rFonts w:ascii="Consolas" w:eastAsia="Consolas" w:hAnsi="Consolas"/>
          <w:sz w:val="20"/>
        </w:rPr>
        <w:t>_place</w:t>
      </w:r>
      <w:proofErr w:type="spellEnd"/>
      <w:r>
        <w:rPr>
          <w:rFonts w:ascii="Consolas" w:eastAsia="Consolas" w:hAnsi="Consolas"/>
          <w:sz w:val="20"/>
        </w:rPr>
        <w:t xml:space="preserve">(x+spd3,y,obj_battlebox_mask)  </w:t>
      </w:r>
    </w:p>
    <w:p w14:paraId="0CCFF3C4" w14:textId="77777777" w:rsidR="006C7C92" w:rsidRDefault="006C7C92" w:rsidP="006C7C92">
      <w:pPr>
        <w:spacing w:after="0" w:line="240" w:lineRule="auto"/>
      </w:pPr>
      <w:r>
        <w:rPr>
          <w:rFonts w:ascii="Consolas" w:eastAsia="Consolas" w:hAnsi="Consolas"/>
          <w:sz w:val="20"/>
        </w:rPr>
        <w:lastRenderedPageBreak/>
        <w:t xml:space="preserve">       }</w:t>
      </w:r>
    </w:p>
    <w:p w14:paraId="20C76884" w14:textId="77777777" w:rsidR="006C7C92" w:rsidRDefault="006C7C92" w:rsidP="006C7C92">
      <w:pPr>
        <w:spacing w:after="0" w:line="240" w:lineRule="auto"/>
      </w:pPr>
      <w:r>
        <w:rPr>
          <w:rFonts w:ascii="Consolas" w:eastAsia="Consolas" w:hAnsi="Consolas"/>
          <w:sz w:val="20"/>
        </w:rPr>
        <w:t xml:space="preserve">       if </w:t>
      </w:r>
      <w:proofErr w:type="spellStart"/>
      <w:proofErr w:type="gramStart"/>
      <w:r>
        <w:rPr>
          <w:rFonts w:ascii="Consolas" w:eastAsia="Consolas" w:hAnsi="Consolas"/>
          <w:sz w:val="20"/>
        </w:rPr>
        <w:t>global.PressXHold</w:t>
      </w:r>
      <w:proofErr w:type="spellEnd"/>
      <w:proofErr w:type="gramEnd"/>
      <w:r>
        <w:rPr>
          <w:rFonts w:ascii="Consolas" w:eastAsia="Consolas" w:hAnsi="Consolas"/>
          <w:sz w:val="20"/>
        </w:rPr>
        <w:t>=true{</w:t>
      </w:r>
    </w:p>
    <w:p w14:paraId="1D016047" w14:textId="77777777" w:rsidR="006C7C92" w:rsidRDefault="006C7C92" w:rsidP="006C7C92">
      <w:pPr>
        <w:spacing w:after="0" w:line="240" w:lineRule="auto"/>
      </w:pPr>
      <w:r>
        <w:rPr>
          <w:rFonts w:ascii="Consolas" w:eastAsia="Consolas" w:hAnsi="Consolas"/>
          <w:sz w:val="20"/>
        </w:rPr>
        <w:t xml:space="preserve">         if spd2=2{</w:t>
      </w:r>
    </w:p>
    <w:p w14:paraId="58D752D7" w14:textId="77777777" w:rsidR="006C7C92" w:rsidRDefault="006C7C92" w:rsidP="006C7C92">
      <w:pPr>
        <w:spacing w:after="0" w:line="240" w:lineRule="auto"/>
      </w:pPr>
      <w:r>
        <w:rPr>
          <w:rFonts w:ascii="Consolas" w:eastAsia="Consolas" w:hAnsi="Consolas"/>
          <w:sz w:val="20"/>
        </w:rPr>
        <w:t xml:space="preserve">         spd3=2+spd2-1</w:t>
      </w:r>
    </w:p>
    <w:p w14:paraId="5791F425" w14:textId="77777777" w:rsidR="006C7C92" w:rsidRDefault="006C7C92" w:rsidP="006C7C92">
      <w:pPr>
        <w:spacing w:after="0" w:line="240" w:lineRule="auto"/>
      </w:pPr>
      <w:r>
        <w:rPr>
          <w:rFonts w:ascii="Consolas" w:eastAsia="Consolas" w:hAnsi="Consolas"/>
          <w:sz w:val="20"/>
        </w:rPr>
        <w:t xml:space="preserve">         </w:t>
      </w:r>
      <w:proofErr w:type="gramStart"/>
      <w:r>
        <w:rPr>
          <w:rFonts w:ascii="Consolas" w:eastAsia="Consolas" w:hAnsi="Consolas"/>
          <w:sz w:val="20"/>
        </w:rPr>
        <w:t>}else</w:t>
      </w:r>
      <w:proofErr w:type="gramEnd"/>
      <w:r>
        <w:rPr>
          <w:rFonts w:ascii="Consolas" w:eastAsia="Consolas" w:hAnsi="Consolas"/>
          <w:sz w:val="20"/>
        </w:rPr>
        <w:t>{</w:t>
      </w:r>
    </w:p>
    <w:p w14:paraId="15501AD1" w14:textId="77777777" w:rsidR="006C7C92" w:rsidRDefault="006C7C92" w:rsidP="006C7C92">
      <w:pPr>
        <w:spacing w:after="0" w:line="240" w:lineRule="auto"/>
      </w:pPr>
      <w:r>
        <w:rPr>
          <w:rFonts w:ascii="Consolas" w:eastAsia="Consolas" w:hAnsi="Consolas"/>
          <w:sz w:val="20"/>
        </w:rPr>
        <w:t xml:space="preserve">           spd3=2+spd2</w:t>
      </w:r>
    </w:p>
    <w:p w14:paraId="3D218291" w14:textId="77777777" w:rsidR="006C7C92" w:rsidRDefault="006C7C92" w:rsidP="006C7C92">
      <w:pPr>
        <w:spacing w:after="0" w:line="240" w:lineRule="auto"/>
      </w:pPr>
      <w:r>
        <w:rPr>
          <w:rFonts w:ascii="Consolas" w:eastAsia="Consolas" w:hAnsi="Consolas"/>
          <w:sz w:val="20"/>
        </w:rPr>
        <w:t xml:space="preserve">         }</w:t>
      </w:r>
    </w:p>
    <w:p w14:paraId="499AC8D2" w14:textId="77777777" w:rsidR="006C7C92" w:rsidRDefault="006C7C92" w:rsidP="006C7C92">
      <w:pPr>
        <w:spacing w:after="0" w:line="240" w:lineRule="auto"/>
      </w:pPr>
      <w:r>
        <w:rPr>
          <w:rFonts w:ascii="Consolas" w:eastAsia="Consolas" w:hAnsi="Consolas"/>
          <w:sz w:val="20"/>
        </w:rPr>
        <w:t xml:space="preserve">       </w:t>
      </w:r>
      <w:proofErr w:type="gramStart"/>
      <w:r>
        <w:rPr>
          <w:rFonts w:ascii="Consolas" w:eastAsia="Consolas" w:hAnsi="Consolas"/>
          <w:sz w:val="20"/>
        </w:rPr>
        <w:t>}else</w:t>
      </w:r>
      <w:proofErr w:type="gramEnd"/>
      <w:r>
        <w:rPr>
          <w:rFonts w:ascii="Consolas" w:eastAsia="Consolas" w:hAnsi="Consolas"/>
          <w:sz w:val="20"/>
        </w:rPr>
        <w:t>{</w:t>
      </w:r>
    </w:p>
    <w:p w14:paraId="5216F974" w14:textId="77777777" w:rsidR="006C7C92" w:rsidRDefault="006C7C92" w:rsidP="006C7C92">
      <w:pPr>
        <w:spacing w:after="0" w:line="240" w:lineRule="auto"/>
      </w:pPr>
      <w:r>
        <w:rPr>
          <w:rFonts w:ascii="Consolas" w:eastAsia="Consolas" w:hAnsi="Consolas"/>
          <w:sz w:val="20"/>
        </w:rPr>
        <w:t xml:space="preserve">      spd3=4+spd2</w:t>
      </w:r>
    </w:p>
    <w:p w14:paraId="566CB6D3" w14:textId="77777777" w:rsidR="006C7C92" w:rsidRDefault="006C7C92" w:rsidP="006C7C92">
      <w:pPr>
        <w:spacing w:after="0" w:line="240" w:lineRule="auto"/>
      </w:pPr>
      <w:r>
        <w:rPr>
          <w:rFonts w:ascii="Consolas" w:eastAsia="Consolas" w:hAnsi="Consolas"/>
          <w:sz w:val="20"/>
        </w:rPr>
        <w:t xml:space="preserve">       }</w:t>
      </w:r>
    </w:p>
    <w:p w14:paraId="23AE94C5" w14:textId="77777777" w:rsidR="006C7C92" w:rsidRDefault="006C7C92" w:rsidP="006C7C92">
      <w:pPr>
        <w:spacing w:after="0" w:line="240" w:lineRule="auto"/>
      </w:pPr>
      <w:r>
        <w:rPr>
          <w:rFonts w:ascii="Consolas" w:eastAsia="Consolas" w:hAnsi="Consolas"/>
          <w:sz w:val="20"/>
        </w:rPr>
        <w:t>}</w:t>
      </w:r>
    </w:p>
    <w:p w14:paraId="7B8E146B" w14:textId="77777777" w:rsidR="006C7C92" w:rsidRDefault="006C7C92" w:rsidP="006C7C92"/>
    <w:p w14:paraId="14B23852" w14:textId="77777777" w:rsidR="006C7C92" w:rsidRDefault="006C7C92" w:rsidP="006C7C92">
      <w:pPr>
        <w:spacing w:after="0" w:line="240" w:lineRule="auto"/>
      </w:pPr>
      <w:r>
        <w:rPr>
          <w:rFonts w:ascii="Consolas" w:eastAsia="Consolas" w:hAnsi="Consolas"/>
          <w:sz w:val="20"/>
        </w:rPr>
        <w:t xml:space="preserve">14. var </w:t>
      </w:r>
      <w:proofErr w:type="spellStart"/>
      <w:r>
        <w:rPr>
          <w:rFonts w:ascii="Consolas" w:eastAsia="Consolas" w:hAnsi="Consolas"/>
          <w:sz w:val="20"/>
        </w:rPr>
        <w:t>new_target_angle</w:t>
      </w:r>
      <w:proofErr w:type="spellEnd"/>
      <w:r>
        <w:rPr>
          <w:rFonts w:ascii="Consolas" w:eastAsia="Consolas" w:hAnsi="Consolas"/>
          <w:sz w:val="20"/>
        </w:rPr>
        <w:t xml:space="preserve"> = </w:t>
      </w:r>
      <w:proofErr w:type="spellStart"/>
      <w:r>
        <w:rPr>
          <w:rFonts w:ascii="Consolas" w:eastAsia="Consolas" w:hAnsi="Consolas"/>
          <w:sz w:val="20"/>
        </w:rPr>
        <w:t>shield_angl_pos</w:t>
      </w:r>
      <w:proofErr w:type="spellEnd"/>
      <w:r>
        <w:rPr>
          <w:rFonts w:ascii="Consolas" w:eastAsia="Consolas" w:hAnsi="Consolas"/>
          <w:sz w:val="20"/>
        </w:rPr>
        <w:t>;</w:t>
      </w:r>
    </w:p>
    <w:p w14:paraId="1427678D" w14:textId="77777777" w:rsidR="006C7C92" w:rsidRDefault="006C7C92" w:rsidP="006C7C92"/>
    <w:p w14:paraId="46BC43D2" w14:textId="77777777" w:rsidR="006C7C92" w:rsidRDefault="006C7C92" w:rsidP="006C7C92">
      <w:pPr>
        <w:spacing w:after="0" w:line="240" w:lineRule="auto"/>
      </w:pPr>
      <w:r>
        <w:rPr>
          <w:rFonts w:ascii="Consolas" w:eastAsia="Consolas" w:hAnsi="Consolas"/>
          <w:sz w:val="20"/>
        </w:rPr>
        <w:t>if (</w:t>
      </w:r>
      <w:proofErr w:type="spellStart"/>
      <w:proofErr w:type="gramStart"/>
      <w:r>
        <w:rPr>
          <w:rFonts w:ascii="Consolas" w:eastAsia="Consolas" w:hAnsi="Consolas"/>
          <w:sz w:val="20"/>
        </w:rPr>
        <w:t>global.DownHold</w:t>
      </w:r>
      <w:proofErr w:type="spellEnd"/>
      <w:proofErr w:type="gramEnd"/>
      <w:r>
        <w:rPr>
          <w:rFonts w:ascii="Consolas" w:eastAsia="Consolas" w:hAnsi="Consolas"/>
          <w:sz w:val="20"/>
        </w:rPr>
        <w:t xml:space="preserve"> == 1 &amp;&amp; </w:t>
      </w:r>
      <w:proofErr w:type="spellStart"/>
      <w:r>
        <w:rPr>
          <w:rFonts w:ascii="Consolas" w:eastAsia="Consolas" w:hAnsi="Consolas"/>
          <w:sz w:val="20"/>
        </w:rPr>
        <w:t>global.UpHold</w:t>
      </w:r>
      <w:proofErr w:type="spellEnd"/>
      <w:r>
        <w:rPr>
          <w:rFonts w:ascii="Consolas" w:eastAsia="Consolas" w:hAnsi="Consolas"/>
          <w:sz w:val="20"/>
        </w:rPr>
        <w:t xml:space="preserve"> != 1 &amp;&amp; </w:t>
      </w:r>
      <w:proofErr w:type="spellStart"/>
      <w:r>
        <w:rPr>
          <w:rFonts w:ascii="Consolas" w:eastAsia="Consolas" w:hAnsi="Consolas"/>
          <w:sz w:val="20"/>
        </w:rPr>
        <w:t>global.RigtHold</w:t>
      </w:r>
      <w:proofErr w:type="spellEnd"/>
      <w:r>
        <w:rPr>
          <w:rFonts w:ascii="Consolas" w:eastAsia="Consolas" w:hAnsi="Consolas"/>
          <w:sz w:val="20"/>
        </w:rPr>
        <w:t xml:space="preserve"> != 1 &amp;&amp; </w:t>
      </w:r>
      <w:proofErr w:type="spellStart"/>
      <w:r>
        <w:rPr>
          <w:rFonts w:ascii="Consolas" w:eastAsia="Consolas" w:hAnsi="Consolas"/>
          <w:sz w:val="20"/>
        </w:rPr>
        <w:t>global.LeftHold</w:t>
      </w:r>
      <w:proofErr w:type="spellEnd"/>
      <w:r>
        <w:rPr>
          <w:rFonts w:ascii="Consolas" w:eastAsia="Consolas" w:hAnsi="Consolas"/>
          <w:sz w:val="20"/>
        </w:rPr>
        <w:t xml:space="preserve"> != 1) {</w:t>
      </w:r>
    </w:p>
    <w:p w14:paraId="3F82A096" w14:textId="77777777" w:rsidR="006C7C92" w:rsidRDefault="006C7C92" w:rsidP="006C7C92"/>
    <w:p w14:paraId="11577768"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new_target_angle</w:t>
      </w:r>
      <w:proofErr w:type="spellEnd"/>
      <w:r>
        <w:rPr>
          <w:rFonts w:ascii="Consolas" w:eastAsia="Consolas" w:hAnsi="Consolas"/>
          <w:sz w:val="20"/>
        </w:rPr>
        <w:t xml:space="preserve"> = 270;</w:t>
      </w:r>
    </w:p>
    <w:p w14:paraId="638C8D3F" w14:textId="77777777" w:rsidR="006C7C92" w:rsidRDefault="006C7C92" w:rsidP="006C7C92">
      <w:pPr>
        <w:spacing w:after="0" w:line="360" w:lineRule="auto"/>
        <w:ind w:firstLine="709"/>
        <w:jc w:val="both"/>
      </w:pPr>
      <w:r>
        <w:t xml:space="preserve">    </w:t>
      </w:r>
    </w:p>
    <w:p w14:paraId="22139A22" w14:textId="77777777" w:rsidR="006C7C92" w:rsidRDefault="006C7C92" w:rsidP="006C7C92">
      <w:pPr>
        <w:spacing w:after="0" w:line="240" w:lineRule="auto"/>
      </w:pPr>
      <w:r>
        <w:rPr>
          <w:rFonts w:ascii="Consolas" w:eastAsia="Consolas" w:hAnsi="Consolas"/>
          <w:sz w:val="20"/>
        </w:rPr>
        <w:t>} else if (</w:t>
      </w:r>
      <w:proofErr w:type="spellStart"/>
      <w:proofErr w:type="gramStart"/>
      <w:r>
        <w:rPr>
          <w:rFonts w:ascii="Consolas" w:eastAsia="Consolas" w:hAnsi="Consolas"/>
          <w:sz w:val="20"/>
        </w:rPr>
        <w:t>global.LeftHold</w:t>
      </w:r>
      <w:proofErr w:type="spellEnd"/>
      <w:proofErr w:type="gramEnd"/>
      <w:r>
        <w:rPr>
          <w:rFonts w:ascii="Consolas" w:eastAsia="Consolas" w:hAnsi="Consolas"/>
          <w:sz w:val="20"/>
        </w:rPr>
        <w:t xml:space="preserve"> == 1 &amp;&amp; </w:t>
      </w:r>
      <w:proofErr w:type="spellStart"/>
      <w:r>
        <w:rPr>
          <w:rFonts w:ascii="Consolas" w:eastAsia="Consolas" w:hAnsi="Consolas"/>
          <w:sz w:val="20"/>
        </w:rPr>
        <w:t>global.UpHold</w:t>
      </w:r>
      <w:proofErr w:type="spellEnd"/>
      <w:r>
        <w:rPr>
          <w:rFonts w:ascii="Consolas" w:eastAsia="Consolas" w:hAnsi="Consolas"/>
          <w:sz w:val="20"/>
        </w:rPr>
        <w:t xml:space="preserve"> != 1 &amp;&amp; </w:t>
      </w:r>
      <w:proofErr w:type="spellStart"/>
      <w:r>
        <w:rPr>
          <w:rFonts w:ascii="Consolas" w:eastAsia="Consolas" w:hAnsi="Consolas"/>
          <w:sz w:val="20"/>
        </w:rPr>
        <w:t>global.RigtHold</w:t>
      </w:r>
      <w:proofErr w:type="spellEnd"/>
      <w:r>
        <w:rPr>
          <w:rFonts w:ascii="Consolas" w:eastAsia="Consolas" w:hAnsi="Consolas"/>
          <w:sz w:val="20"/>
        </w:rPr>
        <w:t xml:space="preserve"> != 1 &amp;&amp; </w:t>
      </w:r>
      <w:proofErr w:type="spellStart"/>
      <w:r>
        <w:rPr>
          <w:rFonts w:ascii="Consolas" w:eastAsia="Consolas" w:hAnsi="Consolas"/>
          <w:sz w:val="20"/>
        </w:rPr>
        <w:t>global.DownHold</w:t>
      </w:r>
      <w:proofErr w:type="spellEnd"/>
      <w:r>
        <w:rPr>
          <w:rFonts w:ascii="Consolas" w:eastAsia="Consolas" w:hAnsi="Consolas"/>
          <w:sz w:val="20"/>
        </w:rPr>
        <w:t xml:space="preserve"> != 1) {</w:t>
      </w:r>
    </w:p>
    <w:p w14:paraId="650CC192" w14:textId="77777777" w:rsidR="006C7C92" w:rsidRDefault="006C7C92" w:rsidP="006C7C92"/>
    <w:p w14:paraId="356AF939"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new_target_angle</w:t>
      </w:r>
      <w:proofErr w:type="spellEnd"/>
      <w:r>
        <w:rPr>
          <w:rFonts w:ascii="Consolas" w:eastAsia="Consolas" w:hAnsi="Consolas"/>
          <w:sz w:val="20"/>
        </w:rPr>
        <w:t xml:space="preserve"> = 180;</w:t>
      </w:r>
    </w:p>
    <w:p w14:paraId="63E7CADC" w14:textId="77777777" w:rsidR="006C7C92" w:rsidRDefault="006C7C92" w:rsidP="006C7C92">
      <w:pPr>
        <w:spacing w:after="0" w:line="360" w:lineRule="auto"/>
        <w:ind w:firstLine="709"/>
        <w:jc w:val="both"/>
      </w:pPr>
      <w:r>
        <w:t xml:space="preserve">    </w:t>
      </w:r>
    </w:p>
    <w:p w14:paraId="4E5E3AE1" w14:textId="77777777" w:rsidR="006C7C92" w:rsidRDefault="006C7C92" w:rsidP="006C7C92">
      <w:pPr>
        <w:spacing w:after="0" w:line="240" w:lineRule="auto"/>
      </w:pPr>
      <w:r>
        <w:rPr>
          <w:rFonts w:ascii="Consolas" w:eastAsia="Consolas" w:hAnsi="Consolas"/>
          <w:sz w:val="20"/>
        </w:rPr>
        <w:t>} else if (</w:t>
      </w:r>
      <w:proofErr w:type="spellStart"/>
      <w:proofErr w:type="gramStart"/>
      <w:r>
        <w:rPr>
          <w:rFonts w:ascii="Consolas" w:eastAsia="Consolas" w:hAnsi="Consolas"/>
          <w:sz w:val="20"/>
        </w:rPr>
        <w:t>global.RigtHold</w:t>
      </w:r>
      <w:proofErr w:type="spellEnd"/>
      <w:proofErr w:type="gramEnd"/>
      <w:r>
        <w:rPr>
          <w:rFonts w:ascii="Consolas" w:eastAsia="Consolas" w:hAnsi="Consolas"/>
          <w:sz w:val="20"/>
        </w:rPr>
        <w:t xml:space="preserve"> == 1 &amp;&amp; </w:t>
      </w:r>
      <w:proofErr w:type="spellStart"/>
      <w:r>
        <w:rPr>
          <w:rFonts w:ascii="Consolas" w:eastAsia="Consolas" w:hAnsi="Consolas"/>
          <w:sz w:val="20"/>
        </w:rPr>
        <w:t>global.UpHold</w:t>
      </w:r>
      <w:proofErr w:type="spellEnd"/>
      <w:r>
        <w:rPr>
          <w:rFonts w:ascii="Consolas" w:eastAsia="Consolas" w:hAnsi="Consolas"/>
          <w:sz w:val="20"/>
        </w:rPr>
        <w:t xml:space="preserve"> != 1 &amp;&amp; </w:t>
      </w:r>
      <w:proofErr w:type="spellStart"/>
      <w:r>
        <w:rPr>
          <w:rFonts w:ascii="Consolas" w:eastAsia="Consolas" w:hAnsi="Consolas"/>
          <w:sz w:val="20"/>
        </w:rPr>
        <w:t>global.LeftHold</w:t>
      </w:r>
      <w:proofErr w:type="spellEnd"/>
      <w:r>
        <w:rPr>
          <w:rFonts w:ascii="Consolas" w:eastAsia="Consolas" w:hAnsi="Consolas"/>
          <w:sz w:val="20"/>
        </w:rPr>
        <w:t xml:space="preserve"> != 1 &amp;&amp; </w:t>
      </w:r>
      <w:proofErr w:type="spellStart"/>
      <w:r>
        <w:rPr>
          <w:rFonts w:ascii="Consolas" w:eastAsia="Consolas" w:hAnsi="Consolas"/>
          <w:sz w:val="20"/>
        </w:rPr>
        <w:t>global.DownHold</w:t>
      </w:r>
      <w:proofErr w:type="spellEnd"/>
      <w:r>
        <w:rPr>
          <w:rFonts w:ascii="Consolas" w:eastAsia="Consolas" w:hAnsi="Consolas"/>
          <w:sz w:val="20"/>
        </w:rPr>
        <w:t xml:space="preserve"> != 1) {</w:t>
      </w:r>
    </w:p>
    <w:p w14:paraId="1005A53B" w14:textId="77777777" w:rsidR="006C7C92" w:rsidRDefault="006C7C92" w:rsidP="006C7C92"/>
    <w:p w14:paraId="43A07398"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new_target_angle</w:t>
      </w:r>
      <w:proofErr w:type="spellEnd"/>
      <w:r>
        <w:rPr>
          <w:rFonts w:ascii="Consolas" w:eastAsia="Consolas" w:hAnsi="Consolas"/>
          <w:sz w:val="20"/>
        </w:rPr>
        <w:t xml:space="preserve"> = 360; </w:t>
      </w:r>
    </w:p>
    <w:p w14:paraId="7D7F59AB" w14:textId="77777777" w:rsidR="006C7C92" w:rsidRDefault="006C7C92" w:rsidP="006C7C92">
      <w:pPr>
        <w:spacing w:after="0" w:line="360" w:lineRule="auto"/>
        <w:ind w:firstLine="709"/>
        <w:jc w:val="both"/>
      </w:pPr>
      <w:r>
        <w:t xml:space="preserve">    </w:t>
      </w:r>
    </w:p>
    <w:p w14:paraId="199FF1F4" w14:textId="77777777" w:rsidR="006C7C92" w:rsidRDefault="006C7C92" w:rsidP="006C7C92">
      <w:pPr>
        <w:spacing w:after="0" w:line="240" w:lineRule="auto"/>
      </w:pPr>
      <w:r>
        <w:rPr>
          <w:rFonts w:ascii="Consolas" w:eastAsia="Consolas" w:hAnsi="Consolas"/>
          <w:sz w:val="20"/>
        </w:rPr>
        <w:t>} else if (</w:t>
      </w:r>
      <w:proofErr w:type="spellStart"/>
      <w:proofErr w:type="gramStart"/>
      <w:r>
        <w:rPr>
          <w:rFonts w:ascii="Consolas" w:eastAsia="Consolas" w:hAnsi="Consolas"/>
          <w:sz w:val="20"/>
        </w:rPr>
        <w:t>global.UpHold</w:t>
      </w:r>
      <w:proofErr w:type="spellEnd"/>
      <w:proofErr w:type="gramEnd"/>
      <w:r>
        <w:rPr>
          <w:rFonts w:ascii="Consolas" w:eastAsia="Consolas" w:hAnsi="Consolas"/>
          <w:sz w:val="20"/>
        </w:rPr>
        <w:t xml:space="preserve"> == 1 &amp;&amp; </w:t>
      </w:r>
      <w:proofErr w:type="spellStart"/>
      <w:r>
        <w:rPr>
          <w:rFonts w:ascii="Consolas" w:eastAsia="Consolas" w:hAnsi="Consolas"/>
          <w:sz w:val="20"/>
        </w:rPr>
        <w:t>global.RigtHold</w:t>
      </w:r>
      <w:proofErr w:type="spellEnd"/>
      <w:r>
        <w:rPr>
          <w:rFonts w:ascii="Consolas" w:eastAsia="Consolas" w:hAnsi="Consolas"/>
          <w:sz w:val="20"/>
        </w:rPr>
        <w:t xml:space="preserve"> != 1 &amp;&amp; </w:t>
      </w:r>
      <w:proofErr w:type="spellStart"/>
      <w:r>
        <w:rPr>
          <w:rFonts w:ascii="Consolas" w:eastAsia="Consolas" w:hAnsi="Consolas"/>
          <w:sz w:val="20"/>
        </w:rPr>
        <w:t>global.LeftHold</w:t>
      </w:r>
      <w:proofErr w:type="spellEnd"/>
      <w:r>
        <w:rPr>
          <w:rFonts w:ascii="Consolas" w:eastAsia="Consolas" w:hAnsi="Consolas"/>
          <w:sz w:val="20"/>
        </w:rPr>
        <w:t xml:space="preserve"> != 1 &amp;&amp; </w:t>
      </w:r>
      <w:proofErr w:type="spellStart"/>
      <w:r>
        <w:rPr>
          <w:rFonts w:ascii="Consolas" w:eastAsia="Consolas" w:hAnsi="Consolas"/>
          <w:sz w:val="20"/>
        </w:rPr>
        <w:t>global.DownHold</w:t>
      </w:r>
      <w:proofErr w:type="spellEnd"/>
      <w:r>
        <w:rPr>
          <w:rFonts w:ascii="Consolas" w:eastAsia="Consolas" w:hAnsi="Consolas"/>
          <w:sz w:val="20"/>
        </w:rPr>
        <w:t xml:space="preserve"> != 1) {</w:t>
      </w:r>
    </w:p>
    <w:p w14:paraId="2811E8CC" w14:textId="77777777" w:rsidR="006C7C92" w:rsidRDefault="006C7C92" w:rsidP="006C7C92"/>
    <w:p w14:paraId="521C94B4"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new_target_angle</w:t>
      </w:r>
      <w:proofErr w:type="spellEnd"/>
      <w:r>
        <w:rPr>
          <w:rFonts w:ascii="Consolas" w:eastAsia="Consolas" w:hAnsi="Consolas"/>
          <w:sz w:val="20"/>
        </w:rPr>
        <w:t xml:space="preserve"> = 90;</w:t>
      </w:r>
    </w:p>
    <w:p w14:paraId="2D8198E1" w14:textId="77777777" w:rsidR="006C7C92" w:rsidRDefault="006C7C92" w:rsidP="006C7C92">
      <w:pPr>
        <w:spacing w:after="0" w:line="240" w:lineRule="auto"/>
      </w:pPr>
      <w:proofErr w:type="gramStart"/>
      <w:r>
        <w:rPr>
          <w:rFonts w:ascii="Consolas" w:eastAsia="Consolas" w:hAnsi="Consolas"/>
          <w:sz w:val="20"/>
        </w:rPr>
        <w:t>}else</w:t>
      </w:r>
      <w:proofErr w:type="gramEnd"/>
      <w:r>
        <w:rPr>
          <w:rFonts w:ascii="Consolas" w:eastAsia="Consolas" w:hAnsi="Consolas"/>
          <w:sz w:val="20"/>
        </w:rPr>
        <w:t xml:space="preserve"> if (</w:t>
      </w:r>
      <w:proofErr w:type="spellStart"/>
      <w:r>
        <w:rPr>
          <w:rFonts w:ascii="Consolas" w:eastAsia="Consolas" w:hAnsi="Consolas"/>
          <w:sz w:val="20"/>
        </w:rPr>
        <w:t>global.RigtHold</w:t>
      </w:r>
      <w:proofErr w:type="spellEnd"/>
      <w:r>
        <w:rPr>
          <w:rFonts w:ascii="Consolas" w:eastAsia="Consolas" w:hAnsi="Consolas"/>
          <w:sz w:val="20"/>
        </w:rPr>
        <w:t xml:space="preserve"> == 1 &amp;&amp; </w:t>
      </w:r>
      <w:proofErr w:type="spellStart"/>
      <w:r>
        <w:rPr>
          <w:rFonts w:ascii="Consolas" w:eastAsia="Consolas" w:hAnsi="Consolas"/>
          <w:sz w:val="20"/>
        </w:rPr>
        <w:t>global.DownHold</w:t>
      </w:r>
      <w:proofErr w:type="spellEnd"/>
      <w:r>
        <w:rPr>
          <w:rFonts w:ascii="Consolas" w:eastAsia="Consolas" w:hAnsi="Consolas"/>
          <w:sz w:val="20"/>
        </w:rPr>
        <w:t xml:space="preserve"> = 1){</w:t>
      </w:r>
    </w:p>
    <w:p w14:paraId="5FD2C142"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new_target_angle</w:t>
      </w:r>
      <w:proofErr w:type="spellEnd"/>
      <w:r>
        <w:rPr>
          <w:rFonts w:ascii="Consolas" w:eastAsia="Consolas" w:hAnsi="Consolas"/>
          <w:sz w:val="20"/>
        </w:rPr>
        <w:t xml:space="preserve"> = 315;</w:t>
      </w:r>
    </w:p>
    <w:p w14:paraId="334CF2CB" w14:textId="77777777" w:rsidR="006C7C92" w:rsidRDefault="006C7C92" w:rsidP="006C7C92">
      <w:pPr>
        <w:spacing w:after="0" w:line="240" w:lineRule="auto"/>
      </w:pPr>
      <w:proofErr w:type="gramStart"/>
      <w:r>
        <w:rPr>
          <w:rFonts w:ascii="Consolas" w:eastAsia="Consolas" w:hAnsi="Consolas"/>
          <w:sz w:val="20"/>
        </w:rPr>
        <w:t>}else</w:t>
      </w:r>
      <w:proofErr w:type="gramEnd"/>
      <w:r>
        <w:rPr>
          <w:rFonts w:ascii="Consolas" w:eastAsia="Consolas" w:hAnsi="Consolas"/>
          <w:sz w:val="20"/>
        </w:rPr>
        <w:t xml:space="preserve"> if (</w:t>
      </w:r>
      <w:proofErr w:type="spellStart"/>
      <w:r>
        <w:rPr>
          <w:rFonts w:ascii="Consolas" w:eastAsia="Consolas" w:hAnsi="Consolas"/>
          <w:sz w:val="20"/>
        </w:rPr>
        <w:t>global.LeftHold</w:t>
      </w:r>
      <w:proofErr w:type="spellEnd"/>
      <w:r>
        <w:rPr>
          <w:rFonts w:ascii="Consolas" w:eastAsia="Consolas" w:hAnsi="Consolas"/>
          <w:sz w:val="20"/>
        </w:rPr>
        <w:t xml:space="preserve"> == 1 &amp;&amp; </w:t>
      </w:r>
      <w:proofErr w:type="spellStart"/>
      <w:r>
        <w:rPr>
          <w:rFonts w:ascii="Consolas" w:eastAsia="Consolas" w:hAnsi="Consolas"/>
          <w:sz w:val="20"/>
        </w:rPr>
        <w:t>global.DownHold</w:t>
      </w:r>
      <w:proofErr w:type="spellEnd"/>
      <w:r>
        <w:rPr>
          <w:rFonts w:ascii="Consolas" w:eastAsia="Consolas" w:hAnsi="Consolas"/>
          <w:sz w:val="20"/>
        </w:rPr>
        <w:t xml:space="preserve"> = 1){</w:t>
      </w:r>
    </w:p>
    <w:p w14:paraId="2A0B2C37"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new_target_angle</w:t>
      </w:r>
      <w:proofErr w:type="spellEnd"/>
      <w:r>
        <w:rPr>
          <w:rFonts w:ascii="Consolas" w:eastAsia="Consolas" w:hAnsi="Consolas"/>
          <w:sz w:val="20"/>
        </w:rPr>
        <w:t xml:space="preserve"> = 225;</w:t>
      </w:r>
    </w:p>
    <w:p w14:paraId="09AC04FD" w14:textId="77777777" w:rsidR="006C7C92" w:rsidRDefault="006C7C92" w:rsidP="006C7C92">
      <w:pPr>
        <w:spacing w:after="0" w:line="240" w:lineRule="auto"/>
      </w:pPr>
      <w:proofErr w:type="gramStart"/>
      <w:r>
        <w:rPr>
          <w:rFonts w:ascii="Consolas" w:eastAsia="Consolas" w:hAnsi="Consolas"/>
          <w:sz w:val="20"/>
        </w:rPr>
        <w:t>}else</w:t>
      </w:r>
      <w:proofErr w:type="gramEnd"/>
      <w:r>
        <w:rPr>
          <w:rFonts w:ascii="Consolas" w:eastAsia="Consolas" w:hAnsi="Consolas"/>
          <w:sz w:val="20"/>
        </w:rPr>
        <w:t xml:space="preserve"> if (</w:t>
      </w:r>
      <w:proofErr w:type="spellStart"/>
      <w:r>
        <w:rPr>
          <w:rFonts w:ascii="Consolas" w:eastAsia="Consolas" w:hAnsi="Consolas"/>
          <w:sz w:val="20"/>
        </w:rPr>
        <w:t>global.LeftHold</w:t>
      </w:r>
      <w:proofErr w:type="spellEnd"/>
      <w:r>
        <w:rPr>
          <w:rFonts w:ascii="Consolas" w:eastAsia="Consolas" w:hAnsi="Consolas"/>
          <w:sz w:val="20"/>
        </w:rPr>
        <w:t xml:space="preserve"> == 1 &amp;&amp; </w:t>
      </w:r>
      <w:proofErr w:type="spellStart"/>
      <w:r>
        <w:rPr>
          <w:rFonts w:ascii="Consolas" w:eastAsia="Consolas" w:hAnsi="Consolas"/>
          <w:sz w:val="20"/>
        </w:rPr>
        <w:t>global.UpHold</w:t>
      </w:r>
      <w:proofErr w:type="spellEnd"/>
      <w:r>
        <w:rPr>
          <w:rFonts w:ascii="Consolas" w:eastAsia="Consolas" w:hAnsi="Consolas"/>
          <w:sz w:val="20"/>
        </w:rPr>
        <w:t xml:space="preserve"> = 1){</w:t>
      </w:r>
    </w:p>
    <w:p w14:paraId="27480A92"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new_target_angle</w:t>
      </w:r>
      <w:proofErr w:type="spellEnd"/>
      <w:r>
        <w:rPr>
          <w:rFonts w:ascii="Consolas" w:eastAsia="Consolas" w:hAnsi="Consolas"/>
          <w:sz w:val="20"/>
        </w:rPr>
        <w:t xml:space="preserve"> = 135;</w:t>
      </w:r>
    </w:p>
    <w:p w14:paraId="11CA4069" w14:textId="77777777" w:rsidR="006C7C92" w:rsidRDefault="006C7C92" w:rsidP="006C7C92">
      <w:pPr>
        <w:spacing w:after="0" w:line="240" w:lineRule="auto"/>
      </w:pPr>
      <w:proofErr w:type="gramStart"/>
      <w:r>
        <w:rPr>
          <w:rFonts w:ascii="Consolas" w:eastAsia="Consolas" w:hAnsi="Consolas"/>
          <w:sz w:val="20"/>
        </w:rPr>
        <w:t>}else</w:t>
      </w:r>
      <w:proofErr w:type="gramEnd"/>
      <w:r>
        <w:rPr>
          <w:rFonts w:ascii="Consolas" w:eastAsia="Consolas" w:hAnsi="Consolas"/>
          <w:sz w:val="20"/>
        </w:rPr>
        <w:t xml:space="preserve"> if (</w:t>
      </w:r>
      <w:proofErr w:type="spellStart"/>
      <w:r>
        <w:rPr>
          <w:rFonts w:ascii="Consolas" w:eastAsia="Consolas" w:hAnsi="Consolas"/>
          <w:sz w:val="20"/>
        </w:rPr>
        <w:t>global.RigtHold</w:t>
      </w:r>
      <w:proofErr w:type="spellEnd"/>
      <w:r>
        <w:rPr>
          <w:rFonts w:ascii="Consolas" w:eastAsia="Consolas" w:hAnsi="Consolas"/>
          <w:sz w:val="20"/>
        </w:rPr>
        <w:t xml:space="preserve"> == 1 &amp;&amp; </w:t>
      </w:r>
      <w:proofErr w:type="spellStart"/>
      <w:r>
        <w:rPr>
          <w:rFonts w:ascii="Consolas" w:eastAsia="Consolas" w:hAnsi="Consolas"/>
          <w:sz w:val="20"/>
        </w:rPr>
        <w:t>global.UpHold</w:t>
      </w:r>
      <w:proofErr w:type="spellEnd"/>
      <w:r>
        <w:rPr>
          <w:rFonts w:ascii="Consolas" w:eastAsia="Consolas" w:hAnsi="Consolas"/>
          <w:sz w:val="20"/>
        </w:rPr>
        <w:t xml:space="preserve"> = 1){</w:t>
      </w:r>
    </w:p>
    <w:p w14:paraId="1715A68F"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new_target_angle</w:t>
      </w:r>
      <w:proofErr w:type="spellEnd"/>
      <w:r>
        <w:rPr>
          <w:rFonts w:ascii="Consolas" w:eastAsia="Consolas" w:hAnsi="Consolas"/>
          <w:sz w:val="20"/>
        </w:rPr>
        <w:t xml:space="preserve"> = 45;</w:t>
      </w:r>
    </w:p>
    <w:p w14:paraId="34A36815" w14:textId="77777777" w:rsidR="006C7C92" w:rsidRDefault="006C7C92" w:rsidP="006C7C92">
      <w:pPr>
        <w:spacing w:after="0" w:line="240" w:lineRule="auto"/>
      </w:pPr>
      <w:r>
        <w:rPr>
          <w:rFonts w:ascii="Consolas" w:eastAsia="Consolas" w:hAnsi="Consolas"/>
          <w:sz w:val="20"/>
        </w:rPr>
        <w:t>}</w:t>
      </w:r>
    </w:p>
    <w:p w14:paraId="7BDCC6F1" w14:textId="77777777" w:rsidR="006C7C92" w:rsidRDefault="006C7C92" w:rsidP="006C7C92"/>
    <w:p w14:paraId="5FC8F92B" w14:textId="77777777" w:rsidR="006C7C92" w:rsidRDefault="006C7C92" w:rsidP="006C7C92">
      <w:pPr>
        <w:spacing w:after="0" w:line="240" w:lineRule="auto"/>
      </w:pPr>
      <w:r>
        <w:rPr>
          <w:rFonts w:ascii="Consolas" w:eastAsia="Consolas" w:hAnsi="Consolas"/>
          <w:sz w:val="20"/>
        </w:rPr>
        <w:t xml:space="preserve">15. var </w:t>
      </w:r>
      <w:proofErr w:type="spellStart"/>
      <w:r>
        <w:rPr>
          <w:rFonts w:ascii="Consolas" w:eastAsia="Consolas" w:hAnsi="Consolas"/>
          <w:sz w:val="20"/>
        </w:rPr>
        <w:t>dir</w:t>
      </w:r>
      <w:proofErr w:type="spellEnd"/>
      <w:r>
        <w:rPr>
          <w:rFonts w:ascii="Consolas" w:eastAsia="Consolas" w:hAnsi="Consolas"/>
          <w:sz w:val="20"/>
        </w:rPr>
        <w:t xml:space="preserve"> = -1;</w:t>
      </w:r>
    </w:p>
    <w:p w14:paraId="3C0BDCEF" w14:textId="77777777" w:rsidR="006C7C92" w:rsidRDefault="006C7C92" w:rsidP="006C7C92">
      <w:pPr>
        <w:spacing w:after="0" w:line="240" w:lineRule="auto"/>
      </w:pPr>
      <w:r>
        <w:rPr>
          <w:rFonts w:ascii="Consolas" w:eastAsia="Consolas" w:hAnsi="Consolas"/>
          <w:sz w:val="20"/>
        </w:rPr>
        <w:t>if (</w:t>
      </w:r>
      <w:proofErr w:type="spellStart"/>
      <w:proofErr w:type="gramStart"/>
      <w:r>
        <w:rPr>
          <w:rFonts w:ascii="Consolas" w:eastAsia="Consolas" w:hAnsi="Consolas"/>
          <w:sz w:val="20"/>
        </w:rPr>
        <w:t>global.Up</w:t>
      </w:r>
      <w:proofErr w:type="spellEnd"/>
      <w:proofErr w:type="gramEnd"/>
      <w:r>
        <w:rPr>
          <w:rFonts w:ascii="Consolas" w:eastAsia="Consolas" w:hAnsi="Consolas"/>
          <w:sz w:val="20"/>
        </w:rPr>
        <w:t xml:space="preserve"> == 1 &amp;&amp; </w:t>
      </w:r>
      <w:proofErr w:type="spellStart"/>
      <w:r>
        <w:rPr>
          <w:rFonts w:ascii="Consolas" w:eastAsia="Consolas" w:hAnsi="Consolas"/>
          <w:sz w:val="20"/>
        </w:rPr>
        <w:t>global.Rigt</w:t>
      </w:r>
      <w:proofErr w:type="spellEnd"/>
      <w:r>
        <w:rPr>
          <w:rFonts w:ascii="Consolas" w:eastAsia="Consolas" w:hAnsi="Consolas"/>
          <w:sz w:val="20"/>
        </w:rPr>
        <w:t xml:space="preserve"> != 1 &amp;&amp; </w:t>
      </w:r>
      <w:proofErr w:type="spellStart"/>
      <w:r>
        <w:rPr>
          <w:rFonts w:ascii="Consolas" w:eastAsia="Consolas" w:hAnsi="Consolas"/>
          <w:sz w:val="20"/>
        </w:rPr>
        <w:t>global.Left</w:t>
      </w:r>
      <w:proofErr w:type="spellEnd"/>
      <w:r>
        <w:rPr>
          <w:rFonts w:ascii="Consolas" w:eastAsia="Consolas" w:hAnsi="Consolas"/>
          <w:sz w:val="20"/>
        </w:rPr>
        <w:t xml:space="preserve"> != 1 &amp;&amp; </w:t>
      </w:r>
      <w:proofErr w:type="spellStart"/>
      <w:r>
        <w:rPr>
          <w:rFonts w:ascii="Consolas" w:eastAsia="Consolas" w:hAnsi="Consolas"/>
          <w:sz w:val="20"/>
        </w:rPr>
        <w:t>global.Down</w:t>
      </w:r>
      <w:proofErr w:type="spellEnd"/>
      <w:r>
        <w:rPr>
          <w:rFonts w:ascii="Consolas" w:eastAsia="Consolas" w:hAnsi="Consolas"/>
          <w:sz w:val="20"/>
        </w:rPr>
        <w:t xml:space="preserve"> != 1 and !</w:t>
      </w:r>
      <w:proofErr w:type="spellStart"/>
      <w:r>
        <w:rPr>
          <w:rFonts w:ascii="Consolas" w:eastAsia="Consolas" w:hAnsi="Consolas"/>
          <w:sz w:val="20"/>
        </w:rPr>
        <w:t>place_meeting</w:t>
      </w:r>
      <w:proofErr w:type="spellEnd"/>
      <w:r>
        <w:rPr>
          <w:rFonts w:ascii="Consolas" w:eastAsia="Consolas" w:hAnsi="Consolas"/>
          <w:sz w:val="20"/>
        </w:rPr>
        <w:t>(</w:t>
      </w:r>
      <w:proofErr w:type="spellStart"/>
      <w:r>
        <w:rPr>
          <w:rFonts w:ascii="Consolas" w:eastAsia="Consolas" w:hAnsi="Consolas"/>
          <w:sz w:val="20"/>
        </w:rPr>
        <w:t>x,y,obj_battlebox_mask</w:t>
      </w:r>
      <w:proofErr w:type="spellEnd"/>
      <w:r>
        <w:rPr>
          <w:rFonts w:ascii="Consolas" w:eastAsia="Consolas" w:hAnsi="Consolas"/>
          <w:sz w:val="20"/>
        </w:rPr>
        <w:t xml:space="preserve">)) </w:t>
      </w:r>
      <w:proofErr w:type="spellStart"/>
      <w:r>
        <w:rPr>
          <w:rFonts w:ascii="Consolas" w:eastAsia="Consolas" w:hAnsi="Consolas"/>
          <w:sz w:val="20"/>
        </w:rPr>
        <w:t>dir</w:t>
      </w:r>
      <w:proofErr w:type="spellEnd"/>
      <w:r>
        <w:rPr>
          <w:rFonts w:ascii="Consolas" w:eastAsia="Consolas" w:hAnsi="Consolas"/>
          <w:sz w:val="20"/>
        </w:rPr>
        <w:t xml:space="preserve"> = 0;</w:t>
      </w:r>
    </w:p>
    <w:p w14:paraId="2E278F66" w14:textId="77777777" w:rsidR="006C7C92" w:rsidRDefault="006C7C92" w:rsidP="006C7C92">
      <w:pPr>
        <w:spacing w:after="0" w:line="240" w:lineRule="auto"/>
      </w:pPr>
      <w:r>
        <w:rPr>
          <w:rFonts w:ascii="Consolas" w:eastAsia="Consolas" w:hAnsi="Consolas"/>
          <w:sz w:val="20"/>
        </w:rPr>
        <w:lastRenderedPageBreak/>
        <w:t>else if (</w:t>
      </w:r>
      <w:proofErr w:type="spellStart"/>
      <w:proofErr w:type="gramStart"/>
      <w:r>
        <w:rPr>
          <w:rFonts w:ascii="Consolas" w:eastAsia="Consolas" w:hAnsi="Consolas"/>
          <w:sz w:val="20"/>
        </w:rPr>
        <w:t>global.Down</w:t>
      </w:r>
      <w:proofErr w:type="spellEnd"/>
      <w:proofErr w:type="gramEnd"/>
      <w:r>
        <w:rPr>
          <w:rFonts w:ascii="Consolas" w:eastAsia="Consolas" w:hAnsi="Consolas"/>
          <w:sz w:val="20"/>
        </w:rPr>
        <w:t xml:space="preserve"> == 1 &amp;&amp; </w:t>
      </w:r>
      <w:proofErr w:type="spellStart"/>
      <w:r>
        <w:rPr>
          <w:rFonts w:ascii="Consolas" w:eastAsia="Consolas" w:hAnsi="Consolas"/>
          <w:sz w:val="20"/>
        </w:rPr>
        <w:t>global.Rigt</w:t>
      </w:r>
      <w:proofErr w:type="spellEnd"/>
      <w:r>
        <w:rPr>
          <w:rFonts w:ascii="Consolas" w:eastAsia="Consolas" w:hAnsi="Consolas"/>
          <w:sz w:val="20"/>
        </w:rPr>
        <w:t xml:space="preserve"> != 1 &amp;&amp; </w:t>
      </w:r>
      <w:proofErr w:type="spellStart"/>
      <w:r>
        <w:rPr>
          <w:rFonts w:ascii="Consolas" w:eastAsia="Consolas" w:hAnsi="Consolas"/>
          <w:sz w:val="20"/>
        </w:rPr>
        <w:t>global.Left</w:t>
      </w:r>
      <w:proofErr w:type="spellEnd"/>
      <w:r>
        <w:rPr>
          <w:rFonts w:ascii="Consolas" w:eastAsia="Consolas" w:hAnsi="Consolas"/>
          <w:sz w:val="20"/>
        </w:rPr>
        <w:t xml:space="preserve"> != 1 &amp;&amp; </w:t>
      </w:r>
      <w:proofErr w:type="spellStart"/>
      <w:r>
        <w:rPr>
          <w:rFonts w:ascii="Consolas" w:eastAsia="Consolas" w:hAnsi="Consolas"/>
          <w:sz w:val="20"/>
        </w:rPr>
        <w:t>global.Up</w:t>
      </w:r>
      <w:proofErr w:type="spellEnd"/>
      <w:r>
        <w:rPr>
          <w:rFonts w:ascii="Consolas" w:eastAsia="Consolas" w:hAnsi="Consolas"/>
          <w:sz w:val="20"/>
        </w:rPr>
        <w:t xml:space="preserve"> != 1 and !</w:t>
      </w:r>
      <w:proofErr w:type="spellStart"/>
      <w:r>
        <w:rPr>
          <w:rFonts w:ascii="Consolas" w:eastAsia="Consolas" w:hAnsi="Consolas"/>
          <w:sz w:val="20"/>
        </w:rPr>
        <w:t>place_meeting</w:t>
      </w:r>
      <w:proofErr w:type="spellEnd"/>
      <w:r>
        <w:rPr>
          <w:rFonts w:ascii="Consolas" w:eastAsia="Consolas" w:hAnsi="Consolas"/>
          <w:sz w:val="20"/>
        </w:rPr>
        <w:t>(</w:t>
      </w:r>
      <w:proofErr w:type="spellStart"/>
      <w:r>
        <w:rPr>
          <w:rFonts w:ascii="Consolas" w:eastAsia="Consolas" w:hAnsi="Consolas"/>
          <w:sz w:val="20"/>
        </w:rPr>
        <w:t>x,y,obj_battlebox_mask</w:t>
      </w:r>
      <w:proofErr w:type="spellEnd"/>
      <w:r>
        <w:rPr>
          <w:rFonts w:ascii="Consolas" w:eastAsia="Consolas" w:hAnsi="Consolas"/>
          <w:sz w:val="20"/>
        </w:rPr>
        <w:t xml:space="preserve">)) </w:t>
      </w:r>
      <w:proofErr w:type="spellStart"/>
      <w:r>
        <w:rPr>
          <w:rFonts w:ascii="Consolas" w:eastAsia="Consolas" w:hAnsi="Consolas"/>
          <w:sz w:val="20"/>
        </w:rPr>
        <w:t>dir</w:t>
      </w:r>
      <w:proofErr w:type="spellEnd"/>
      <w:r>
        <w:rPr>
          <w:rFonts w:ascii="Consolas" w:eastAsia="Consolas" w:hAnsi="Consolas"/>
          <w:sz w:val="20"/>
        </w:rPr>
        <w:t xml:space="preserve"> = 1;</w:t>
      </w:r>
    </w:p>
    <w:p w14:paraId="3EB4F5FA" w14:textId="77777777" w:rsidR="006C7C92" w:rsidRDefault="006C7C92" w:rsidP="006C7C92">
      <w:pPr>
        <w:spacing w:after="0" w:line="240" w:lineRule="auto"/>
      </w:pPr>
      <w:r>
        <w:rPr>
          <w:rFonts w:ascii="Consolas" w:eastAsia="Consolas" w:hAnsi="Consolas"/>
          <w:sz w:val="20"/>
        </w:rPr>
        <w:t>else if (</w:t>
      </w:r>
      <w:proofErr w:type="spellStart"/>
      <w:proofErr w:type="gramStart"/>
      <w:r>
        <w:rPr>
          <w:rFonts w:ascii="Consolas" w:eastAsia="Consolas" w:hAnsi="Consolas"/>
          <w:sz w:val="20"/>
        </w:rPr>
        <w:t>global.Left</w:t>
      </w:r>
      <w:proofErr w:type="spellEnd"/>
      <w:proofErr w:type="gramEnd"/>
      <w:r>
        <w:rPr>
          <w:rFonts w:ascii="Consolas" w:eastAsia="Consolas" w:hAnsi="Consolas"/>
          <w:sz w:val="20"/>
        </w:rPr>
        <w:t xml:space="preserve"> == 1 &amp;&amp; </w:t>
      </w:r>
      <w:proofErr w:type="spellStart"/>
      <w:r>
        <w:rPr>
          <w:rFonts w:ascii="Consolas" w:eastAsia="Consolas" w:hAnsi="Consolas"/>
          <w:sz w:val="20"/>
        </w:rPr>
        <w:t>global.Rigt</w:t>
      </w:r>
      <w:proofErr w:type="spellEnd"/>
      <w:r>
        <w:rPr>
          <w:rFonts w:ascii="Consolas" w:eastAsia="Consolas" w:hAnsi="Consolas"/>
          <w:sz w:val="20"/>
        </w:rPr>
        <w:t xml:space="preserve"> != 1 &amp;&amp; </w:t>
      </w:r>
      <w:proofErr w:type="spellStart"/>
      <w:r>
        <w:rPr>
          <w:rFonts w:ascii="Consolas" w:eastAsia="Consolas" w:hAnsi="Consolas"/>
          <w:sz w:val="20"/>
        </w:rPr>
        <w:t>global.Up</w:t>
      </w:r>
      <w:proofErr w:type="spellEnd"/>
      <w:r>
        <w:rPr>
          <w:rFonts w:ascii="Consolas" w:eastAsia="Consolas" w:hAnsi="Consolas"/>
          <w:sz w:val="20"/>
        </w:rPr>
        <w:t xml:space="preserve"> != 1 &amp;&amp; </w:t>
      </w:r>
      <w:proofErr w:type="spellStart"/>
      <w:r>
        <w:rPr>
          <w:rFonts w:ascii="Consolas" w:eastAsia="Consolas" w:hAnsi="Consolas"/>
          <w:sz w:val="20"/>
        </w:rPr>
        <w:t>global.Down</w:t>
      </w:r>
      <w:proofErr w:type="spellEnd"/>
      <w:r>
        <w:rPr>
          <w:rFonts w:ascii="Consolas" w:eastAsia="Consolas" w:hAnsi="Consolas"/>
          <w:sz w:val="20"/>
        </w:rPr>
        <w:t xml:space="preserve"> != 1 and !</w:t>
      </w:r>
      <w:proofErr w:type="spellStart"/>
      <w:r>
        <w:rPr>
          <w:rFonts w:ascii="Consolas" w:eastAsia="Consolas" w:hAnsi="Consolas"/>
          <w:sz w:val="20"/>
        </w:rPr>
        <w:t>place_meeting</w:t>
      </w:r>
      <w:proofErr w:type="spellEnd"/>
      <w:r>
        <w:rPr>
          <w:rFonts w:ascii="Consolas" w:eastAsia="Consolas" w:hAnsi="Consolas"/>
          <w:sz w:val="20"/>
        </w:rPr>
        <w:t>(</w:t>
      </w:r>
      <w:proofErr w:type="spellStart"/>
      <w:r>
        <w:rPr>
          <w:rFonts w:ascii="Consolas" w:eastAsia="Consolas" w:hAnsi="Consolas"/>
          <w:sz w:val="20"/>
        </w:rPr>
        <w:t>x,y,obj_battlebox_mask</w:t>
      </w:r>
      <w:proofErr w:type="spellEnd"/>
      <w:r>
        <w:rPr>
          <w:rFonts w:ascii="Consolas" w:eastAsia="Consolas" w:hAnsi="Consolas"/>
          <w:sz w:val="20"/>
        </w:rPr>
        <w:t xml:space="preserve">)) </w:t>
      </w:r>
      <w:proofErr w:type="spellStart"/>
      <w:r>
        <w:rPr>
          <w:rFonts w:ascii="Consolas" w:eastAsia="Consolas" w:hAnsi="Consolas"/>
          <w:sz w:val="20"/>
        </w:rPr>
        <w:t>dir</w:t>
      </w:r>
      <w:proofErr w:type="spellEnd"/>
      <w:r>
        <w:rPr>
          <w:rFonts w:ascii="Consolas" w:eastAsia="Consolas" w:hAnsi="Consolas"/>
          <w:sz w:val="20"/>
        </w:rPr>
        <w:t xml:space="preserve"> = 2;</w:t>
      </w:r>
    </w:p>
    <w:p w14:paraId="3F4D3AF5" w14:textId="77777777" w:rsidR="006C7C92" w:rsidRDefault="006C7C92" w:rsidP="006C7C92">
      <w:pPr>
        <w:spacing w:after="0" w:line="240" w:lineRule="auto"/>
      </w:pPr>
      <w:r>
        <w:rPr>
          <w:rFonts w:ascii="Consolas" w:eastAsia="Consolas" w:hAnsi="Consolas"/>
          <w:sz w:val="20"/>
        </w:rPr>
        <w:t>else if (</w:t>
      </w:r>
      <w:proofErr w:type="spellStart"/>
      <w:proofErr w:type="gramStart"/>
      <w:r>
        <w:rPr>
          <w:rFonts w:ascii="Consolas" w:eastAsia="Consolas" w:hAnsi="Consolas"/>
          <w:sz w:val="20"/>
        </w:rPr>
        <w:t>global.Rigt</w:t>
      </w:r>
      <w:proofErr w:type="spellEnd"/>
      <w:proofErr w:type="gramEnd"/>
      <w:r>
        <w:rPr>
          <w:rFonts w:ascii="Consolas" w:eastAsia="Consolas" w:hAnsi="Consolas"/>
          <w:sz w:val="20"/>
        </w:rPr>
        <w:t xml:space="preserve"> == 1 &amp;&amp; </w:t>
      </w:r>
      <w:proofErr w:type="spellStart"/>
      <w:r>
        <w:rPr>
          <w:rFonts w:ascii="Consolas" w:eastAsia="Consolas" w:hAnsi="Consolas"/>
          <w:sz w:val="20"/>
        </w:rPr>
        <w:t>global.Up</w:t>
      </w:r>
      <w:proofErr w:type="spellEnd"/>
      <w:r>
        <w:rPr>
          <w:rFonts w:ascii="Consolas" w:eastAsia="Consolas" w:hAnsi="Consolas"/>
          <w:sz w:val="20"/>
        </w:rPr>
        <w:t xml:space="preserve"> != 1 &amp;&amp; </w:t>
      </w:r>
      <w:proofErr w:type="spellStart"/>
      <w:r>
        <w:rPr>
          <w:rFonts w:ascii="Consolas" w:eastAsia="Consolas" w:hAnsi="Consolas"/>
          <w:sz w:val="20"/>
        </w:rPr>
        <w:t>global.Left</w:t>
      </w:r>
      <w:proofErr w:type="spellEnd"/>
      <w:r>
        <w:rPr>
          <w:rFonts w:ascii="Consolas" w:eastAsia="Consolas" w:hAnsi="Consolas"/>
          <w:sz w:val="20"/>
        </w:rPr>
        <w:t xml:space="preserve"> != 1 &amp;&amp; </w:t>
      </w:r>
      <w:proofErr w:type="spellStart"/>
      <w:r>
        <w:rPr>
          <w:rFonts w:ascii="Consolas" w:eastAsia="Consolas" w:hAnsi="Consolas"/>
          <w:sz w:val="20"/>
        </w:rPr>
        <w:t>global.Down</w:t>
      </w:r>
      <w:proofErr w:type="spellEnd"/>
      <w:r>
        <w:rPr>
          <w:rFonts w:ascii="Consolas" w:eastAsia="Consolas" w:hAnsi="Consolas"/>
          <w:sz w:val="20"/>
        </w:rPr>
        <w:t xml:space="preserve"> != 1 and !</w:t>
      </w:r>
      <w:proofErr w:type="spellStart"/>
      <w:r>
        <w:rPr>
          <w:rFonts w:ascii="Consolas" w:eastAsia="Consolas" w:hAnsi="Consolas"/>
          <w:sz w:val="20"/>
        </w:rPr>
        <w:t>place_meeting</w:t>
      </w:r>
      <w:proofErr w:type="spellEnd"/>
      <w:r>
        <w:rPr>
          <w:rFonts w:ascii="Consolas" w:eastAsia="Consolas" w:hAnsi="Consolas"/>
          <w:sz w:val="20"/>
        </w:rPr>
        <w:t>(</w:t>
      </w:r>
      <w:proofErr w:type="spellStart"/>
      <w:r>
        <w:rPr>
          <w:rFonts w:ascii="Consolas" w:eastAsia="Consolas" w:hAnsi="Consolas"/>
          <w:sz w:val="20"/>
        </w:rPr>
        <w:t>x,y,obj_battlebox_mask</w:t>
      </w:r>
      <w:proofErr w:type="spellEnd"/>
      <w:r>
        <w:rPr>
          <w:rFonts w:ascii="Consolas" w:eastAsia="Consolas" w:hAnsi="Consolas"/>
          <w:sz w:val="20"/>
        </w:rPr>
        <w:t xml:space="preserve">)) </w:t>
      </w:r>
      <w:proofErr w:type="spellStart"/>
      <w:r>
        <w:rPr>
          <w:rFonts w:ascii="Consolas" w:eastAsia="Consolas" w:hAnsi="Consolas"/>
          <w:sz w:val="20"/>
        </w:rPr>
        <w:t>dir</w:t>
      </w:r>
      <w:proofErr w:type="spellEnd"/>
      <w:r>
        <w:rPr>
          <w:rFonts w:ascii="Consolas" w:eastAsia="Consolas" w:hAnsi="Consolas"/>
          <w:sz w:val="20"/>
        </w:rPr>
        <w:t xml:space="preserve"> = 3;</w:t>
      </w:r>
    </w:p>
    <w:p w14:paraId="10DB9941" w14:textId="77777777" w:rsidR="006C7C92" w:rsidRDefault="006C7C92" w:rsidP="006C7C92">
      <w:pPr>
        <w:spacing w:after="0" w:line="240" w:lineRule="auto"/>
      </w:pPr>
      <w:r>
        <w:rPr>
          <w:rFonts w:ascii="Consolas" w:eastAsia="Consolas" w:hAnsi="Consolas"/>
          <w:sz w:val="20"/>
        </w:rPr>
        <w:t>else if (</w:t>
      </w:r>
      <w:proofErr w:type="spellStart"/>
      <w:proofErr w:type="gramStart"/>
      <w:r>
        <w:rPr>
          <w:rFonts w:ascii="Consolas" w:eastAsia="Consolas" w:hAnsi="Consolas"/>
          <w:sz w:val="20"/>
        </w:rPr>
        <w:t>global.Down</w:t>
      </w:r>
      <w:proofErr w:type="spellEnd"/>
      <w:proofErr w:type="gramEnd"/>
      <w:r>
        <w:rPr>
          <w:rFonts w:ascii="Consolas" w:eastAsia="Consolas" w:hAnsi="Consolas"/>
          <w:sz w:val="20"/>
        </w:rPr>
        <w:t xml:space="preserve"> == 1 &amp;&amp; </w:t>
      </w:r>
      <w:proofErr w:type="spellStart"/>
      <w:r>
        <w:rPr>
          <w:rFonts w:ascii="Consolas" w:eastAsia="Consolas" w:hAnsi="Consolas"/>
          <w:sz w:val="20"/>
        </w:rPr>
        <w:t>global.Rigt</w:t>
      </w:r>
      <w:proofErr w:type="spellEnd"/>
      <w:r>
        <w:rPr>
          <w:rFonts w:ascii="Consolas" w:eastAsia="Consolas" w:hAnsi="Consolas"/>
          <w:sz w:val="20"/>
        </w:rPr>
        <w:t xml:space="preserve"> == 1 and !</w:t>
      </w:r>
      <w:proofErr w:type="spellStart"/>
      <w:r>
        <w:rPr>
          <w:rFonts w:ascii="Consolas" w:eastAsia="Consolas" w:hAnsi="Consolas"/>
          <w:sz w:val="20"/>
        </w:rPr>
        <w:t>place_meeting</w:t>
      </w:r>
      <w:proofErr w:type="spellEnd"/>
      <w:r>
        <w:rPr>
          <w:rFonts w:ascii="Consolas" w:eastAsia="Consolas" w:hAnsi="Consolas"/>
          <w:sz w:val="20"/>
        </w:rPr>
        <w:t>(</w:t>
      </w:r>
      <w:proofErr w:type="spellStart"/>
      <w:r>
        <w:rPr>
          <w:rFonts w:ascii="Consolas" w:eastAsia="Consolas" w:hAnsi="Consolas"/>
          <w:sz w:val="20"/>
        </w:rPr>
        <w:t>x,y,obj_battlebox_mask</w:t>
      </w:r>
      <w:proofErr w:type="spellEnd"/>
      <w:r>
        <w:rPr>
          <w:rFonts w:ascii="Consolas" w:eastAsia="Consolas" w:hAnsi="Consolas"/>
          <w:sz w:val="20"/>
        </w:rPr>
        <w:t xml:space="preserve">)) </w:t>
      </w:r>
      <w:proofErr w:type="spellStart"/>
      <w:r>
        <w:rPr>
          <w:rFonts w:ascii="Consolas" w:eastAsia="Consolas" w:hAnsi="Consolas"/>
          <w:sz w:val="20"/>
        </w:rPr>
        <w:t>dir</w:t>
      </w:r>
      <w:proofErr w:type="spellEnd"/>
      <w:r>
        <w:rPr>
          <w:rFonts w:ascii="Consolas" w:eastAsia="Consolas" w:hAnsi="Consolas"/>
          <w:sz w:val="20"/>
        </w:rPr>
        <w:t xml:space="preserve"> = 4;</w:t>
      </w:r>
    </w:p>
    <w:p w14:paraId="53931AB2" w14:textId="77777777" w:rsidR="006C7C92" w:rsidRDefault="006C7C92" w:rsidP="006C7C92">
      <w:pPr>
        <w:spacing w:after="0" w:line="240" w:lineRule="auto"/>
      </w:pPr>
      <w:r>
        <w:rPr>
          <w:rFonts w:ascii="Consolas" w:eastAsia="Consolas" w:hAnsi="Consolas"/>
          <w:sz w:val="20"/>
        </w:rPr>
        <w:t>else if (</w:t>
      </w:r>
      <w:proofErr w:type="spellStart"/>
      <w:proofErr w:type="gramStart"/>
      <w:r>
        <w:rPr>
          <w:rFonts w:ascii="Consolas" w:eastAsia="Consolas" w:hAnsi="Consolas"/>
          <w:sz w:val="20"/>
        </w:rPr>
        <w:t>global.Down</w:t>
      </w:r>
      <w:proofErr w:type="spellEnd"/>
      <w:proofErr w:type="gramEnd"/>
      <w:r>
        <w:rPr>
          <w:rFonts w:ascii="Consolas" w:eastAsia="Consolas" w:hAnsi="Consolas"/>
          <w:sz w:val="20"/>
        </w:rPr>
        <w:t xml:space="preserve"> == 1 &amp;&amp; </w:t>
      </w:r>
      <w:proofErr w:type="spellStart"/>
      <w:r>
        <w:rPr>
          <w:rFonts w:ascii="Consolas" w:eastAsia="Consolas" w:hAnsi="Consolas"/>
          <w:sz w:val="20"/>
        </w:rPr>
        <w:t>global.Left</w:t>
      </w:r>
      <w:proofErr w:type="spellEnd"/>
      <w:r>
        <w:rPr>
          <w:rFonts w:ascii="Consolas" w:eastAsia="Consolas" w:hAnsi="Consolas"/>
          <w:sz w:val="20"/>
        </w:rPr>
        <w:t xml:space="preserve"> == 1 and !</w:t>
      </w:r>
      <w:proofErr w:type="spellStart"/>
      <w:r>
        <w:rPr>
          <w:rFonts w:ascii="Consolas" w:eastAsia="Consolas" w:hAnsi="Consolas"/>
          <w:sz w:val="20"/>
        </w:rPr>
        <w:t>place_meeting</w:t>
      </w:r>
      <w:proofErr w:type="spellEnd"/>
      <w:r>
        <w:rPr>
          <w:rFonts w:ascii="Consolas" w:eastAsia="Consolas" w:hAnsi="Consolas"/>
          <w:sz w:val="20"/>
        </w:rPr>
        <w:t>(</w:t>
      </w:r>
      <w:proofErr w:type="spellStart"/>
      <w:r>
        <w:rPr>
          <w:rFonts w:ascii="Consolas" w:eastAsia="Consolas" w:hAnsi="Consolas"/>
          <w:sz w:val="20"/>
        </w:rPr>
        <w:t>x,y,obj_battlebox_mask</w:t>
      </w:r>
      <w:proofErr w:type="spellEnd"/>
      <w:r>
        <w:rPr>
          <w:rFonts w:ascii="Consolas" w:eastAsia="Consolas" w:hAnsi="Consolas"/>
          <w:sz w:val="20"/>
        </w:rPr>
        <w:t xml:space="preserve">)) </w:t>
      </w:r>
      <w:proofErr w:type="spellStart"/>
      <w:r>
        <w:rPr>
          <w:rFonts w:ascii="Consolas" w:eastAsia="Consolas" w:hAnsi="Consolas"/>
          <w:sz w:val="20"/>
        </w:rPr>
        <w:t>dir</w:t>
      </w:r>
      <w:proofErr w:type="spellEnd"/>
      <w:r>
        <w:rPr>
          <w:rFonts w:ascii="Consolas" w:eastAsia="Consolas" w:hAnsi="Consolas"/>
          <w:sz w:val="20"/>
        </w:rPr>
        <w:t xml:space="preserve"> = 5;</w:t>
      </w:r>
    </w:p>
    <w:p w14:paraId="4D73EE76" w14:textId="77777777" w:rsidR="006C7C92" w:rsidRDefault="006C7C92" w:rsidP="006C7C92">
      <w:pPr>
        <w:spacing w:after="0" w:line="240" w:lineRule="auto"/>
      </w:pPr>
      <w:r>
        <w:rPr>
          <w:rFonts w:ascii="Consolas" w:eastAsia="Consolas" w:hAnsi="Consolas"/>
          <w:sz w:val="20"/>
        </w:rPr>
        <w:t>else if (</w:t>
      </w:r>
      <w:proofErr w:type="spellStart"/>
      <w:proofErr w:type="gramStart"/>
      <w:r>
        <w:rPr>
          <w:rFonts w:ascii="Consolas" w:eastAsia="Consolas" w:hAnsi="Consolas"/>
          <w:sz w:val="20"/>
        </w:rPr>
        <w:t>global.Up</w:t>
      </w:r>
      <w:proofErr w:type="spellEnd"/>
      <w:proofErr w:type="gramEnd"/>
      <w:r>
        <w:rPr>
          <w:rFonts w:ascii="Consolas" w:eastAsia="Consolas" w:hAnsi="Consolas"/>
          <w:sz w:val="20"/>
        </w:rPr>
        <w:t xml:space="preserve"> == 1 &amp;&amp; </w:t>
      </w:r>
      <w:proofErr w:type="spellStart"/>
      <w:r>
        <w:rPr>
          <w:rFonts w:ascii="Consolas" w:eastAsia="Consolas" w:hAnsi="Consolas"/>
          <w:sz w:val="20"/>
        </w:rPr>
        <w:t>global.Left</w:t>
      </w:r>
      <w:proofErr w:type="spellEnd"/>
      <w:r>
        <w:rPr>
          <w:rFonts w:ascii="Consolas" w:eastAsia="Consolas" w:hAnsi="Consolas"/>
          <w:sz w:val="20"/>
        </w:rPr>
        <w:t xml:space="preserve"> == 1 and !</w:t>
      </w:r>
      <w:proofErr w:type="spellStart"/>
      <w:r>
        <w:rPr>
          <w:rFonts w:ascii="Consolas" w:eastAsia="Consolas" w:hAnsi="Consolas"/>
          <w:sz w:val="20"/>
        </w:rPr>
        <w:t>place_meeting</w:t>
      </w:r>
      <w:proofErr w:type="spellEnd"/>
      <w:r>
        <w:rPr>
          <w:rFonts w:ascii="Consolas" w:eastAsia="Consolas" w:hAnsi="Consolas"/>
          <w:sz w:val="20"/>
        </w:rPr>
        <w:t>(</w:t>
      </w:r>
      <w:proofErr w:type="spellStart"/>
      <w:r>
        <w:rPr>
          <w:rFonts w:ascii="Consolas" w:eastAsia="Consolas" w:hAnsi="Consolas"/>
          <w:sz w:val="20"/>
        </w:rPr>
        <w:t>x,y,obj_battlebox_mask</w:t>
      </w:r>
      <w:proofErr w:type="spellEnd"/>
      <w:r>
        <w:rPr>
          <w:rFonts w:ascii="Consolas" w:eastAsia="Consolas" w:hAnsi="Consolas"/>
          <w:sz w:val="20"/>
        </w:rPr>
        <w:t xml:space="preserve">)) </w:t>
      </w:r>
      <w:proofErr w:type="spellStart"/>
      <w:r>
        <w:rPr>
          <w:rFonts w:ascii="Consolas" w:eastAsia="Consolas" w:hAnsi="Consolas"/>
          <w:sz w:val="20"/>
        </w:rPr>
        <w:t>dir</w:t>
      </w:r>
      <w:proofErr w:type="spellEnd"/>
      <w:r>
        <w:rPr>
          <w:rFonts w:ascii="Consolas" w:eastAsia="Consolas" w:hAnsi="Consolas"/>
          <w:sz w:val="20"/>
        </w:rPr>
        <w:t xml:space="preserve"> = 6;</w:t>
      </w:r>
    </w:p>
    <w:p w14:paraId="73900FDD" w14:textId="77777777" w:rsidR="006C7C92" w:rsidRDefault="006C7C92" w:rsidP="006C7C92">
      <w:pPr>
        <w:spacing w:after="0" w:line="240" w:lineRule="auto"/>
      </w:pPr>
      <w:r>
        <w:rPr>
          <w:rFonts w:ascii="Consolas" w:eastAsia="Consolas" w:hAnsi="Consolas"/>
          <w:sz w:val="20"/>
        </w:rPr>
        <w:t>else if (</w:t>
      </w:r>
      <w:proofErr w:type="spellStart"/>
      <w:proofErr w:type="gramStart"/>
      <w:r>
        <w:rPr>
          <w:rFonts w:ascii="Consolas" w:eastAsia="Consolas" w:hAnsi="Consolas"/>
          <w:sz w:val="20"/>
        </w:rPr>
        <w:t>global.Up</w:t>
      </w:r>
      <w:proofErr w:type="spellEnd"/>
      <w:proofErr w:type="gramEnd"/>
      <w:r>
        <w:rPr>
          <w:rFonts w:ascii="Consolas" w:eastAsia="Consolas" w:hAnsi="Consolas"/>
          <w:sz w:val="20"/>
        </w:rPr>
        <w:t xml:space="preserve"> == 1 &amp;&amp; </w:t>
      </w:r>
      <w:proofErr w:type="spellStart"/>
      <w:r>
        <w:rPr>
          <w:rFonts w:ascii="Consolas" w:eastAsia="Consolas" w:hAnsi="Consolas"/>
          <w:sz w:val="20"/>
        </w:rPr>
        <w:t>global.Rigt</w:t>
      </w:r>
      <w:proofErr w:type="spellEnd"/>
      <w:r>
        <w:rPr>
          <w:rFonts w:ascii="Consolas" w:eastAsia="Consolas" w:hAnsi="Consolas"/>
          <w:sz w:val="20"/>
        </w:rPr>
        <w:t xml:space="preserve"> == 1 and !</w:t>
      </w:r>
      <w:proofErr w:type="spellStart"/>
      <w:r>
        <w:rPr>
          <w:rFonts w:ascii="Consolas" w:eastAsia="Consolas" w:hAnsi="Consolas"/>
          <w:sz w:val="20"/>
        </w:rPr>
        <w:t>place_meeting</w:t>
      </w:r>
      <w:proofErr w:type="spellEnd"/>
      <w:r>
        <w:rPr>
          <w:rFonts w:ascii="Consolas" w:eastAsia="Consolas" w:hAnsi="Consolas"/>
          <w:sz w:val="20"/>
        </w:rPr>
        <w:t>(</w:t>
      </w:r>
      <w:proofErr w:type="spellStart"/>
      <w:r>
        <w:rPr>
          <w:rFonts w:ascii="Consolas" w:eastAsia="Consolas" w:hAnsi="Consolas"/>
          <w:sz w:val="20"/>
        </w:rPr>
        <w:t>x,y,obj_battlebox_mask</w:t>
      </w:r>
      <w:proofErr w:type="spellEnd"/>
      <w:r>
        <w:rPr>
          <w:rFonts w:ascii="Consolas" w:eastAsia="Consolas" w:hAnsi="Consolas"/>
          <w:sz w:val="20"/>
        </w:rPr>
        <w:t xml:space="preserve">)) </w:t>
      </w:r>
      <w:proofErr w:type="spellStart"/>
      <w:r>
        <w:rPr>
          <w:rFonts w:ascii="Consolas" w:eastAsia="Consolas" w:hAnsi="Consolas"/>
          <w:sz w:val="20"/>
        </w:rPr>
        <w:t>dir</w:t>
      </w:r>
      <w:proofErr w:type="spellEnd"/>
      <w:r>
        <w:rPr>
          <w:rFonts w:ascii="Consolas" w:eastAsia="Consolas" w:hAnsi="Consolas"/>
          <w:sz w:val="20"/>
        </w:rPr>
        <w:t xml:space="preserve"> = 7;</w:t>
      </w:r>
    </w:p>
    <w:p w14:paraId="78BD79CF" w14:textId="77777777" w:rsidR="006C7C92" w:rsidRDefault="006C7C92" w:rsidP="006C7C92"/>
    <w:p w14:paraId="17F6E307" w14:textId="77777777" w:rsidR="006C7C92" w:rsidRDefault="006C7C92" w:rsidP="006C7C92">
      <w:pPr>
        <w:spacing w:after="0" w:line="240" w:lineRule="auto"/>
      </w:pPr>
      <w:r>
        <w:rPr>
          <w:rFonts w:ascii="Consolas" w:eastAsia="Consolas" w:hAnsi="Consolas"/>
          <w:sz w:val="20"/>
        </w:rPr>
        <w:t>if (</w:t>
      </w:r>
      <w:proofErr w:type="spellStart"/>
      <w:r>
        <w:rPr>
          <w:rFonts w:ascii="Consolas" w:eastAsia="Consolas" w:hAnsi="Consolas"/>
          <w:sz w:val="20"/>
        </w:rPr>
        <w:t>press_</w:t>
      </w:r>
      <w:proofErr w:type="gramStart"/>
      <w:r>
        <w:rPr>
          <w:rFonts w:ascii="Consolas" w:eastAsia="Consolas" w:hAnsi="Consolas"/>
          <w:sz w:val="20"/>
        </w:rPr>
        <w:t>state</w:t>
      </w:r>
      <w:proofErr w:type="spellEnd"/>
      <w:r>
        <w:rPr>
          <w:rFonts w:ascii="Consolas" w:eastAsia="Consolas" w:hAnsi="Consolas"/>
          <w:sz w:val="20"/>
        </w:rPr>
        <w:t xml:space="preserve"> !</w:t>
      </w:r>
      <w:proofErr w:type="gramEnd"/>
      <w:r>
        <w:rPr>
          <w:rFonts w:ascii="Consolas" w:eastAsia="Consolas" w:hAnsi="Consolas"/>
          <w:sz w:val="20"/>
        </w:rPr>
        <w:t xml:space="preserve">= 0 &amp;&amp; </w:t>
      </w:r>
      <w:proofErr w:type="spellStart"/>
      <w:r>
        <w:rPr>
          <w:rFonts w:ascii="Consolas" w:eastAsia="Consolas" w:hAnsi="Consolas"/>
          <w:sz w:val="20"/>
        </w:rPr>
        <w:t>last_press_time</w:t>
      </w:r>
      <w:proofErr w:type="spellEnd"/>
      <w:r>
        <w:rPr>
          <w:rFonts w:ascii="Consolas" w:eastAsia="Consolas" w:hAnsi="Consolas"/>
          <w:sz w:val="20"/>
        </w:rPr>
        <w:t xml:space="preserve"> &gt;= 0 &amp;&amp; </w:t>
      </w:r>
      <w:proofErr w:type="spellStart"/>
      <w:r>
        <w:rPr>
          <w:rFonts w:ascii="Consolas" w:eastAsia="Consolas" w:hAnsi="Consolas"/>
          <w:sz w:val="20"/>
        </w:rPr>
        <w:t>current_time</w:t>
      </w:r>
      <w:proofErr w:type="spellEnd"/>
      <w:r>
        <w:rPr>
          <w:rFonts w:ascii="Consolas" w:eastAsia="Consolas" w:hAnsi="Consolas"/>
          <w:sz w:val="20"/>
        </w:rPr>
        <w:t xml:space="preserve"> - </w:t>
      </w:r>
      <w:proofErr w:type="spellStart"/>
      <w:r>
        <w:rPr>
          <w:rFonts w:ascii="Consolas" w:eastAsia="Consolas" w:hAnsi="Consolas"/>
          <w:sz w:val="20"/>
        </w:rPr>
        <w:t>last_press_time</w:t>
      </w:r>
      <w:proofErr w:type="spellEnd"/>
      <w:r>
        <w:rPr>
          <w:rFonts w:ascii="Consolas" w:eastAsia="Consolas" w:hAnsi="Consolas"/>
          <w:sz w:val="20"/>
        </w:rPr>
        <w:t xml:space="preserve"> &gt; </w:t>
      </w:r>
      <w:proofErr w:type="spellStart"/>
      <w:r>
        <w:rPr>
          <w:rFonts w:ascii="Consolas" w:eastAsia="Consolas" w:hAnsi="Consolas"/>
          <w:sz w:val="20"/>
        </w:rPr>
        <w:t>double_press_delay</w:t>
      </w:r>
      <w:proofErr w:type="spellEnd"/>
      <w:r>
        <w:rPr>
          <w:rFonts w:ascii="Consolas" w:eastAsia="Consolas" w:hAnsi="Consolas"/>
          <w:sz w:val="20"/>
        </w:rPr>
        <w:t xml:space="preserve"> * 1000) {</w:t>
      </w:r>
    </w:p>
    <w:p w14:paraId="75703B83"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press_state</w:t>
      </w:r>
      <w:proofErr w:type="spellEnd"/>
      <w:r>
        <w:rPr>
          <w:rFonts w:ascii="Consolas" w:eastAsia="Consolas" w:hAnsi="Consolas"/>
          <w:sz w:val="20"/>
        </w:rPr>
        <w:t xml:space="preserve"> = 0;</w:t>
      </w:r>
    </w:p>
    <w:p w14:paraId="6DA804BA"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chain_count</w:t>
      </w:r>
      <w:proofErr w:type="spellEnd"/>
      <w:r>
        <w:rPr>
          <w:rFonts w:ascii="Consolas" w:eastAsia="Consolas" w:hAnsi="Consolas"/>
          <w:sz w:val="20"/>
        </w:rPr>
        <w:t xml:space="preserve"> = 0;</w:t>
      </w:r>
    </w:p>
    <w:p w14:paraId="61CA4263"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last_press_time</w:t>
      </w:r>
      <w:proofErr w:type="spellEnd"/>
      <w:r>
        <w:rPr>
          <w:rFonts w:ascii="Consolas" w:eastAsia="Consolas" w:hAnsi="Consolas"/>
          <w:sz w:val="20"/>
        </w:rPr>
        <w:t xml:space="preserve"> = -1;</w:t>
      </w:r>
    </w:p>
    <w:p w14:paraId="2761C2AF"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active_dir</w:t>
      </w:r>
      <w:proofErr w:type="spellEnd"/>
      <w:r>
        <w:rPr>
          <w:rFonts w:ascii="Consolas" w:eastAsia="Consolas" w:hAnsi="Consolas"/>
          <w:sz w:val="20"/>
        </w:rPr>
        <w:t xml:space="preserve"> = -1;</w:t>
      </w:r>
    </w:p>
    <w:p w14:paraId="6C766A92" w14:textId="77777777" w:rsidR="006C7C92" w:rsidRDefault="006C7C92" w:rsidP="006C7C92">
      <w:pPr>
        <w:spacing w:after="0" w:line="240" w:lineRule="auto"/>
      </w:pPr>
      <w:r>
        <w:rPr>
          <w:rFonts w:ascii="Consolas" w:eastAsia="Consolas" w:hAnsi="Consolas"/>
          <w:sz w:val="20"/>
        </w:rPr>
        <w:t>}</w:t>
      </w:r>
    </w:p>
    <w:p w14:paraId="15E34952" w14:textId="77777777" w:rsidR="006C7C92" w:rsidRDefault="006C7C92" w:rsidP="006C7C92"/>
    <w:p w14:paraId="4B808004" w14:textId="77777777" w:rsidR="006C7C92" w:rsidRDefault="006C7C92" w:rsidP="006C7C92">
      <w:pPr>
        <w:spacing w:after="0" w:line="240" w:lineRule="auto"/>
      </w:pPr>
      <w:r>
        <w:rPr>
          <w:rFonts w:ascii="Consolas" w:eastAsia="Consolas" w:hAnsi="Consolas"/>
          <w:sz w:val="20"/>
        </w:rPr>
        <w:t xml:space="preserve">var </w:t>
      </w:r>
      <w:proofErr w:type="spellStart"/>
      <w:r>
        <w:rPr>
          <w:rFonts w:ascii="Consolas" w:eastAsia="Consolas" w:hAnsi="Consolas"/>
          <w:sz w:val="20"/>
        </w:rPr>
        <w:t>is_new_press</w:t>
      </w:r>
      <w:proofErr w:type="spellEnd"/>
      <w:r>
        <w:rPr>
          <w:rFonts w:ascii="Consolas" w:eastAsia="Consolas" w:hAnsi="Consolas"/>
          <w:sz w:val="20"/>
        </w:rPr>
        <w:t xml:space="preserve"> = (</w:t>
      </w:r>
      <w:proofErr w:type="spellStart"/>
      <w:proofErr w:type="gramStart"/>
      <w:r>
        <w:rPr>
          <w:rFonts w:ascii="Consolas" w:eastAsia="Consolas" w:hAnsi="Consolas"/>
          <w:sz w:val="20"/>
        </w:rPr>
        <w:t>dir</w:t>
      </w:r>
      <w:proofErr w:type="spellEnd"/>
      <w:r>
        <w:rPr>
          <w:rFonts w:ascii="Consolas" w:eastAsia="Consolas" w:hAnsi="Consolas"/>
          <w:sz w:val="20"/>
        </w:rPr>
        <w:t xml:space="preserve"> !</w:t>
      </w:r>
      <w:proofErr w:type="gramEnd"/>
      <w:r>
        <w:rPr>
          <w:rFonts w:ascii="Consolas" w:eastAsia="Consolas" w:hAnsi="Consolas"/>
          <w:sz w:val="20"/>
        </w:rPr>
        <w:t xml:space="preserve">= -1 &amp;&amp; </w:t>
      </w:r>
      <w:proofErr w:type="spellStart"/>
      <w:r>
        <w:rPr>
          <w:rFonts w:ascii="Consolas" w:eastAsia="Consolas" w:hAnsi="Consolas"/>
          <w:sz w:val="20"/>
        </w:rPr>
        <w:t>prev_dir</w:t>
      </w:r>
      <w:proofErr w:type="spellEnd"/>
      <w:r>
        <w:rPr>
          <w:rFonts w:ascii="Consolas" w:eastAsia="Consolas" w:hAnsi="Consolas"/>
          <w:sz w:val="20"/>
        </w:rPr>
        <w:t xml:space="preserve"> == -1);</w:t>
      </w:r>
    </w:p>
    <w:p w14:paraId="1BBC0042" w14:textId="77777777" w:rsidR="006C7C92" w:rsidRDefault="006C7C92" w:rsidP="006C7C92">
      <w:pPr>
        <w:spacing w:after="0" w:line="240" w:lineRule="auto"/>
      </w:pPr>
      <w:proofErr w:type="spellStart"/>
      <w:r>
        <w:rPr>
          <w:rFonts w:ascii="Consolas" w:eastAsia="Consolas" w:hAnsi="Consolas"/>
          <w:sz w:val="20"/>
        </w:rPr>
        <w:t>prev_dir</w:t>
      </w:r>
      <w:proofErr w:type="spellEnd"/>
      <w:r>
        <w:rPr>
          <w:rFonts w:ascii="Consolas" w:eastAsia="Consolas" w:hAnsi="Consolas"/>
          <w:sz w:val="20"/>
        </w:rPr>
        <w:t xml:space="preserve"> = </w:t>
      </w:r>
      <w:proofErr w:type="spellStart"/>
      <w:r>
        <w:rPr>
          <w:rFonts w:ascii="Consolas" w:eastAsia="Consolas" w:hAnsi="Consolas"/>
          <w:sz w:val="20"/>
        </w:rPr>
        <w:t>dir</w:t>
      </w:r>
      <w:proofErr w:type="spellEnd"/>
      <w:r>
        <w:rPr>
          <w:rFonts w:ascii="Consolas" w:eastAsia="Consolas" w:hAnsi="Consolas"/>
          <w:sz w:val="20"/>
        </w:rPr>
        <w:t>;</w:t>
      </w:r>
    </w:p>
    <w:p w14:paraId="16629F8C" w14:textId="77777777" w:rsidR="006C7C92" w:rsidRDefault="006C7C92" w:rsidP="006C7C92"/>
    <w:p w14:paraId="608F80D8" w14:textId="77777777" w:rsidR="006C7C92" w:rsidRDefault="006C7C92" w:rsidP="006C7C92">
      <w:pPr>
        <w:spacing w:after="0" w:line="240" w:lineRule="auto"/>
      </w:pPr>
      <w:r>
        <w:rPr>
          <w:rFonts w:ascii="Consolas" w:eastAsia="Consolas" w:hAnsi="Consolas"/>
          <w:sz w:val="20"/>
        </w:rPr>
        <w:t>if (</w:t>
      </w:r>
      <w:proofErr w:type="spellStart"/>
      <w:r>
        <w:rPr>
          <w:rFonts w:ascii="Consolas" w:eastAsia="Consolas" w:hAnsi="Consolas"/>
          <w:sz w:val="20"/>
        </w:rPr>
        <w:t>is_new_press</w:t>
      </w:r>
      <w:proofErr w:type="spellEnd"/>
      <w:r>
        <w:rPr>
          <w:rFonts w:ascii="Consolas" w:eastAsia="Consolas" w:hAnsi="Consolas"/>
          <w:sz w:val="20"/>
        </w:rPr>
        <w:t>) {</w:t>
      </w:r>
    </w:p>
    <w:p w14:paraId="7C4EC724" w14:textId="77777777" w:rsidR="006C7C92" w:rsidRDefault="006C7C92" w:rsidP="006C7C92"/>
    <w:p w14:paraId="753AA6C3" w14:textId="77777777" w:rsidR="006C7C92" w:rsidRDefault="006C7C92" w:rsidP="006C7C92">
      <w:pPr>
        <w:spacing w:after="0" w:line="240" w:lineRule="auto"/>
      </w:pPr>
      <w:r>
        <w:rPr>
          <w:rFonts w:ascii="Consolas" w:eastAsia="Consolas" w:hAnsi="Consolas"/>
          <w:sz w:val="20"/>
        </w:rPr>
        <w:t xml:space="preserve">    var now = </w:t>
      </w:r>
      <w:proofErr w:type="spellStart"/>
      <w:r>
        <w:rPr>
          <w:rFonts w:ascii="Consolas" w:eastAsia="Consolas" w:hAnsi="Consolas"/>
          <w:sz w:val="20"/>
        </w:rPr>
        <w:t>current_time</w:t>
      </w:r>
      <w:proofErr w:type="spellEnd"/>
      <w:r>
        <w:rPr>
          <w:rFonts w:ascii="Consolas" w:eastAsia="Consolas" w:hAnsi="Consolas"/>
          <w:sz w:val="20"/>
        </w:rPr>
        <w:t>;</w:t>
      </w:r>
    </w:p>
    <w:p w14:paraId="661C7C40" w14:textId="77777777" w:rsidR="006C7C92" w:rsidRDefault="006C7C92" w:rsidP="006C7C92"/>
    <w:p w14:paraId="6DD7955D"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active_</w:t>
      </w:r>
      <w:proofErr w:type="gramStart"/>
      <w:r>
        <w:rPr>
          <w:rFonts w:ascii="Consolas" w:eastAsia="Consolas" w:hAnsi="Consolas"/>
          <w:sz w:val="20"/>
        </w:rPr>
        <w:t>dir</w:t>
      </w:r>
      <w:proofErr w:type="spellEnd"/>
      <w:r>
        <w:rPr>
          <w:rFonts w:ascii="Consolas" w:eastAsia="Consolas" w:hAnsi="Consolas"/>
          <w:sz w:val="20"/>
        </w:rPr>
        <w:t xml:space="preserve"> !</w:t>
      </w:r>
      <w:proofErr w:type="gramEnd"/>
      <w:r>
        <w:rPr>
          <w:rFonts w:ascii="Consolas" w:eastAsia="Consolas" w:hAnsi="Consolas"/>
          <w:sz w:val="20"/>
        </w:rPr>
        <w:t xml:space="preserve">= </w:t>
      </w:r>
      <w:proofErr w:type="spellStart"/>
      <w:r>
        <w:rPr>
          <w:rFonts w:ascii="Consolas" w:eastAsia="Consolas" w:hAnsi="Consolas"/>
          <w:sz w:val="20"/>
        </w:rPr>
        <w:t>dir</w:t>
      </w:r>
      <w:proofErr w:type="spellEnd"/>
      <w:r>
        <w:rPr>
          <w:rFonts w:ascii="Consolas" w:eastAsia="Consolas" w:hAnsi="Consolas"/>
          <w:sz w:val="20"/>
        </w:rPr>
        <w:t>) {</w:t>
      </w:r>
    </w:p>
    <w:p w14:paraId="028A0321"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press_state</w:t>
      </w:r>
      <w:proofErr w:type="spellEnd"/>
      <w:r>
        <w:rPr>
          <w:rFonts w:ascii="Consolas" w:eastAsia="Consolas" w:hAnsi="Consolas"/>
          <w:sz w:val="20"/>
        </w:rPr>
        <w:t xml:space="preserve"> = 0;</w:t>
      </w:r>
    </w:p>
    <w:p w14:paraId="03A6C3A9"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chain_count</w:t>
      </w:r>
      <w:proofErr w:type="spellEnd"/>
      <w:r>
        <w:rPr>
          <w:rFonts w:ascii="Consolas" w:eastAsia="Consolas" w:hAnsi="Consolas"/>
          <w:sz w:val="20"/>
        </w:rPr>
        <w:t xml:space="preserve"> = 0;</w:t>
      </w:r>
    </w:p>
    <w:p w14:paraId="2FACE67E"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active_dir</w:t>
      </w:r>
      <w:proofErr w:type="spellEnd"/>
      <w:r>
        <w:rPr>
          <w:rFonts w:ascii="Consolas" w:eastAsia="Consolas" w:hAnsi="Consolas"/>
          <w:sz w:val="20"/>
        </w:rPr>
        <w:t xml:space="preserve"> = </w:t>
      </w:r>
      <w:proofErr w:type="spellStart"/>
      <w:r>
        <w:rPr>
          <w:rFonts w:ascii="Consolas" w:eastAsia="Consolas" w:hAnsi="Consolas"/>
          <w:sz w:val="20"/>
        </w:rPr>
        <w:t>dir</w:t>
      </w:r>
      <w:proofErr w:type="spellEnd"/>
      <w:r>
        <w:rPr>
          <w:rFonts w:ascii="Consolas" w:eastAsia="Consolas" w:hAnsi="Consolas"/>
          <w:sz w:val="20"/>
        </w:rPr>
        <w:t>;</w:t>
      </w:r>
    </w:p>
    <w:p w14:paraId="17132DCF"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last_press_time</w:t>
      </w:r>
      <w:proofErr w:type="spellEnd"/>
      <w:r>
        <w:rPr>
          <w:rFonts w:ascii="Consolas" w:eastAsia="Consolas" w:hAnsi="Consolas"/>
          <w:sz w:val="20"/>
        </w:rPr>
        <w:t xml:space="preserve"> = -1;</w:t>
      </w:r>
    </w:p>
    <w:p w14:paraId="55D111B6" w14:textId="77777777" w:rsidR="006C7C92" w:rsidRDefault="006C7C92" w:rsidP="006C7C92">
      <w:pPr>
        <w:spacing w:after="0" w:line="240" w:lineRule="auto"/>
      </w:pPr>
      <w:r>
        <w:rPr>
          <w:rFonts w:ascii="Consolas" w:eastAsia="Consolas" w:hAnsi="Consolas"/>
          <w:sz w:val="20"/>
        </w:rPr>
        <w:t xml:space="preserve">    }</w:t>
      </w:r>
    </w:p>
    <w:p w14:paraId="50A15B74" w14:textId="77777777" w:rsidR="006C7C92" w:rsidRDefault="006C7C92" w:rsidP="006C7C92"/>
    <w:p w14:paraId="593E5BB0" w14:textId="77777777" w:rsidR="006C7C92" w:rsidRDefault="006C7C92" w:rsidP="006C7C92">
      <w:pPr>
        <w:spacing w:after="0" w:line="240" w:lineRule="auto"/>
      </w:pPr>
      <w:r>
        <w:rPr>
          <w:rFonts w:ascii="Consolas" w:eastAsia="Consolas" w:hAnsi="Consolas"/>
          <w:sz w:val="20"/>
        </w:rPr>
        <w:t xml:space="preserve">    if (</w:t>
      </w:r>
      <w:proofErr w:type="spellStart"/>
      <w:proofErr w:type="gramStart"/>
      <w:r>
        <w:rPr>
          <w:rFonts w:ascii="Consolas" w:eastAsia="Consolas" w:hAnsi="Consolas"/>
          <w:sz w:val="20"/>
        </w:rPr>
        <w:t>dir</w:t>
      </w:r>
      <w:proofErr w:type="spellEnd"/>
      <w:r>
        <w:rPr>
          <w:rFonts w:ascii="Consolas" w:eastAsia="Consolas" w:hAnsi="Consolas"/>
          <w:sz w:val="20"/>
        </w:rPr>
        <w:t xml:space="preserve"> !</w:t>
      </w:r>
      <w:proofErr w:type="gramEnd"/>
      <w:r>
        <w:rPr>
          <w:rFonts w:ascii="Consolas" w:eastAsia="Consolas" w:hAnsi="Consolas"/>
          <w:sz w:val="20"/>
        </w:rPr>
        <w:t>= -1) {</w:t>
      </w:r>
    </w:p>
    <w:p w14:paraId="48505404"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press_state</w:t>
      </w:r>
      <w:proofErr w:type="spellEnd"/>
      <w:r>
        <w:rPr>
          <w:rFonts w:ascii="Consolas" w:eastAsia="Consolas" w:hAnsi="Consolas"/>
          <w:sz w:val="20"/>
        </w:rPr>
        <w:t xml:space="preserve"> == 0) {</w:t>
      </w:r>
    </w:p>
    <w:p w14:paraId="4CB3F891"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press_state</w:t>
      </w:r>
      <w:proofErr w:type="spellEnd"/>
      <w:r>
        <w:rPr>
          <w:rFonts w:ascii="Consolas" w:eastAsia="Consolas" w:hAnsi="Consolas"/>
          <w:sz w:val="20"/>
        </w:rPr>
        <w:t xml:space="preserve"> = 1;</w:t>
      </w:r>
    </w:p>
    <w:p w14:paraId="2F53A7B9"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last_press_time</w:t>
      </w:r>
      <w:proofErr w:type="spellEnd"/>
      <w:r>
        <w:rPr>
          <w:rFonts w:ascii="Consolas" w:eastAsia="Consolas" w:hAnsi="Consolas"/>
          <w:sz w:val="20"/>
        </w:rPr>
        <w:t xml:space="preserve"> = now;</w:t>
      </w:r>
    </w:p>
    <w:p w14:paraId="37561DE7"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chain_count</w:t>
      </w:r>
      <w:proofErr w:type="spellEnd"/>
      <w:r>
        <w:rPr>
          <w:rFonts w:ascii="Consolas" w:eastAsia="Consolas" w:hAnsi="Consolas"/>
          <w:sz w:val="20"/>
        </w:rPr>
        <w:t xml:space="preserve"> = 1;</w:t>
      </w:r>
    </w:p>
    <w:p w14:paraId="7DC5FB82" w14:textId="77777777" w:rsidR="006C7C92" w:rsidRDefault="006C7C92" w:rsidP="006C7C92">
      <w:pPr>
        <w:spacing w:after="0" w:line="240" w:lineRule="auto"/>
      </w:pPr>
      <w:r>
        <w:rPr>
          <w:rFonts w:ascii="Consolas" w:eastAsia="Consolas" w:hAnsi="Consolas"/>
          <w:sz w:val="20"/>
        </w:rPr>
        <w:t xml:space="preserve">        }</w:t>
      </w:r>
    </w:p>
    <w:p w14:paraId="2F4EAD34" w14:textId="77777777" w:rsidR="006C7C92" w:rsidRDefault="006C7C92" w:rsidP="006C7C92">
      <w:pPr>
        <w:spacing w:after="0" w:line="240" w:lineRule="auto"/>
      </w:pPr>
      <w:r>
        <w:rPr>
          <w:rFonts w:ascii="Consolas" w:eastAsia="Consolas" w:hAnsi="Consolas"/>
          <w:sz w:val="20"/>
        </w:rPr>
        <w:t xml:space="preserve">        else if (</w:t>
      </w:r>
      <w:proofErr w:type="spellStart"/>
      <w:r>
        <w:rPr>
          <w:rFonts w:ascii="Consolas" w:eastAsia="Consolas" w:hAnsi="Consolas"/>
          <w:sz w:val="20"/>
        </w:rPr>
        <w:t>press_state</w:t>
      </w:r>
      <w:proofErr w:type="spellEnd"/>
      <w:r>
        <w:rPr>
          <w:rFonts w:ascii="Consolas" w:eastAsia="Consolas" w:hAnsi="Consolas"/>
          <w:sz w:val="20"/>
        </w:rPr>
        <w:t xml:space="preserve"> == 1) {</w:t>
      </w:r>
    </w:p>
    <w:p w14:paraId="78576AD8" w14:textId="77777777" w:rsidR="006C7C92" w:rsidRDefault="006C7C92" w:rsidP="006C7C92">
      <w:pPr>
        <w:spacing w:after="0" w:line="240" w:lineRule="auto"/>
      </w:pPr>
      <w:r>
        <w:rPr>
          <w:rFonts w:ascii="Consolas" w:eastAsia="Consolas" w:hAnsi="Consolas"/>
          <w:sz w:val="20"/>
        </w:rPr>
        <w:t xml:space="preserve">            if (now - </w:t>
      </w:r>
      <w:proofErr w:type="spellStart"/>
      <w:r>
        <w:rPr>
          <w:rFonts w:ascii="Consolas" w:eastAsia="Consolas" w:hAnsi="Consolas"/>
          <w:sz w:val="20"/>
        </w:rPr>
        <w:t>last_press_time</w:t>
      </w:r>
      <w:proofErr w:type="spellEnd"/>
      <w:r>
        <w:rPr>
          <w:rFonts w:ascii="Consolas" w:eastAsia="Consolas" w:hAnsi="Consolas"/>
          <w:sz w:val="20"/>
        </w:rPr>
        <w:t xml:space="preserve"> &lt;= </w:t>
      </w:r>
      <w:proofErr w:type="spellStart"/>
      <w:r>
        <w:rPr>
          <w:rFonts w:ascii="Consolas" w:eastAsia="Consolas" w:hAnsi="Consolas"/>
          <w:sz w:val="20"/>
        </w:rPr>
        <w:t>double_press_delay</w:t>
      </w:r>
      <w:proofErr w:type="spellEnd"/>
      <w:r>
        <w:rPr>
          <w:rFonts w:ascii="Consolas" w:eastAsia="Consolas" w:hAnsi="Consolas"/>
          <w:sz w:val="20"/>
        </w:rPr>
        <w:t xml:space="preserve"> * 1000) {</w:t>
      </w:r>
    </w:p>
    <w:p w14:paraId="4CAAE132"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press_state</w:t>
      </w:r>
      <w:proofErr w:type="spellEnd"/>
      <w:r>
        <w:rPr>
          <w:rFonts w:ascii="Consolas" w:eastAsia="Consolas" w:hAnsi="Consolas"/>
          <w:sz w:val="20"/>
        </w:rPr>
        <w:t xml:space="preserve"> = 2; </w:t>
      </w:r>
    </w:p>
    <w:p w14:paraId="528E1766"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last_press_time</w:t>
      </w:r>
      <w:proofErr w:type="spellEnd"/>
      <w:r>
        <w:rPr>
          <w:rFonts w:ascii="Consolas" w:eastAsia="Consolas" w:hAnsi="Consolas"/>
          <w:sz w:val="20"/>
        </w:rPr>
        <w:t xml:space="preserve"> = now;</w:t>
      </w:r>
    </w:p>
    <w:p w14:paraId="302494E6"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chain_count</w:t>
      </w:r>
      <w:proofErr w:type="spellEnd"/>
      <w:r>
        <w:rPr>
          <w:rFonts w:ascii="Consolas" w:eastAsia="Consolas" w:hAnsi="Consolas"/>
          <w:sz w:val="20"/>
        </w:rPr>
        <w:t xml:space="preserve"> = 2;</w:t>
      </w:r>
    </w:p>
    <w:p w14:paraId="0671042A"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green_move_side</w:t>
      </w:r>
      <w:proofErr w:type="spellEnd"/>
      <w:r>
        <w:rPr>
          <w:rFonts w:ascii="Consolas" w:eastAsia="Consolas" w:hAnsi="Consolas"/>
          <w:sz w:val="20"/>
        </w:rPr>
        <w:t xml:space="preserve"> = </w:t>
      </w:r>
      <w:proofErr w:type="spellStart"/>
      <w:r>
        <w:rPr>
          <w:rFonts w:ascii="Consolas" w:eastAsia="Consolas" w:hAnsi="Consolas"/>
          <w:sz w:val="20"/>
        </w:rPr>
        <w:t>new_target_angle</w:t>
      </w:r>
      <w:proofErr w:type="spellEnd"/>
      <w:r>
        <w:rPr>
          <w:rFonts w:ascii="Consolas" w:eastAsia="Consolas" w:hAnsi="Consolas"/>
          <w:sz w:val="20"/>
        </w:rPr>
        <w:t>;</w:t>
      </w:r>
    </w:p>
    <w:p w14:paraId="38B9731C" w14:textId="77777777" w:rsidR="006C7C92" w:rsidRDefault="006C7C92" w:rsidP="006C7C92"/>
    <w:p w14:paraId="3D81C753" w14:textId="77777777" w:rsidR="006C7C92" w:rsidRDefault="006C7C92" w:rsidP="006C7C92">
      <w:pPr>
        <w:spacing w:after="0" w:line="240" w:lineRule="auto"/>
      </w:pPr>
      <w:r>
        <w:rPr>
          <w:rFonts w:ascii="Consolas" w:eastAsia="Consolas" w:hAnsi="Consolas"/>
          <w:sz w:val="20"/>
        </w:rPr>
        <w:lastRenderedPageBreak/>
        <w:t xml:space="preserve">            } else {</w:t>
      </w:r>
    </w:p>
    <w:p w14:paraId="36C87FF0"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last_press_time</w:t>
      </w:r>
      <w:proofErr w:type="spellEnd"/>
      <w:r>
        <w:rPr>
          <w:rFonts w:ascii="Consolas" w:eastAsia="Consolas" w:hAnsi="Consolas"/>
          <w:sz w:val="20"/>
        </w:rPr>
        <w:t xml:space="preserve"> = now;</w:t>
      </w:r>
    </w:p>
    <w:p w14:paraId="44E0EA49"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chain_count</w:t>
      </w:r>
      <w:proofErr w:type="spellEnd"/>
      <w:r>
        <w:rPr>
          <w:rFonts w:ascii="Consolas" w:eastAsia="Consolas" w:hAnsi="Consolas"/>
          <w:sz w:val="20"/>
        </w:rPr>
        <w:t xml:space="preserve"> = 1;</w:t>
      </w:r>
    </w:p>
    <w:p w14:paraId="0388D308"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press_state</w:t>
      </w:r>
      <w:proofErr w:type="spellEnd"/>
      <w:r>
        <w:rPr>
          <w:rFonts w:ascii="Consolas" w:eastAsia="Consolas" w:hAnsi="Consolas"/>
          <w:sz w:val="20"/>
        </w:rPr>
        <w:t xml:space="preserve"> = 1;</w:t>
      </w:r>
    </w:p>
    <w:p w14:paraId="33148B96" w14:textId="77777777" w:rsidR="006C7C92" w:rsidRDefault="006C7C92" w:rsidP="006C7C92">
      <w:pPr>
        <w:spacing w:after="0" w:line="240" w:lineRule="auto"/>
      </w:pPr>
      <w:r>
        <w:rPr>
          <w:rFonts w:ascii="Consolas" w:eastAsia="Consolas" w:hAnsi="Consolas"/>
          <w:sz w:val="20"/>
        </w:rPr>
        <w:t xml:space="preserve">            }</w:t>
      </w:r>
    </w:p>
    <w:p w14:paraId="363BBD61" w14:textId="77777777" w:rsidR="006C7C92" w:rsidRDefault="006C7C92" w:rsidP="006C7C92">
      <w:pPr>
        <w:spacing w:after="0" w:line="240" w:lineRule="auto"/>
      </w:pPr>
      <w:r>
        <w:rPr>
          <w:rFonts w:ascii="Consolas" w:eastAsia="Consolas" w:hAnsi="Consolas"/>
          <w:sz w:val="20"/>
        </w:rPr>
        <w:t xml:space="preserve">        }</w:t>
      </w:r>
    </w:p>
    <w:p w14:paraId="2CDCFB72" w14:textId="77777777" w:rsidR="006C7C92" w:rsidRDefault="006C7C92" w:rsidP="006C7C92">
      <w:pPr>
        <w:spacing w:after="0" w:line="240" w:lineRule="auto"/>
      </w:pPr>
      <w:r>
        <w:rPr>
          <w:rFonts w:ascii="Consolas" w:eastAsia="Consolas" w:hAnsi="Consolas"/>
          <w:sz w:val="20"/>
        </w:rPr>
        <w:t xml:space="preserve">        else if (</w:t>
      </w:r>
      <w:proofErr w:type="spellStart"/>
      <w:r>
        <w:rPr>
          <w:rFonts w:ascii="Consolas" w:eastAsia="Consolas" w:hAnsi="Consolas"/>
          <w:sz w:val="20"/>
        </w:rPr>
        <w:t>press_state</w:t>
      </w:r>
      <w:proofErr w:type="spellEnd"/>
      <w:r>
        <w:rPr>
          <w:rFonts w:ascii="Consolas" w:eastAsia="Consolas" w:hAnsi="Consolas"/>
          <w:sz w:val="20"/>
        </w:rPr>
        <w:t xml:space="preserve"> == 2) {</w:t>
      </w:r>
    </w:p>
    <w:p w14:paraId="34A709A6" w14:textId="77777777" w:rsidR="006C7C92" w:rsidRDefault="006C7C92" w:rsidP="006C7C92">
      <w:pPr>
        <w:spacing w:after="0" w:line="240" w:lineRule="auto"/>
      </w:pPr>
      <w:r>
        <w:rPr>
          <w:rFonts w:ascii="Consolas" w:eastAsia="Consolas" w:hAnsi="Consolas"/>
          <w:sz w:val="20"/>
        </w:rPr>
        <w:t xml:space="preserve">            if (now - </w:t>
      </w:r>
      <w:proofErr w:type="spellStart"/>
      <w:r>
        <w:rPr>
          <w:rFonts w:ascii="Consolas" w:eastAsia="Consolas" w:hAnsi="Consolas"/>
          <w:sz w:val="20"/>
        </w:rPr>
        <w:t>last_press_time</w:t>
      </w:r>
      <w:proofErr w:type="spellEnd"/>
      <w:r>
        <w:rPr>
          <w:rFonts w:ascii="Consolas" w:eastAsia="Consolas" w:hAnsi="Consolas"/>
          <w:sz w:val="20"/>
        </w:rPr>
        <w:t xml:space="preserve"> &lt;= </w:t>
      </w:r>
      <w:proofErr w:type="spellStart"/>
      <w:r>
        <w:rPr>
          <w:rFonts w:ascii="Consolas" w:eastAsia="Consolas" w:hAnsi="Consolas"/>
          <w:sz w:val="20"/>
        </w:rPr>
        <w:t>double_press_delay</w:t>
      </w:r>
      <w:proofErr w:type="spellEnd"/>
      <w:r>
        <w:rPr>
          <w:rFonts w:ascii="Consolas" w:eastAsia="Consolas" w:hAnsi="Consolas"/>
          <w:sz w:val="20"/>
        </w:rPr>
        <w:t xml:space="preserve"> * 1000) {</w:t>
      </w:r>
    </w:p>
    <w:p w14:paraId="0729F8DB"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last_press_time</w:t>
      </w:r>
      <w:proofErr w:type="spellEnd"/>
      <w:r>
        <w:rPr>
          <w:rFonts w:ascii="Consolas" w:eastAsia="Consolas" w:hAnsi="Consolas"/>
          <w:sz w:val="20"/>
        </w:rPr>
        <w:t xml:space="preserve"> = now;</w:t>
      </w:r>
    </w:p>
    <w:p w14:paraId="703C8AF9"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chain_count</w:t>
      </w:r>
      <w:proofErr w:type="spellEnd"/>
      <w:r>
        <w:rPr>
          <w:rFonts w:ascii="Consolas" w:eastAsia="Consolas" w:hAnsi="Consolas"/>
          <w:sz w:val="20"/>
        </w:rPr>
        <w:t xml:space="preserve"> += 1;</w:t>
      </w:r>
    </w:p>
    <w:p w14:paraId="5DAC731C"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green_move_side</w:t>
      </w:r>
      <w:proofErr w:type="spellEnd"/>
      <w:r>
        <w:rPr>
          <w:rFonts w:ascii="Consolas" w:eastAsia="Consolas" w:hAnsi="Consolas"/>
          <w:sz w:val="20"/>
        </w:rPr>
        <w:t xml:space="preserve"> = </w:t>
      </w:r>
      <w:proofErr w:type="spellStart"/>
      <w:r>
        <w:rPr>
          <w:rFonts w:ascii="Consolas" w:eastAsia="Consolas" w:hAnsi="Consolas"/>
          <w:sz w:val="20"/>
        </w:rPr>
        <w:t>new_target_angle</w:t>
      </w:r>
      <w:proofErr w:type="spellEnd"/>
      <w:r>
        <w:rPr>
          <w:rFonts w:ascii="Consolas" w:eastAsia="Consolas" w:hAnsi="Consolas"/>
          <w:sz w:val="20"/>
        </w:rPr>
        <w:t>;</w:t>
      </w:r>
    </w:p>
    <w:p w14:paraId="3BC8CE5E" w14:textId="77777777" w:rsidR="006C7C92" w:rsidRDefault="006C7C92" w:rsidP="006C7C92">
      <w:pPr>
        <w:spacing w:after="0" w:line="360" w:lineRule="auto"/>
        <w:ind w:firstLine="709"/>
        <w:jc w:val="both"/>
      </w:pPr>
      <w:r>
        <w:t xml:space="preserve">              </w:t>
      </w:r>
    </w:p>
    <w:p w14:paraId="21A1B3C8" w14:textId="77777777" w:rsidR="006C7C92" w:rsidRDefault="006C7C92" w:rsidP="006C7C92">
      <w:pPr>
        <w:spacing w:after="0" w:line="240" w:lineRule="auto"/>
      </w:pPr>
      <w:r>
        <w:rPr>
          <w:rFonts w:ascii="Consolas" w:eastAsia="Consolas" w:hAnsi="Consolas"/>
          <w:sz w:val="20"/>
        </w:rPr>
        <w:t xml:space="preserve">            } else {</w:t>
      </w:r>
    </w:p>
    <w:p w14:paraId="537ACC02"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press_state</w:t>
      </w:r>
      <w:proofErr w:type="spellEnd"/>
      <w:r>
        <w:rPr>
          <w:rFonts w:ascii="Consolas" w:eastAsia="Consolas" w:hAnsi="Consolas"/>
          <w:sz w:val="20"/>
        </w:rPr>
        <w:t xml:space="preserve"> = 1;</w:t>
      </w:r>
    </w:p>
    <w:p w14:paraId="28F14617"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last_press_time</w:t>
      </w:r>
      <w:proofErr w:type="spellEnd"/>
      <w:r>
        <w:rPr>
          <w:rFonts w:ascii="Consolas" w:eastAsia="Consolas" w:hAnsi="Consolas"/>
          <w:sz w:val="20"/>
        </w:rPr>
        <w:t xml:space="preserve"> = now;</w:t>
      </w:r>
    </w:p>
    <w:p w14:paraId="4B1AA045"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chain_count</w:t>
      </w:r>
      <w:proofErr w:type="spellEnd"/>
      <w:r>
        <w:rPr>
          <w:rFonts w:ascii="Consolas" w:eastAsia="Consolas" w:hAnsi="Consolas"/>
          <w:sz w:val="20"/>
        </w:rPr>
        <w:t xml:space="preserve"> = 1;</w:t>
      </w:r>
    </w:p>
    <w:p w14:paraId="57834E95" w14:textId="77777777" w:rsidR="006C7C92" w:rsidRDefault="006C7C92" w:rsidP="006C7C92">
      <w:pPr>
        <w:spacing w:after="0" w:line="240" w:lineRule="auto"/>
      </w:pPr>
      <w:r>
        <w:rPr>
          <w:rFonts w:ascii="Consolas" w:eastAsia="Consolas" w:hAnsi="Consolas"/>
          <w:sz w:val="20"/>
        </w:rPr>
        <w:t xml:space="preserve">            }</w:t>
      </w:r>
    </w:p>
    <w:p w14:paraId="636A89F6" w14:textId="77777777" w:rsidR="006C7C92" w:rsidRDefault="006C7C92" w:rsidP="006C7C92">
      <w:pPr>
        <w:spacing w:after="0" w:line="240" w:lineRule="auto"/>
      </w:pPr>
      <w:r>
        <w:rPr>
          <w:rFonts w:ascii="Consolas" w:eastAsia="Consolas" w:hAnsi="Consolas"/>
          <w:sz w:val="20"/>
        </w:rPr>
        <w:t xml:space="preserve">        }</w:t>
      </w:r>
    </w:p>
    <w:p w14:paraId="093B886C" w14:textId="77777777" w:rsidR="006C7C92" w:rsidRDefault="006C7C92" w:rsidP="006C7C92">
      <w:pPr>
        <w:spacing w:after="0" w:line="240" w:lineRule="auto"/>
      </w:pPr>
      <w:r>
        <w:rPr>
          <w:rFonts w:ascii="Consolas" w:eastAsia="Consolas" w:hAnsi="Consolas"/>
          <w:sz w:val="20"/>
        </w:rPr>
        <w:t xml:space="preserve">    }</w:t>
      </w:r>
    </w:p>
    <w:p w14:paraId="4BED59D8" w14:textId="77777777" w:rsidR="006C7C92" w:rsidRDefault="006C7C92" w:rsidP="006C7C92"/>
    <w:p w14:paraId="6B9C9FAA" w14:textId="77777777" w:rsidR="006C7C92" w:rsidRPr="006C7C92" w:rsidRDefault="006C7C92" w:rsidP="006C7C92">
      <w:pPr>
        <w:spacing w:after="0" w:line="360" w:lineRule="auto"/>
        <w:ind w:firstLine="709"/>
        <w:jc w:val="both"/>
        <w:rPr>
          <w:rFonts w:ascii="Times New Roman" w:hAnsi="Times New Roman" w:cs="Times New Roman"/>
          <w:sz w:val="28"/>
          <w:szCs w:val="28"/>
          <w:lang w:val="uk-UA"/>
        </w:rPr>
      </w:pPr>
      <w:proofErr w:type="spellStart"/>
      <w:r w:rsidRPr="006C7C92">
        <w:rPr>
          <w:rFonts w:ascii="Times New Roman" w:hAnsi="Times New Roman" w:cs="Times New Roman"/>
          <w:sz w:val="28"/>
          <w:szCs w:val="28"/>
        </w:rPr>
        <w:t>Код</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відповідаючий</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за</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початок</w:t>
      </w:r>
      <w:proofErr w:type="spellEnd"/>
      <w:r w:rsidRPr="006C7C92">
        <w:rPr>
          <w:rFonts w:ascii="Times New Roman" w:hAnsi="Times New Roman" w:cs="Times New Roman"/>
          <w:sz w:val="28"/>
          <w:szCs w:val="28"/>
        </w:rPr>
        <w:t xml:space="preserve"> 2 </w:t>
      </w:r>
      <w:proofErr w:type="spellStart"/>
      <w:r w:rsidRPr="006C7C92">
        <w:rPr>
          <w:rFonts w:ascii="Times New Roman" w:hAnsi="Times New Roman" w:cs="Times New Roman"/>
          <w:sz w:val="28"/>
          <w:szCs w:val="28"/>
        </w:rPr>
        <w:t>фази</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гри</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та</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першої</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половини</w:t>
      </w:r>
      <w:proofErr w:type="spellEnd"/>
      <w:r w:rsidRPr="006C7C92">
        <w:rPr>
          <w:rFonts w:ascii="Times New Roman" w:hAnsi="Times New Roman" w:cs="Times New Roman"/>
          <w:sz w:val="28"/>
          <w:szCs w:val="28"/>
        </w:rPr>
        <w:t xml:space="preserve"> </w:t>
      </w:r>
      <w:proofErr w:type="spellStart"/>
      <w:r w:rsidRPr="006C7C92">
        <w:rPr>
          <w:rFonts w:ascii="Times New Roman" w:hAnsi="Times New Roman" w:cs="Times New Roman"/>
          <w:sz w:val="28"/>
          <w:szCs w:val="28"/>
        </w:rPr>
        <w:t>бою</w:t>
      </w:r>
      <w:proofErr w:type="spellEnd"/>
      <w:r w:rsidRPr="006C7C92">
        <w:rPr>
          <w:rFonts w:ascii="Times New Roman" w:hAnsi="Times New Roman" w:cs="Times New Roman"/>
          <w:sz w:val="28"/>
          <w:szCs w:val="28"/>
        </w:rPr>
        <w:t xml:space="preserve"> </w:t>
      </w:r>
    </w:p>
    <w:p w14:paraId="26FB417C" w14:textId="77777777" w:rsidR="006C7C92" w:rsidRPr="006C7C92" w:rsidRDefault="006C7C92" w:rsidP="006C7C92">
      <w:pPr>
        <w:spacing w:after="0" w:line="360" w:lineRule="auto"/>
        <w:ind w:firstLine="709"/>
        <w:jc w:val="both"/>
        <w:rPr>
          <w:lang w:val="uk-UA"/>
        </w:rPr>
      </w:pPr>
    </w:p>
    <w:p w14:paraId="72A621AF" w14:textId="77777777" w:rsidR="006C7C92" w:rsidRDefault="006C7C92" w:rsidP="006C7C92">
      <w:pPr>
        <w:spacing w:after="0" w:line="240" w:lineRule="auto"/>
      </w:pPr>
      <w:r>
        <w:rPr>
          <w:rFonts w:ascii="Consolas" w:eastAsia="Consolas" w:hAnsi="Consolas"/>
          <w:sz w:val="20"/>
        </w:rPr>
        <w:t xml:space="preserve">16. if </w:t>
      </w:r>
      <w:proofErr w:type="spellStart"/>
      <w:r>
        <w:rPr>
          <w:rFonts w:ascii="Consolas" w:eastAsia="Consolas" w:hAnsi="Consolas"/>
          <w:sz w:val="20"/>
        </w:rPr>
        <w:t>place_meeting</w:t>
      </w:r>
      <w:proofErr w:type="spellEnd"/>
      <w:r>
        <w:rPr>
          <w:rFonts w:ascii="Consolas" w:eastAsia="Consolas" w:hAnsi="Consolas"/>
          <w:sz w:val="20"/>
        </w:rPr>
        <w:t>(</w:t>
      </w:r>
      <w:proofErr w:type="spellStart"/>
      <w:proofErr w:type="gramStart"/>
      <w:r>
        <w:rPr>
          <w:rFonts w:ascii="Consolas" w:eastAsia="Consolas" w:hAnsi="Consolas"/>
          <w:sz w:val="20"/>
        </w:rPr>
        <w:t>x,y</w:t>
      </w:r>
      <w:proofErr w:type="gramEnd"/>
      <w:r>
        <w:rPr>
          <w:rFonts w:ascii="Consolas" w:eastAsia="Consolas" w:hAnsi="Consolas"/>
          <w:sz w:val="20"/>
        </w:rPr>
        <w:t>,obj_battlebox_mask</w:t>
      </w:r>
      <w:proofErr w:type="spellEnd"/>
      <w:r>
        <w:rPr>
          <w:rFonts w:ascii="Consolas" w:eastAsia="Consolas" w:hAnsi="Consolas"/>
          <w:sz w:val="20"/>
        </w:rPr>
        <w:t xml:space="preserve">) and </w:t>
      </w:r>
      <w:proofErr w:type="spellStart"/>
      <w:r>
        <w:rPr>
          <w:rFonts w:ascii="Consolas" w:eastAsia="Consolas" w:hAnsi="Consolas"/>
          <w:sz w:val="20"/>
        </w:rPr>
        <w:t>obj_soul_shield.Green_move_side_Up</w:t>
      </w:r>
      <w:proofErr w:type="spellEnd"/>
      <w:r>
        <w:rPr>
          <w:rFonts w:ascii="Consolas" w:eastAsia="Consolas" w:hAnsi="Consolas"/>
          <w:sz w:val="20"/>
        </w:rPr>
        <w:t xml:space="preserve"> &gt;0 {</w:t>
      </w:r>
    </w:p>
    <w:p w14:paraId="6A672A30"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press_state</w:t>
      </w:r>
      <w:proofErr w:type="spellEnd"/>
      <w:r>
        <w:rPr>
          <w:rFonts w:ascii="Consolas" w:eastAsia="Consolas" w:hAnsi="Consolas"/>
          <w:sz w:val="20"/>
        </w:rPr>
        <w:t xml:space="preserve"> = 0; </w:t>
      </w:r>
    </w:p>
    <w:p w14:paraId="12CA57C5"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obj_soul_</w:t>
      </w:r>
      <w:proofErr w:type="gramStart"/>
      <w:r>
        <w:rPr>
          <w:rFonts w:ascii="Consolas" w:eastAsia="Consolas" w:hAnsi="Consolas"/>
          <w:sz w:val="20"/>
        </w:rPr>
        <w:t>shield.Green</w:t>
      </w:r>
      <w:proofErr w:type="gramEnd"/>
      <w:r>
        <w:rPr>
          <w:rFonts w:ascii="Consolas" w:eastAsia="Consolas" w:hAnsi="Consolas"/>
          <w:sz w:val="20"/>
        </w:rPr>
        <w:t>_move_side_Up</w:t>
      </w:r>
      <w:proofErr w:type="spellEnd"/>
      <w:r>
        <w:rPr>
          <w:rFonts w:ascii="Consolas" w:eastAsia="Consolas" w:hAnsi="Consolas"/>
          <w:sz w:val="20"/>
        </w:rPr>
        <w:t>=0</w:t>
      </w:r>
    </w:p>
    <w:p w14:paraId="7795DC5B"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Move_green_Up</w:t>
      </w:r>
      <w:proofErr w:type="spellEnd"/>
      <w:r>
        <w:rPr>
          <w:rFonts w:ascii="Consolas" w:eastAsia="Consolas" w:hAnsi="Consolas"/>
          <w:sz w:val="20"/>
        </w:rPr>
        <w:t>=1</w:t>
      </w:r>
    </w:p>
    <w:p w14:paraId="4B338D50"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audio_play_sound</w:t>
      </w:r>
      <w:proofErr w:type="spellEnd"/>
      <w:r>
        <w:rPr>
          <w:rFonts w:ascii="Consolas" w:eastAsia="Consolas" w:hAnsi="Consolas"/>
          <w:sz w:val="20"/>
        </w:rPr>
        <w:t>(snd_bump,0,0)</w:t>
      </w:r>
    </w:p>
    <w:p w14:paraId="13C11274" w14:textId="77777777" w:rsidR="006C7C92" w:rsidRDefault="006C7C92" w:rsidP="006C7C92">
      <w:pPr>
        <w:spacing w:after="0" w:line="240" w:lineRule="auto"/>
      </w:pPr>
      <w:r>
        <w:rPr>
          <w:rFonts w:ascii="Consolas" w:eastAsia="Consolas" w:hAnsi="Consolas"/>
          <w:sz w:val="20"/>
        </w:rPr>
        <w:t>}</w:t>
      </w:r>
    </w:p>
    <w:p w14:paraId="70ED9E31"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place_meeting</w:t>
      </w:r>
      <w:proofErr w:type="spellEnd"/>
      <w:r>
        <w:rPr>
          <w:rFonts w:ascii="Consolas" w:eastAsia="Consolas" w:hAnsi="Consolas"/>
          <w:sz w:val="20"/>
        </w:rPr>
        <w:t>(</w:t>
      </w:r>
      <w:proofErr w:type="spellStart"/>
      <w:proofErr w:type="gramStart"/>
      <w:r>
        <w:rPr>
          <w:rFonts w:ascii="Consolas" w:eastAsia="Consolas" w:hAnsi="Consolas"/>
          <w:sz w:val="20"/>
        </w:rPr>
        <w:t>x,y</w:t>
      </w:r>
      <w:proofErr w:type="gramEnd"/>
      <w:r>
        <w:rPr>
          <w:rFonts w:ascii="Consolas" w:eastAsia="Consolas" w:hAnsi="Consolas"/>
          <w:sz w:val="20"/>
        </w:rPr>
        <w:t>,obj_battlebox_mask</w:t>
      </w:r>
      <w:proofErr w:type="spellEnd"/>
      <w:r>
        <w:rPr>
          <w:rFonts w:ascii="Consolas" w:eastAsia="Consolas" w:hAnsi="Consolas"/>
          <w:sz w:val="20"/>
        </w:rPr>
        <w:t xml:space="preserve">) and </w:t>
      </w:r>
      <w:proofErr w:type="spellStart"/>
      <w:r>
        <w:rPr>
          <w:rFonts w:ascii="Consolas" w:eastAsia="Consolas" w:hAnsi="Consolas"/>
          <w:sz w:val="20"/>
        </w:rPr>
        <w:t>obj_soul_shield.Green_move_side_Down</w:t>
      </w:r>
      <w:proofErr w:type="spellEnd"/>
      <w:r>
        <w:rPr>
          <w:rFonts w:ascii="Consolas" w:eastAsia="Consolas" w:hAnsi="Consolas"/>
          <w:sz w:val="20"/>
        </w:rPr>
        <w:t xml:space="preserve"> &gt;0 {</w:t>
      </w:r>
    </w:p>
    <w:p w14:paraId="66DAA487"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press_state</w:t>
      </w:r>
      <w:proofErr w:type="spellEnd"/>
      <w:r>
        <w:rPr>
          <w:rFonts w:ascii="Consolas" w:eastAsia="Consolas" w:hAnsi="Consolas"/>
          <w:sz w:val="20"/>
        </w:rPr>
        <w:t xml:space="preserve"> = 0; </w:t>
      </w:r>
    </w:p>
    <w:p w14:paraId="6CE6AA14"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obj_soul_</w:t>
      </w:r>
      <w:proofErr w:type="gramStart"/>
      <w:r>
        <w:rPr>
          <w:rFonts w:ascii="Consolas" w:eastAsia="Consolas" w:hAnsi="Consolas"/>
          <w:sz w:val="20"/>
        </w:rPr>
        <w:t>shield.Green</w:t>
      </w:r>
      <w:proofErr w:type="gramEnd"/>
      <w:r>
        <w:rPr>
          <w:rFonts w:ascii="Consolas" w:eastAsia="Consolas" w:hAnsi="Consolas"/>
          <w:sz w:val="20"/>
        </w:rPr>
        <w:t>_move_side_Down</w:t>
      </w:r>
      <w:proofErr w:type="spellEnd"/>
      <w:r>
        <w:rPr>
          <w:rFonts w:ascii="Consolas" w:eastAsia="Consolas" w:hAnsi="Consolas"/>
          <w:sz w:val="20"/>
        </w:rPr>
        <w:t>=0</w:t>
      </w:r>
    </w:p>
    <w:p w14:paraId="6817B5B4"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Move_green_Down</w:t>
      </w:r>
      <w:proofErr w:type="spellEnd"/>
      <w:r>
        <w:rPr>
          <w:rFonts w:ascii="Consolas" w:eastAsia="Consolas" w:hAnsi="Consolas"/>
          <w:sz w:val="20"/>
        </w:rPr>
        <w:t>=1</w:t>
      </w:r>
    </w:p>
    <w:p w14:paraId="70A29EB8"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audio_play_sound</w:t>
      </w:r>
      <w:proofErr w:type="spellEnd"/>
      <w:r>
        <w:rPr>
          <w:rFonts w:ascii="Consolas" w:eastAsia="Consolas" w:hAnsi="Consolas"/>
          <w:sz w:val="20"/>
        </w:rPr>
        <w:t>(snd_bump,0,0)</w:t>
      </w:r>
    </w:p>
    <w:p w14:paraId="29AFDB00" w14:textId="77777777" w:rsidR="006C7C92" w:rsidRDefault="006C7C92" w:rsidP="006C7C92">
      <w:pPr>
        <w:spacing w:after="0" w:line="240" w:lineRule="auto"/>
      </w:pPr>
      <w:r>
        <w:rPr>
          <w:rFonts w:ascii="Consolas" w:eastAsia="Consolas" w:hAnsi="Consolas"/>
          <w:sz w:val="20"/>
        </w:rPr>
        <w:t>}</w:t>
      </w:r>
    </w:p>
    <w:p w14:paraId="5A71670A"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place_meeting</w:t>
      </w:r>
      <w:proofErr w:type="spellEnd"/>
      <w:r>
        <w:rPr>
          <w:rFonts w:ascii="Consolas" w:eastAsia="Consolas" w:hAnsi="Consolas"/>
          <w:sz w:val="20"/>
        </w:rPr>
        <w:t>(</w:t>
      </w:r>
      <w:proofErr w:type="spellStart"/>
      <w:proofErr w:type="gramStart"/>
      <w:r>
        <w:rPr>
          <w:rFonts w:ascii="Consolas" w:eastAsia="Consolas" w:hAnsi="Consolas"/>
          <w:sz w:val="20"/>
        </w:rPr>
        <w:t>x,y</w:t>
      </w:r>
      <w:proofErr w:type="gramEnd"/>
      <w:r>
        <w:rPr>
          <w:rFonts w:ascii="Consolas" w:eastAsia="Consolas" w:hAnsi="Consolas"/>
          <w:sz w:val="20"/>
        </w:rPr>
        <w:t>,obj_battlebox_mask</w:t>
      </w:r>
      <w:proofErr w:type="spellEnd"/>
      <w:r>
        <w:rPr>
          <w:rFonts w:ascii="Consolas" w:eastAsia="Consolas" w:hAnsi="Consolas"/>
          <w:sz w:val="20"/>
        </w:rPr>
        <w:t xml:space="preserve">) and </w:t>
      </w:r>
      <w:proofErr w:type="spellStart"/>
      <w:r>
        <w:rPr>
          <w:rFonts w:ascii="Consolas" w:eastAsia="Consolas" w:hAnsi="Consolas"/>
          <w:sz w:val="20"/>
        </w:rPr>
        <w:t>obj_soul_shield.Green_move_side_Righ</w:t>
      </w:r>
      <w:proofErr w:type="spellEnd"/>
      <w:r>
        <w:rPr>
          <w:rFonts w:ascii="Consolas" w:eastAsia="Consolas" w:hAnsi="Consolas"/>
          <w:sz w:val="20"/>
        </w:rPr>
        <w:t xml:space="preserve"> &gt;0{</w:t>
      </w:r>
    </w:p>
    <w:p w14:paraId="4B8AD4E1"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press_state</w:t>
      </w:r>
      <w:proofErr w:type="spellEnd"/>
      <w:r>
        <w:rPr>
          <w:rFonts w:ascii="Consolas" w:eastAsia="Consolas" w:hAnsi="Consolas"/>
          <w:sz w:val="20"/>
        </w:rPr>
        <w:t xml:space="preserve"> = 0; </w:t>
      </w:r>
    </w:p>
    <w:p w14:paraId="2815AB4F"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obj_soul_</w:t>
      </w:r>
      <w:proofErr w:type="gramStart"/>
      <w:r>
        <w:rPr>
          <w:rFonts w:ascii="Consolas" w:eastAsia="Consolas" w:hAnsi="Consolas"/>
          <w:sz w:val="20"/>
        </w:rPr>
        <w:t>shield.Green</w:t>
      </w:r>
      <w:proofErr w:type="gramEnd"/>
      <w:r>
        <w:rPr>
          <w:rFonts w:ascii="Consolas" w:eastAsia="Consolas" w:hAnsi="Consolas"/>
          <w:sz w:val="20"/>
        </w:rPr>
        <w:t>_move_side_Righ</w:t>
      </w:r>
      <w:proofErr w:type="spellEnd"/>
      <w:r>
        <w:rPr>
          <w:rFonts w:ascii="Consolas" w:eastAsia="Consolas" w:hAnsi="Consolas"/>
          <w:sz w:val="20"/>
        </w:rPr>
        <w:t>=0</w:t>
      </w:r>
    </w:p>
    <w:p w14:paraId="6259BAEE"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Move_green_Left</w:t>
      </w:r>
      <w:proofErr w:type="spellEnd"/>
      <w:r>
        <w:rPr>
          <w:rFonts w:ascii="Consolas" w:eastAsia="Consolas" w:hAnsi="Consolas"/>
          <w:sz w:val="20"/>
        </w:rPr>
        <w:t>=1</w:t>
      </w:r>
    </w:p>
    <w:p w14:paraId="2765365F"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audio_play_sound</w:t>
      </w:r>
      <w:proofErr w:type="spellEnd"/>
      <w:r>
        <w:rPr>
          <w:rFonts w:ascii="Consolas" w:eastAsia="Consolas" w:hAnsi="Consolas"/>
          <w:sz w:val="20"/>
        </w:rPr>
        <w:t>(snd_bump,0,0)</w:t>
      </w:r>
    </w:p>
    <w:p w14:paraId="70E3A24A" w14:textId="77777777" w:rsidR="006C7C92" w:rsidRDefault="006C7C92" w:rsidP="006C7C92">
      <w:pPr>
        <w:spacing w:after="0" w:line="240" w:lineRule="auto"/>
      </w:pPr>
      <w:r>
        <w:rPr>
          <w:rFonts w:ascii="Consolas" w:eastAsia="Consolas" w:hAnsi="Consolas"/>
          <w:sz w:val="20"/>
        </w:rPr>
        <w:t>}</w:t>
      </w:r>
    </w:p>
    <w:p w14:paraId="67D5F188"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place_meeting</w:t>
      </w:r>
      <w:proofErr w:type="spellEnd"/>
      <w:r>
        <w:rPr>
          <w:rFonts w:ascii="Consolas" w:eastAsia="Consolas" w:hAnsi="Consolas"/>
          <w:sz w:val="20"/>
        </w:rPr>
        <w:t>(</w:t>
      </w:r>
      <w:proofErr w:type="spellStart"/>
      <w:proofErr w:type="gramStart"/>
      <w:r>
        <w:rPr>
          <w:rFonts w:ascii="Consolas" w:eastAsia="Consolas" w:hAnsi="Consolas"/>
          <w:sz w:val="20"/>
        </w:rPr>
        <w:t>x,y</w:t>
      </w:r>
      <w:proofErr w:type="gramEnd"/>
      <w:r>
        <w:rPr>
          <w:rFonts w:ascii="Consolas" w:eastAsia="Consolas" w:hAnsi="Consolas"/>
          <w:sz w:val="20"/>
        </w:rPr>
        <w:t>,obj_battlebox_mask</w:t>
      </w:r>
      <w:proofErr w:type="spellEnd"/>
      <w:r>
        <w:rPr>
          <w:rFonts w:ascii="Consolas" w:eastAsia="Consolas" w:hAnsi="Consolas"/>
          <w:sz w:val="20"/>
        </w:rPr>
        <w:t xml:space="preserve">) and </w:t>
      </w:r>
      <w:proofErr w:type="spellStart"/>
      <w:r>
        <w:rPr>
          <w:rFonts w:ascii="Consolas" w:eastAsia="Consolas" w:hAnsi="Consolas"/>
          <w:sz w:val="20"/>
        </w:rPr>
        <w:t>obj_soul_shield.Green_move_side_left</w:t>
      </w:r>
      <w:proofErr w:type="spellEnd"/>
      <w:r>
        <w:rPr>
          <w:rFonts w:ascii="Consolas" w:eastAsia="Consolas" w:hAnsi="Consolas"/>
          <w:sz w:val="20"/>
        </w:rPr>
        <w:t xml:space="preserve"> &gt;0 {</w:t>
      </w:r>
    </w:p>
    <w:p w14:paraId="159FE9F7"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press_state</w:t>
      </w:r>
      <w:proofErr w:type="spellEnd"/>
      <w:r>
        <w:rPr>
          <w:rFonts w:ascii="Consolas" w:eastAsia="Consolas" w:hAnsi="Consolas"/>
          <w:sz w:val="20"/>
        </w:rPr>
        <w:t xml:space="preserve"> = 0; </w:t>
      </w:r>
    </w:p>
    <w:p w14:paraId="32DF705D"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obj_soul_</w:t>
      </w:r>
      <w:proofErr w:type="gramStart"/>
      <w:r>
        <w:rPr>
          <w:rFonts w:ascii="Consolas" w:eastAsia="Consolas" w:hAnsi="Consolas"/>
          <w:sz w:val="20"/>
        </w:rPr>
        <w:t>shield.Green</w:t>
      </w:r>
      <w:proofErr w:type="gramEnd"/>
      <w:r>
        <w:rPr>
          <w:rFonts w:ascii="Consolas" w:eastAsia="Consolas" w:hAnsi="Consolas"/>
          <w:sz w:val="20"/>
        </w:rPr>
        <w:t>_move_side_left</w:t>
      </w:r>
      <w:proofErr w:type="spellEnd"/>
      <w:r>
        <w:rPr>
          <w:rFonts w:ascii="Consolas" w:eastAsia="Consolas" w:hAnsi="Consolas"/>
          <w:sz w:val="20"/>
        </w:rPr>
        <w:t>=0</w:t>
      </w:r>
    </w:p>
    <w:p w14:paraId="40E66C23"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Move_green_Right</w:t>
      </w:r>
      <w:proofErr w:type="spellEnd"/>
      <w:r>
        <w:rPr>
          <w:rFonts w:ascii="Consolas" w:eastAsia="Consolas" w:hAnsi="Consolas"/>
          <w:sz w:val="20"/>
        </w:rPr>
        <w:t>=1</w:t>
      </w:r>
    </w:p>
    <w:p w14:paraId="62CF5813"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audio_play_sound</w:t>
      </w:r>
      <w:proofErr w:type="spellEnd"/>
      <w:r>
        <w:rPr>
          <w:rFonts w:ascii="Consolas" w:eastAsia="Consolas" w:hAnsi="Consolas"/>
          <w:sz w:val="20"/>
        </w:rPr>
        <w:t>(snd_bump,0,0)</w:t>
      </w:r>
    </w:p>
    <w:p w14:paraId="4772B72E" w14:textId="77777777" w:rsidR="006C7C92" w:rsidRDefault="006C7C92" w:rsidP="006C7C92">
      <w:pPr>
        <w:spacing w:after="0" w:line="240" w:lineRule="auto"/>
      </w:pPr>
      <w:r>
        <w:rPr>
          <w:rFonts w:ascii="Consolas" w:eastAsia="Consolas" w:hAnsi="Consolas"/>
          <w:sz w:val="20"/>
        </w:rPr>
        <w:t>}</w:t>
      </w:r>
    </w:p>
    <w:p w14:paraId="16EA373B" w14:textId="77777777" w:rsidR="006C7C92" w:rsidRDefault="006C7C92" w:rsidP="006C7C92"/>
    <w:p w14:paraId="32558BE8"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Move_green_Up</w:t>
      </w:r>
      <w:proofErr w:type="spellEnd"/>
      <w:r>
        <w:rPr>
          <w:rFonts w:ascii="Consolas" w:eastAsia="Consolas" w:hAnsi="Consolas"/>
          <w:sz w:val="20"/>
        </w:rPr>
        <w:t>&gt;0{</w:t>
      </w:r>
    </w:p>
    <w:p w14:paraId="16E502F9" w14:textId="77777777" w:rsidR="006C7C92" w:rsidRDefault="006C7C92" w:rsidP="006C7C92">
      <w:pPr>
        <w:spacing w:after="0" w:line="240" w:lineRule="auto"/>
      </w:pPr>
      <w:r>
        <w:rPr>
          <w:rFonts w:ascii="Consolas" w:eastAsia="Consolas" w:hAnsi="Consolas"/>
          <w:sz w:val="20"/>
        </w:rPr>
        <w:t xml:space="preserve">  y+=8</w:t>
      </w:r>
    </w:p>
    <w:p w14:paraId="6AAFCD11" w14:textId="77777777" w:rsidR="006C7C92" w:rsidRDefault="006C7C92" w:rsidP="006C7C92">
      <w:pPr>
        <w:spacing w:after="0" w:line="360" w:lineRule="auto"/>
        <w:ind w:firstLine="709"/>
        <w:jc w:val="both"/>
      </w:pPr>
      <w:r>
        <w:t xml:space="preserve">  </w:t>
      </w:r>
      <w:proofErr w:type="spellStart"/>
      <w:r>
        <w:t>Move_green_Up</w:t>
      </w:r>
      <w:proofErr w:type="spellEnd"/>
      <w:r>
        <w:t>++</w:t>
      </w:r>
    </w:p>
    <w:p w14:paraId="755AF15F" w14:textId="77777777" w:rsidR="006C7C92" w:rsidRDefault="006C7C92" w:rsidP="006C7C92"/>
    <w:p w14:paraId="3CEAAE71" w14:textId="77777777" w:rsidR="006C7C92" w:rsidRDefault="006C7C92" w:rsidP="006C7C92">
      <w:pPr>
        <w:spacing w:after="0" w:line="240" w:lineRule="auto"/>
      </w:pPr>
      <w:r>
        <w:rPr>
          <w:rFonts w:ascii="Consolas" w:eastAsia="Consolas" w:hAnsi="Consolas"/>
          <w:sz w:val="20"/>
        </w:rPr>
        <w:lastRenderedPageBreak/>
        <w:t xml:space="preserve">if </w:t>
      </w:r>
      <w:proofErr w:type="spellStart"/>
      <w:r>
        <w:rPr>
          <w:rFonts w:ascii="Consolas" w:eastAsia="Consolas" w:hAnsi="Consolas"/>
          <w:sz w:val="20"/>
        </w:rPr>
        <w:t>Move_green_Up</w:t>
      </w:r>
      <w:proofErr w:type="spellEnd"/>
      <w:r>
        <w:rPr>
          <w:rFonts w:ascii="Consolas" w:eastAsia="Consolas" w:hAnsi="Consolas"/>
          <w:sz w:val="20"/>
        </w:rPr>
        <w:t>=4</w:t>
      </w:r>
    </w:p>
    <w:p w14:paraId="1232F24E" w14:textId="77777777" w:rsidR="006C7C92" w:rsidRDefault="006C7C92" w:rsidP="006C7C92">
      <w:pPr>
        <w:spacing w:after="0" w:line="240" w:lineRule="auto"/>
      </w:pPr>
      <w:proofErr w:type="spellStart"/>
      <w:r>
        <w:rPr>
          <w:rFonts w:ascii="Consolas" w:eastAsia="Consolas" w:hAnsi="Consolas"/>
          <w:sz w:val="20"/>
        </w:rPr>
        <w:t>Move_green_Up</w:t>
      </w:r>
      <w:proofErr w:type="spellEnd"/>
      <w:r>
        <w:rPr>
          <w:rFonts w:ascii="Consolas" w:eastAsia="Consolas" w:hAnsi="Consolas"/>
          <w:sz w:val="20"/>
        </w:rPr>
        <w:t>=0</w:t>
      </w:r>
    </w:p>
    <w:p w14:paraId="4786583A" w14:textId="77777777" w:rsidR="006C7C92" w:rsidRDefault="006C7C92" w:rsidP="006C7C92">
      <w:pPr>
        <w:spacing w:after="0" w:line="240" w:lineRule="auto"/>
      </w:pPr>
      <w:r>
        <w:rPr>
          <w:rFonts w:ascii="Consolas" w:eastAsia="Consolas" w:hAnsi="Consolas"/>
          <w:sz w:val="20"/>
        </w:rPr>
        <w:t>}</w:t>
      </w:r>
    </w:p>
    <w:p w14:paraId="07F38443"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Move_green_Down</w:t>
      </w:r>
      <w:proofErr w:type="spellEnd"/>
      <w:r>
        <w:rPr>
          <w:rFonts w:ascii="Consolas" w:eastAsia="Consolas" w:hAnsi="Consolas"/>
          <w:sz w:val="20"/>
        </w:rPr>
        <w:t>&gt;0{</w:t>
      </w:r>
    </w:p>
    <w:p w14:paraId="2425B3FE" w14:textId="77777777" w:rsidR="006C7C92" w:rsidRDefault="006C7C92" w:rsidP="006C7C92">
      <w:pPr>
        <w:spacing w:after="0" w:line="240" w:lineRule="auto"/>
      </w:pPr>
      <w:r>
        <w:rPr>
          <w:rFonts w:ascii="Consolas" w:eastAsia="Consolas" w:hAnsi="Consolas"/>
          <w:sz w:val="20"/>
        </w:rPr>
        <w:t xml:space="preserve">  y-=8  </w:t>
      </w:r>
    </w:p>
    <w:p w14:paraId="5576CCD9" w14:textId="77777777" w:rsidR="006C7C92" w:rsidRDefault="006C7C92" w:rsidP="006C7C92">
      <w:pPr>
        <w:spacing w:after="0" w:line="360" w:lineRule="auto"/>
        <w:ind w:firstLine="709"/>
        <w:jc w:val="both"/>
      </w:pPr>
      <w:r>
        <w:t xml:space="preserve">  </w:t>
      </w:r>
      <w:proofErr w:type="spellStart"/>
      <w:r>
        <w:t>Move_green_Down</w:t>
      </w:r>
      <w:proofErr w:type="spellEnd"/>
      <w:r>
        <w:t>++</w:t>
      </w:r>
    </w:p>
    <w:p w14:paraId="499D75CD" w14:textId="77777777" w:rsidR="006C7C92" w:rsidRDefault="006C7C92" w:rsidP="006C7C92"/>
    <w:p w14:paraId="38BD1290"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Move_green_Down</w:t>
      </w:r>
      <w:proofErr w:type="spellEnd"/>
      <w:r>
        <w:rPr>
          <w:rFonts w:ascii="Consolas" w:eastAsia="Consolas" w:hAnsi="Consolas"/>
          <w:sz w:val="20"/>
        </w:rPr>
        <w:t>=4</w:t>
      </w:r>
    </w:p>
    <w:p w14:paraId="487DF707" w14:textId="77777777" w:rsidR="006C7C92" w:rsidRDefault="006C7C92" w:rsidP="006C7C92">
      <w:pPr>
        <w:spacing w:after="0" w:line="240" w:lineRule="auto"/>
      </w:pPr>
      <w:proofErr w:type="spellStart"/>
      <w:r>
        <w:rPr>
          <w:rFonts w:ascii="Consolas" w:eastAsia="Consolas" w:hAnsi="Consolas"/>
          <w:sz w:val="20"/>
        </w:rPr>
        <w:t>Move_green_Down</w:t>
      </w:r>
      <w:proofErr w:type="spellEnd"/>
      <w:r>
        <w:rPr>
          <w:rFonts w:ascii="Consolas" w:eastAsia="Consolas" w:hAnsi="Consolas"/>
          <w:sz w:val="20"/>
        </w:rPr>
        <w:t>=0</w:t>
      </w:r>
    </w:p>
    <w:p w14:paraId="237AA3C8" w14:textId="77777777" w:rsidR="006C7C92" w:rsidRDefault="006C7C92" w:rsidP="006C7C92">
      <w:pPr>
        <w:spacing w:after="0" w:line="240" w:lineRule="auto"/>
      </w:pPr>
      <w:r>
        <w:rPr>
          <w:rFonts w:ascii="Consolas" w:eastAsia="Consolas" w:hAnsi="Consolas"/>
          <w:sz w:val="20"/>
        </w:rPr>
        <w:t>}</w:t>
      </w:r>
    </w:p>
    <w:p w14:paraId="32E9FA23"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Move_green_Right</w:t>
      </w:r>
      <w:proofErr w:type="spellEnd"/>
      <w:r>
        <w:rPr>
          <w:rFonts w:ascii="Consolas" w:eastAsia="Consolas" w:hAnsi="Consolas"/>
          <w:sz w:val="20"/>
        </w:rPr>
        <w:t>&gt;0{</w:t>
      </w:r>
    </w:p>
    <w:p w14:paraId="552DD952" w14:textId="77777777" w:rsidR="006C7C92" w:rsidRDefault="006C7C92" w:rsidP="006C7C92">
      <w:pPr>
        <w:spacing w:after="0" w:line="240" w:lineRule="auto"/>
      </w:pPr>
      <w:r>
        <w:rPr>
          <w:rFonts w:ascii="Consolas" w:eastAsia="Consolas" w:hAnsi="Consolas"/>
          <w:sz w:val="20"/>
        </w:rPr>
        <w:t xml:space="preserve">  x-=8  </w:t>
      </w:r>
    </w:p>
    <w:p w14:paraId="5AF6F900" w14:textId="77777777" w:rsidR="006C7C92" w:rsidRDefault="006C7C92" w:rsidP="006C7C92">
      <w:pPr>
        <w:spacing w:after="0" w:line="360" w:lineRule="auto"/>
        <w:ind w:firstLine="709"/>
        <w:jc w:val="both"/>
      </w:pPr>
      <w:r>
        <w:t xml:space="preserve">  </w:t>
      </w:r>
      <w:proofErr w:type="spellStart"/>
      <w:r>
        <w:t>Move_green_Right</w:t>
      </w:r>
      <w:proofErr w:type="spellEnd"/>
      <w:r>
        <w:t>++</w:t>
      </w:r>
    </w:p>
    <w:p w14:paraId="4FBB6983" w14:textId="77777777" w:rsidR="006C7C92" w:rsidRDefault="006C7C92" w:rsidP="006C7C92"/>
    <w:p w14:paraId="63CBB1BC"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Move_green_Right</w:t>
      </w:r>
      <w:proofErr w:type="spellEnd"/>
      <w:r>
        <w:rPr>
          <w:rFonts w:ascii="Consolas" w:eastAsia="Consolas" w:hAnsi="Consolas"/>
          <w:sz w:val="20"/>
        </w:rPr>
        <w:t>=4</w:t>
      </w:r>
    </w:p>
    <w:p w14:paraId="186E6FC3" w14:textId="77777777" w:rsidR="006C7C92" w:rsidRDefault="006C7C92" w:rsidP="006C7C92">
      <w:pPr>
        <w:spacing w:after="0" w:line="240" w:lineRule="auto"/>
      </w:pPr>
      <w:proofErr w:type="spellStart"/>
      <w:r>
        <w:rPr>
          <w:rFonts w:ascii="Consolas" w:eastAsia="Consolas" w:hAnsi="Consolas"/>
          <w:sz w:val="20"/>
        </w:rPr>
        <w:t>Move_green_Right</w:t>
      </w:r>
      <w:proofErr w:type="spellEnd"/>
      <w:r>
        <w:rPr>
          <w:rFonts w:ascii="Consolas" w:eastAsia="Consolas" w:hAnsi="Consolas"/>
          <w:sz w:val="20"/>
        </w:rPr>
        <w:t>=0</w:t>
      </w:r>
    </w:p>
    <w:p w14:paraId="5FC245FC" w14:textId="77777777" w:rsidR="006C7C92" w:rsidRDefault="006C7C92" w:rsidP="006C7C92">
      <w:pPr>
        <w:spacing w:after="0" w:line="240" w:lineRule="auto"/>
      </w:pPr>
      <w:r>
        <w:rPr>
          <w:rFonts w:ascii="Consolas" w:eastAsia="Consolas" w:hAnsi="Consolas"/>
          <w:sz w:val="20"/>
        </w:rPr>
        <w:t>}</w:t>
      </w:r>
    </w:p>
    <w:p w14:paraId="3B03AC97"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Move_green_Left</w:t>
      </w:r>
      <w:proofErr w:type="spellEnd"/>
      <w:r>
        <w:rPr>
          <w:rFonts w:ascii="Consolas" w:eastAsia="Consolas" w:hAnsi="Consolas"/>
          <w:sz w:val="20"/>
        </w:rPr>
        <w:t>&gt;0{</w:t>
      </w:r>
    </w:p>
    <w:p w14:paraId="1700E0BE" w14:textId="77777777" w:rsidR="006C7C92" w:rsidRDefault="006C7C92" w:rsidP="006C7C92">
      <w:pPr>
        <w:spacing w:after="0" w:line="240" w:lineRule="auto"/>
      </w:pPr>
      <w:r>
        <w:rPr>
          <w:rFonts w:ascii="Consolas" w:eastAsia="Consolas" w:hAnsi="Consolas"/>
          <w:sz w:val="20"/>
        </w:rPr>
        <w:t xml:space="preserve">  x+=8</w:t>
      </w:r>
    </w:p>
    <w:p w14:paraId="17BAA23B" w14:textId="77777777" w:rsidR="006C7C92" w:rsidRDefault="006C7C92" w:rsidP="006C7C92">
      <w:pPr>
        <w:spacing w:after="0" w:line="360" w:lineRule="auto"/>
        <w:ind w:firstLine="709"/>
        <w:jc w:val="both"/>
      </w:pPr>
      <w:r>
        <w:t xml:space="preserve">  </w:t>
      </w:r>
      <w:proofErr w:type="spellStart"/>
      <w:r>
        <w:t>Move_green_Left</w:t>
      </w:r>
      <w:proofErr w:type="spellEnd"/>
      <w:r>
        <w:t>++</w:t>
      </w:r>
    </w:p>
    <w:p w14:paraId="6DEE76AA" w14:textId="77777777" w:rsidR="006C7C92" w:rsidRDefault="006C7C92" w:rsidP="006C7C92"/>
    <w:p w14:paraId="704B51AA"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Move_green_Left</w:t>
      </w:r>
      <w:proofErr w:type="spellEnd"/>
      <w:r>
        <w:rPr>
          <w:rFonts w:ascii="Consolas" w:eastAsia="Consolas" w:hAnsi="Consolas"/>
          <w:sz w:val="20"/>
        </w:rPr>
        <w:t>=4</w:t>
      </w:r>
    </w:p>
    <w:p w14:paraId="1488D4FB" w14:textId="77777777" w:rsidR="006C7C92" w:rsidRDefault="006C7C92" w:rsidP="006C7C92">
      <w:pPr>
        <w:spacing w:after="0" w:line="240" w:lineRule="auto"/>
      </w:pPr>
      <w:proofErr w:type="spellStart"/>
      <w:r>
        <w:rPr>
          <w:rFonts w:ascii="Consolas" w:eastAsia="Consolas" w:hAnsi="Consolas"/>
          <w:sz w:val="20"/>
        </w:rPr>
        <w:t>Move_green_Left</w:t>
      </w:r>
      <w:proofErr w:type="spellEnd"/>
      <w:r>
        <w:rPr>
          <w:rFonts w:ascii="Consolas" w:eastAsia="Consolas" w:hAnsi="Consolas"/>
          <w:sz w:val="20"/>
        </w:rPr>
        <w:t>=0</w:t>
      </w:r>
    </w:p>
    <w:p w14:paraId="605F5C27" w14:textId="77777777" w:rsidR="006C7C92" w:rsidRDefault="006C7C92" w:rsidP="006C7C92">
      <w:pPr>
        <w:spacing w:after="0" w:line="240" w:lineRule="auto"/>
      </w:pPr>
      <w:r>
        <w:rPr>
          <w:rFonts w:ascii="Consolas" w:eastAsia="Consolas" w:hAnsi="Consolas"/>
          <w:sz w:val="20"/>
        </w:rPr>
        <w:t>}</w:t>
      </w:r>
    </w:p>
    <w:p w14:paraId="455F1C22" w14:textId="77777777" w:rsidR="006C7C92" w:rsidRDefault="006C7C92" w:rsidP="006C7C92"/>
    <w:p w14:paraId="6CC727A1" w14:textId="77777777" w:rsidR="006C7C92" w:rsidRDefault="006C7C92" w:rsidP="006C7C92">
      <w:pPr>
        <w:spacing w:after="0" w:line="240" w:lineRule="auto"/>
      </w:pPr>
      <w:r>
        <w:rPr>
          <w:rFonts w:ascii="Consolas" w:eastAsia="Consolas" w:hAnsi="Consolas"/>
          <w:sz w:val="20"/>
        </w:rPr>
        <w:t xml:space="preserve">17. if </w:t>
      </w:r>
      <w:proofErr w:type="spellStart"/>
      <w:r>
        <w:rPr>
          <w:rFonts w:ascii="Consolas" w:eastAsia="Consolas" w:hAnsi="Consolas"/>
          <w:sz w:val="20"/>
        </w:rPr>
        <w:t>obj_Game_</w:t>
      </w:r>
      <w:proofErr w:type="gramStart"/>
      <w:r>
        <w:rPr>
          <w:rFonts w:ascii="Consolas" w:eastAsia="Consolas" w:hAnsi="Consolas"/>
          <w:sz w:val="20"/>
        </w:rPr>
        <w:t>controller.HitA</w:t>
      </w:r>
      <w:proofErr w:type="spellEnd"/>
      <w:proofErr w:type="gramEnd"/>
      <w:r>
        <w:rPr>
          <w:rFonts w:ascii="Consolas" w:eastAsia="Consolas" w:hAnsi="Consolas"/>
          <w:sz w:val="20"/>
        </w:rPr>
        <w:t>=true{</w:t>
      </w:r>
    </w:p>
    <w:p w14:paraId="2F483F2E" w14:textId="77777777" w:rsidR="006C7C92" w:rsidRDefault="006C7C92" w:rsidP="006C7C92">
      <w:pPr>
        <w:spacing w:after="0" w:line="240" w:lineRule="auto"/>
      </w:pPr>
      <w:r>
        <w:rPr>
          <w:rFonts w:ascii="Consolas" w:eastAsia="Consolas" w:hAnsi="Consolas"/>
          <w:sz w:val="20"/>
        </w:rPr>
        <w:t xml:space="preserve">  if mode="red"</w:t>
      </w:r>
    </w:p>
    <w:p w14:paraId="01AC8C93" w14:textId="77777777" w:rsidR="006C7C92" w:rsidRDefault="006C7C92" w:rsidP="006C7C92">
      <w:pPr>
        <w:spacing w:after="0" w:line="240" w:lineRule="auto"/>
      </w:pPr>
      <w:proofErr w:type="spellStart"/>
      <w:r>
        <w:rPr>
          <w:rFonts w:ascii="Consolas" w:eastAsia="Consolas" w:hAnsi="Consolas"/>
          <w:sz w:val="20"/>
        </w:rPr>
        <w:t>sprite_index</w:t>
      </w:r>
      <w:proofErr w:type="spellEnd"/>
      <w:r>
        <w:rPr>
          <w:rFonts w:ascii="Consolas" w:eastAsia="Consolas" w:hAnsi="Consolas"/>
          <w:sz w:val="20"/>
        </w:rPr>
        <w:t>=</w:t>
      </w:r>
      <w:proofErr w:type="spellStart"/>
      <w:r>
        <w:rPr>
          <w:rFonts w:ascii="Consolas" w:eastAsia="Consolas" w:hAnsi="Consolas"/>
          <w:sz w:val="20"/>
        </w:rPr>
        <w:t>spr_soul_hit</w:t>
      </w:r>
      <w:proofErr w:type="spellEnd"/>
    </w:p>
    <w:p w14:paraId="5399941B" w14:textId="77777777" w:rsidR="006C7C92" w:rsidRDefault="006C7C92" w:rsidP="006C7C92">
      <w:pPr>
        <w:spacing w:after="0" w:line="240" w:lineRule="auto"/>
      </w:pPr>
      <w:proofErr w:type="spellStart"/>
      <w:r>
        <w:rPr>
          <w:rFonts w:ascii="Consolas" w:eastAsia="Consolas" w:hAnsi="Consolas"/>
          <w:sz w:val="20"/>
        </w:rPr>
        <w:t>image_speed</w:t>
      </w:r>
      <w:proofErr w:type="spellEnd"/>
      <w:r>
        <w:rPr>
          <w:rFonts w:ascii="Consolas" w:eastAsia="Consolas" w:hAnsi="Consolas"/>
          <w:sz w:val="20"/>
        </w:rPr>
        <w:t>=1</w:t>
      </w:r>
    </w:p>
    <w:p w14:paraId="45D3AC33" w14:textId="77777777" w:rsidR="006C7C92" w:rsidRDefault="006C7C92" w:rsidP="006C7C92">
      <w:pPr>
        <w:spacing w:after="0" w:line="240" w:lineRule="auto"/>
      </w:pPr>
      <w:r>
        <w:rPr>
          <w:rFonts w:ascii="Consolas" w:eastAsia="Consolas" w:hAnsi="Consolas"/>
          <w:sz w:val="20"/>
        </w:rPr>
        <w:t>if mode="green"</w:t>
      </w:r>
    </w:p>
    <w:p w14:paraId="6481E995" w14:textId="77777777" w:rsidR="006C7C92" w:rsidRDefault="006C7C92" w:rsidP="006C7C92">
      <w:pPr>
        <w:spacing w:after="0" w:line="240" w:lineRule="auto"/>
      </w:pPr>
      <w:proofErr w:type="spellStart"/>
      <w:r>
        <w:rPr>
          <w:rFonts w:ascii="Consolas" w:eastAsia="Consolas" w:hAnsi="Consolas"/>
          <w:sz w:val="20"/>
        </w:rPr>
        <w:t>sprite_index</w:t>
      </w:r>
      <w:proofErr w:type="spellEnd"/>
      <w:r>
        <w:rPr>
          <w:rFonts w:ascii="Consolas" w:eastAsia="Consolas" w:hAnsi="Consolas"/>
          <w:sz w:val="20"/>
        </w:rPr>
        <w:t>=</w:t>
      </w:r>
      <w:proofErr w:type="spellStart"/>
      <w:r>
        <w:rPr>
          <w:rFonts w:ascii="Consolas" w:eastAsia="Consolas" w:hAnsi="Consolas"/>
          <w:sz w:val="20"/>
        </w:rPr>
        <w:t>spr_soul_green_hit</w:t>
      </w:r>
      <w:proofErr w:type="spellEnd"/>
    </w:p>
    <w:p w14:paraId="66EAD6CA" w14:textId="77777777" w:rsidR="006C7C92" w:rsidRDefault="006C7C92" w:rsidP="006C7C92">
      <w:pPr>
        <w:spacing w:after="0" w:line="240" w:lineRule="auto"/>
      </w:pPr>
      <w:proofErr w:type="spellStart"/>
      <w:r>
        <w:rPr>
          <w:rFonts w:ascii="Consolas" w:eastAsia="Consolas" w:hAnsi="Consolas"/>
          <w:sz w:val="20"/>
        </w:rPr>
        <w:t>image_speed</w:t>
      </w:r>
      <w:proofErr w:type="spellEnd"/>
      <w:r>
        <w:rPr>
          <w:rFonts w:ascii="Consolas" w:eastAsia="Consolas" w:hAnsi="Consolas"/>
          <w:sz w:val="20"/>
        </w:rPr>
        <w:t>=1</w:t>
      </w:r>
    </w:p>
    <w:p w14:paraId="5A3EDF2B" w14:textId="77777777" w:rsidR="006C7C92" w:rsidRDefault="006C7C92" w:rsidP="006C7C92">
      <w:pPr>
        <w:spacing w:after="0" w:line="240" w:lineRule="auto"/>
      </w:pPr>
      <w:proofErr w:type="gramStart"/>
      <w:r>
        <w:rPr>
          <w:rFonts w:ascii="Consolas" w:eastAsia="Consolas" w:hAnsi="Consolas"/>
          <w:sz w:val="20"/>
        </w:rPr>
        <w:t>}else</w:t>
      </w:r>
      <w:proofErr w:type="gramEnd"/>
      <w:r>
        <w:rPr>
          <w:rFonts w:ascii="Consolas" w:eastAsia="Consolas" w:hAnsi="Consolas"/>
          <w:sz w:val="20"/>
        </w:rPr>
        <w:t>{</w:t>
      </w:r>
    </w:p>
    <w:p w14:paraId="39046204" w14:textId="77777777" w:rsidR="006C7C92" w:rsidRDefault="006C7C92" w:rsidP="006C7C92">
      <w:pPr>
        <w:spacing w:after="0" w:line="240" w:lineRule="auto"/>
      </w:pPr>
      <w:r>
        <w:rPr>
          <w:rFonts w:ascii="Consolas" w:eastAsia="Consolas" w:hAnsi="Consolas"/>
          <w:sz w:val="20"/>
        </w:rPr>
        <w:t xml:space="preserve">  if mode="red"</w:t>
      </w:r>
    </w:p>
    <w:p w14:paraId="783114C8" w14:textId="77777777" w:rsidR="006C7C92" w:rsidRDefault="006C7C92" w:rsidP="006C7C92">
      <w:pPr>
        <w:spacing w:after="0" w:line="240" w:lineRule="auto"/>
      </w:pPr>
      <w:proofErr w:type="spellStart"/>
      <w:r>
        <w:rPr>
          <w:rFonts w:ascii="Consolas" w:eastAsia="Consolas" w:hAnsi="Consolas"/>
          <w:sz w:val="20"/>
        </w:rPr>
        <w:t>sprite_index</w:t>
      </w:r>
      <w:proofErr w:type="spellEnd"/>
      <w:r>
        <w:rPr>
          <w:rFonts w:ascii="Consolas" w:eastAsia="Consolas" w:hAnsi="Consolas"/>
          <w:sz w:val="20"/>
        </w:rPr>
        <w:t>=</w:t>
      </w:r>
      <w:proofErr w:type="spellStart"/>
      <w:r>
        <w:rPr>
          <w:rFonts w:ascii="Consolas" w:eastAsia="Consolas" w:hAnsi="Consolas"/>
          <w:sz w:val="20"/>
        </w:rPr>
        <w:t>spr_soul</w:t>
      </w:r>
      <w:proofErr w:type="spellEnd"/>
      <w:r>
        <w:rPr>
          <w:rFonts w:ascii="Consolas" w:eastAsia="Consolas" w:hAnsi="Consolas"/>
          <w:sz w:val="20"/>
        </w:rPr>
        <w:t xml:space="preserve">  </w:t>
      </w:r>
    </w:p>
    <w:p w14:paraId="0DF73AFD" w14:textId="77777777" w:rsidR="006C7C92" w:rsidRDefault="006C7C92" w:rsidP="006C7C92">
      <w:pPr>
        <w:spacing w:after="0" w:line="240" w:lineRule="auto"/>
      </w:pPr>
      <w:r>
        <w:rPr>
          <w:rFonts w:ascii="Consolas" w:eastAsia="Consolas" w:hAnsi="Consolas"/>
          <w:sz w:val="20"/>
        </w:rPr>
        <w:t>if mode="green"</w:t>
      </w:r>
    </w:p>
    <w:p w14:paraId="609EB8FA" w14:textId="77777777" w:rsidR="006C7C92" w:rsidRDefault="006C7C92" w:rsidP="006C7C92">
      <w:pPr>
        <w:spacing w:after="0" w:line="240" w:lineRule="auto"/>
      </w:pPr>
      <w:proofErr w:type="spellStart"/>
      <w:r>
        <w:rPr>
          <w:rFonts w:ascii="Consolas" w:eastAsia="Consolas" w:hAnsi="Consolas"/>
          <w:sz w:val="20"/>
        </w:rPr>
        <w:t>sprite_index</w:t>
      </w:r>
      <w:proofErr w:type="spellEnd"/>
      <w:r>
        <w:rPr>
          <w:rFonts w:ascii="Consolas" w:eastAsia="Consolas" w:hAnsi="Consolas"/>
          <w:sz w:val="20"/>
        </w:rPr>
        <w:t>=</w:t>
      </w:r>
      <w:proofErr w:type="spellStart"/>
      <w:r>
        <w:rPr>
          <w:rFonts w:ascii="Consolas" w:eastAsia="Consolas" w:hAnsi="Consolas"/>
          <w:sz w:val="20"/>
        </w:rPr>
        <w:t>spr_soul_green</w:t>
      </w:r>
      <w:proofErr w:type="spellEnd"/>
    </w:p>
    <w:p w14:paraId="442B2A15" w14:textId="77777777" w:rsidR="006C7C92" w:rsidRDefault="006C7C92" w:rsidP="006C7C92">
      <w:pPr>
        <w:spacing w:after="0" w:line="240" w:lineRule="auto"/>
      </w:pPr>
      <w:r>
        <w:rPr>
          <w:rFonts w:ascii="Consolas" w:eastAsia="Consolas" w:hAnsi="Consolas"/>
          <w:sz w:val="20"/>
        </w:rPr>
        <w:t>}</w:t>
      </w:r>
    </w:p>
    <w:p w14:paraId="46FA4A9C" w14:textId="77777777" w:rsidR="006C7C92" w:rsidRDefault="006C7C92" w:rsidP="006C7C92">
      <w:pPr>
        <w:spacing w:after="0" w:line="240" w:lineRule="auto"/>
      </w:pPr>
      <w:r>
        <w:rPr>
          <w:rFonts w:ascii="Consolas" w:eastAsia="Consolas" w:hAnsi="Consolas"/>
          <w:sz w:val="20"/>
        </w:rPr>
        <w:t>}</w:t>
      </w:r>
    </w:p>
    <w:p w14:paraId="0B0D1A7E"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global.room</w:t>
      </w:r>
      <w:proofErr w:type="spellEnd"/>
      <w:proofErr w:type="gramEnd"/>
      <w:r>
        <w:rPr>
          <w:rFonts w:ascii="Consolas" w:eastAsia="Consolas" w:hAnsi="Consolas"/>
          <w:sz w:val="20"/>
        </w:rPr>
        <w:t>="Die"{</w:t>
      </w:r>
    </w:p>
    <w:p w14:paraId="10BE02C2"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obj_Game_</w:t>
      </w:r>
      <w:proofErr w:type="gramStart"/>
      <w:r>
        <w:rPr>
          <w:rFonts w:ascii="Consolas" w:eastAsia="Consolas" w:hAnsi="Consolas"/>
          <w:sz w:val="20"/>
        </w:rPr>
        <w:t>controller.ALLHitsAndHils</w:t>
      </w:r>
      <w:proofErr w:type="spellEnd"/>
      <w:proofErr w:type="gramEnd"/>
      <w:r>
        <w:rPr>
          <w:rFonts w:ascii="Consolas" w:eastAsia="Consolas" w:hAnsi="Consolas"/>
          <w:sz w:val="20"/>
        </w:rPr>
        <w:t>=0</w:t>
      </w:r>
    </w:p>
    <w:p w14:paraId="647C7BAE" w14:textId="77777777" w:rsidR="006C7C92" w:rsidRDefault="006C7C92" w:rsidP="006C7C92">
      <w:pPr>
        <w:spacing w:after="0" w:line="360" w:lineRule="auto"/>
        <w:ind w:firstLine="709"/>
        <w:jc w:val="both"/>
      </w:pPr>
      <w:proofErr w:type="spellStart"/>
      <w:r>
        <w:t>DieTime</w:t>
      </w:r>
      <w:proofErr w:type="spellEnd"/>
      <w:r>
        <w:t>++</w:t>
      </w:r>
    </w:p>
    <w:p w14:paraId="16A1ACB0"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DieTime</w:t>
      </w:r>
      <w:proofErr w:type="spellEnd"/>
      <w:r>
        <w:rPr>
          <w:rFonts w:ascii="Consolas" w:eastAsia="Consolas" w:hAnsi="Consolas"/>
          <w:sz w:val="20"/>
        </w:rPr>
        <w:t>=50{</w:t>
      </w:r>
    </w:p>
    <w:p w14:paraId="536A93AF" w14:textId="77777777" w:rsidR="006C7C92" w:rsidRDefault="006C7C92" w:rsidP="006C7C92">
      <w:pPr>
        <w:spacing w:after="0" w:line="240" w:lineRule="auto"/>
      </w:pPr>
      <w:proofErr w:type="spellStart"/>
      <w:r>
        <w:rPr>
          <w:rFonts w:ascii="Consolas" w:eastAsia="Consolas" w:hAnsi="Consolas"/>
          <w:sz w:val="20"/>
        </w:rPr>
        <w:t>audio_play_sound</w:t>
      </w:r>
      <w:proofErr w:type="spellEnd"/>
      <w:r>
        <w:rPr>
          <w:rFonts w:ascii="Consolas" w:eastAsia="Consolas" w:hAnsi="Consolas"/>
          <w:sz w:val="20"/>
        </w:rPr>
        <w:t>(snd_break1,0,0)</w:t>
      </w:r>
    </w:p>
    <w:p w14:paraId="3AB07FCF" w14:textId="77777777" w:rsidR="006C7C92" w:rsidRDefault="006C7C92" w:rsidP="006C7C92">
      <w:pPr>
        <w:spacing w:after="0" w:line="240" w:lineRule="auto"/>
      </w:pPr>
      <w:proofErr w:type="spellStart"/>
      <w:r>
        <w:rPr>
          <w:rFonts w:ascii="Consolas" w:eastAsia="Consolas" w:hAnsi="Consolas"/>
          <w:sz w:val="20"/>
        </w:rPr>
        <w:t>sprite_index</w:t>
      </w:r>
      <w:proofErr w:type="spellEnd"/>
      <w:r>
        <w:rPr>
          <w:rFonts w:ascii="Consolas" w:eastAsia="Consolas" w:hAnsi="Consolas"/>
          <w:sz w:val="20"/>
        </w:rPr>
        <w:t>=</w:t>
      </w:r>
      <w:proofErr w:type="spellStart"/>
      <w:r>
        <w:rPr>
          <w:rFonts w:ascii="Consolas" w:eastAsia="Consolas" w:hAnsi="Consolas"/>
          <w:sz w:val="20"/>
        </w:rPr>
        <w:t>spr_soul_breake</w:t>
      </w:r>
      <w:proofErr w:type="spellEnd"/>
    </w:p>
    <w:p w14:paraId="2023FCDF" w14:textId="77777777" w:rsidR="006C7C92" w:rsidRDefault="006C7C92" w:rsidP="006C7C92">
      <w:pPr>
        <w:spacing w:after="0" w:line="240" w:lineRule="auto"/>
      </w:pPr>
      <w:r>
        <w:rPr>
          <w:rFonts w:ascii="Consolas" w:eastAsia="Consolas" w:hAnsi="Consolas"/>
          <w:sz w:val="20"/>
        </w:rPr>
        <w:t>}</w:t>
      </w:r>
    </w:p>
    <w:p w14:paraId="1FA8B43B"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DieTime</w:t>
      </w:r>
      <w:proofErr w:type="spellEnd"/>
      <w:r>
        <w:rPr>
          <w:rFonts w:ascii="Consolas" w:eastAsia="Consolas" w:hAnsi="Consolas"/>
          <w:sz w:val="20"/>
        </w:rPr>
        <w:t>=100{</w:t>
      </w:r>
    </w:p>
    <w:p w14:paraId="2616FE46" w14:textId="77777777" w:rsidR="006C7C92" w:rsidRDefault="006C7C92" w:rsidP="006C7C92">
      <w:pPr>
        <w:spacing w:after="0" w:line="240" w:lineRule="auto"/>
      </w:pPr>
      <w:proofErr w:type="spellStart"/>
      <w:r>
        <w:rPr>
          <w:rFonts w:ascii="Consolas" w:eastAsia="Consolas" w:hAnsi="Consolas"/>
          <w:sz w:val="20"/>
        </w:rPr>
        <w:t>audio_play_sound</w:t>
      </w:r>
      <w:proofErr w:type="spellEnd"/>
      <w:r>
        <w:rPr>
          <w:rFonts w:ascii="Consolas" w:eastAsia="Consolas" w:hAnsi="Consolas"/>
          <w:sz w:val="20"/>
        </w:rPr>
        <w:t>(snd_break2,0,0)</w:t>
      </w:r>
    </w:p>
    <w:p w14:paraId="5B2577CE" w14:textId="77777777" w:rsidR="006C7C92" w:rsidRDefault="006C7C92" w:rsidP="006C7C92">
      <w:pPr>
        <w:spacing w:after="0" w:line="240" w:lineRule="auto"/>
      </w:pPr>
      <w:proofErr w:type="spellStart"/>
      <w:r>
        <w:rPr>
          <w:rFonts w:ascii="Consolas" w:eastAsia="Consolas" w:hAnsi="Consolas"/>
          <w:sz w:val="20"/>
        </w:rPr>
        <w:t>image_alpha</w:t>
      </w:r>
      <w:proofErr w:type="spellEnd"/>
      <w:r>
        <w:rPr>
          <w:rFonts w:ascii="Consolas" w:eastAsia="Consolas" w:hAnsi="Consolas"/>
          <w:sz w:val="20"/>
        </w:rPr>
        <w:t>=0</w:t>
      </w:r>
    </w:p>
    <w:p w14:paraId="4771F267" w14:textId="77777777" w:rsidR="006C7C92" w:rsidRDefault="006C7C92" w:rsidP="006C7C92">
      <w:pPr>
        <w:spacing w:after="0" w:line="240" w:lineRule="auto"/>
      </w:pPr>
      <w:proofErr w:type="spellStart"/>
      <w:r>
        <w:rPr>
          <w:rFonts w:ascii="Consolas" w:eastAsia="Consolas" w:hAnsi="Consolas"/>
          <w:sz w:val="20"/>
        </w:rPr>
        <w:t>whitePiece</w:t>
      </w:r>
      <w:proofErr w:type="spellEnd"/>
      <w:r>
        <w:rPr>
          <w:rFonts w:ascii="Consolas" w:eastAsia="Consolas" w:hAnsi="Consolas"/>
          <w:sz w:val="20"/>
        </w:rPr>
        <w:t>=1</w:t>
      </w:r>
    </w:p>
    <w:p w14:paraId="796D27B7" w14:textId="77777777" w:rsidR="006C7C92" w:rsidRDefault="006C7C92" w:rsidP="006C7C92">
      <w:pPr>
        <w:spacing w:after="0" w:line="240" w:lineRule="auto"/>
      </w:pPr>
      <w:proofErr w:type="spellStart"/>
      <w:r>
        <w:rPr>
          <w:rFonts w:ascii="Consolas" w:eastAsia="Consolas" w:hAnsi="Consolas"/>
          <w:sz w:val="20"/>
        </w:rPr>
        <w:lastRenderedPageBreak/>
        <w:t>instance_create_depth</w:t>
      </w:r>
      <w:proofErr w:type="spellEnd"/>
      <w:r>
        <w:rPr>
          <w:rFonts w:ascii="Consolas" w:eastAsia="Consolas" w:hAnsi="Consolas"/>
          <w:sz w:val="20"/>
        </w:rPr>
        <w:t>(</w:t>
      </w:r>
      <w:proofErr w:type="gramStart"/>
      <w:r>
        <w:rPr>
          <w:rFonts w:ascii="Consolas" w:eastAsia="Consolas" w:hAnsi="Consolas"/>
          <w:sz w:val="20"/>
        </w:rPr>
        <w:t>x,y</w:t>
      </w:r>
      <w:proofErr w:type="gramEnd"/>
      <w:r>
        <w:rPr>
          <w:rFonts w:ascii="Consolas" w:eastAsia="Consolas" w:hAnsi="Consolas"/>
          <w:sz w:val="20"/>
        </w:rPr>
        <w:t>,-999999,Obj_SoulKusok)</w:t>
      </w:r>
    </w:p>
    <w:p w14:paraId="6B999090" w14:textId="77777777" w:rsidR="006C7C92" w:rsidRDefault="006C7C92" w:rsidP="006C7C92">
      <w:pPr>
        <w:spacing w:after="0" w:line="240" w:lineRule="auto"/>
      </w:pPr>
      <w:proofErr w:type="spellStart"/>
      <w:r>
        <w:rPr>
          <w:rFonts w:ascii="Consolas" w:eastAsia="Consolas" w:hAnsi="Consolas"/>
          <w:sz w:val="20"/>
        </w:rPr>
        <w:t>whitePiece</w:t>
      </w:r>
      <w:proofErr w:type="spellEnd"/>
      <w:r>
        <w:rPr>
          <w:rFonts w:ascii="Consolas" w:eastAsia="Consolas" w:hAnsi="Consolas"/>
          <w:sz w:val="20"/>
        </w:rPr>
        <w:t>=1</w:t>
      </w:r>
    </w:p>
    <w:p w14:paraId="7D4BD287" w14:textId="77777777" w:rsidR="006C7C92" w:rsidRDefault="006C7C92" w:rsidP="006C7C92">
      <w:pPr>
        <w:spacing w:after="0" w:line="240" w:lineRule="auto"/>
      </w:pPr>
      <w:proofErr w:type="spellStart"/>
      <w:r>
        <w:rPr>
          <w:rFonts w:ascii="Consolas" w:eastAsia="Consolas" w:hAnsi="Consolas"/>
          <w:sz w:val="20"/>
        </w:rPr>
        <w:t>instance_create_depth</w:t>
      </w:r>
      <w:proofErr w:type="spellEnd"/>
      <w:r>
        <w:rPr>
          <w:rFonts w:ascii="Consolas" w:eastAsia="Consolas" w:hAnsi="Consolas"/>
          <w:sz w:val="20"/>
        </w:rPr>
        <w:t>(</w:t>
      </w:r>
      <w:proofErr w:type="gramStart"/>
      <w:r>
        <w:rPr>
          <w:rFonts w:ascii="Consolas" w:eastAsia="Consolas" w:hAnsi="Consolas"/>
          <w:sz w:val="20"/>
        </w:rPr>
        <w:t>x,y</w:t>
      </w:r>
      <w:proofErr w:type="gramEnd"/>
      <w:r>
        <w:rPr>
          <w:rFonts w:ascii="Consolas" w:eastAsia="Consolas" w:hAnsi="Consolas"/>
          <w:sz w:val="20"/>
        </w:rPr>
        <w:t>,-999999,Obj_SoulKusok)</w:t>
      </w:r>
    </w:p>
    <w:p w14:paraId="60D88CBD" w14:textId="77777777" w:rsidR="006C7C92" w:rsidRDefault="006C7C92" w:rsidP="006C7C92">
      <w:pPr>
        <w:spacing w:after="0" w:line="240" w:lineRule="auto"/>
      </w:pPr>
      <w:proofErr w:type="spellStart"/>
      <w:r>
        <w:rPr>
          <w:rFonts w:ascii="Consolas" w:eastAsia="Consolas" w:hAnsi="Consolas"/>
          <w:sz w:val="20"/>
        </w:rPr>
        <w:t>whitePiece</w:t>
      </w:r>
      <w:proofErr w:type="spellEnd"/>
      <w:r>
        <w:rPr>
          <w:rFonts w:ascii="Consolas" w:eastAsia="Consolas" w:hAnsi="Consolas"/>
          <w:sz w:val="20"/>
        </w:rPr>
        <w:t>=1</w:t>
      </w:r>
    </w:p>
    <w:p w14:paraId="6E9C06B3" w14:textId="77777777" w:rsidR="006C7C92" w:rsidRDefault="006C7C92" w:rsidP="006C7C92">
      <w:pPr>
        <w:spacing w:after="0" w:line="240" w:lineRule="auto"/>
      </w:pPr>
      <w:proofErr w:type="spellStart"/>
      <w:r>
        <w:rPr>
          <w:rFonts w:ascii="Consolas" w:eastAsia="Consolas" w:hAnsi="Consolas"/>
          <w:sz w:val="20"/>
        </w:rPr>
        <w:t>instance_create_depth</w:t>
      </w:r>
      <w:proofErr w:type="spellEnd"/>
      <w:r>
        <w:rPr>
          <w:rFonts w:ascii="Consolas" w:eastAsia="Consolas" w:hAnsi="Consolas"/>
          <w:sz w:val="20"/>
        </w:rPr>
        <w:t>(</w:t>
      </w:r>
      <w:proofErr w:type="gramStart"/>
      <w:r>
        <w:rPr>
          <w:rFonts w:ascii="Consolas" w:eastAsia="Consolas" w:hAnsi="Consolas"/>
          <w:sz w:val="20"/>
        </w:rPr>
        <w:t>x,y</w:t>
      </w:r>
      <w:proofErr w:type="gramEnd"/>
      <w:r>
        <w:rPr>
          <w:rFonts w:ascii="Consolas" w:eastAsia="Consolas" w:hAnsi="Consolas"/>
          <w:sz w:val="20"/>
        </w:rPr>
        <w:t>,-999999,Obj_SoulKusok)</w:t>
      </w:r>
    </w:p>
    <w:p w14:paraId="72B9EB46" w14:textId="77777777" w:rsidR="006C7C92" w:rsidRDefault="006C7C92" w:rsidP="006C7C92">
      <w:pPr>
        <w:spacing w:after="0" w:line="240" w:lineRule="auto"/>
      </w:pPr>
      <w:proofErr w:type="spellStart"/>
      <w:r>
        <w:rPr>
          <w:rFonts w:ascii="Consolas" w:eastAsia="Consolas" w:hAnsi="Consolas"/>
          <w:sz w:val="20"/>
        </w:rPr>
        <w:t>whitePiece</w:t>
      </w:r>
      <w:proofErr w:type="spellEnd"/>
      <w:r>
        <w:rPr>
          <w:rFonts w:ascii="Consolas" w:eastAsia="Consolas" w:hAnsi="Consolas"/>
          <w:sz w:val="20"/>
        </w:rPr>
        <w:t>=0</w:t>
      </w:r>
    </w:p>
    <w:p w14:paraId="6183CC25" w14:textId="77777777" w:rsidR="006C7C92" w:rsidRDefault="006C7C92" w:rsidP="006C7C92">
      <w:pPr>
        <w:spacing w:after="0" w:line="240" w:lineRule="auto"/>
      </w:pPr>
      <w:proofErr w:type="spellStart"/>
      <w:r>
        <w:rPr>
          <w:rFonts w:ascii="Consolas" w:eastAsia="Consolas" w:hAnsi="Consolas"/>
          <w:sz w:val="20"/>
        </w:rPr>
        <w:t>instance_create_depth</w:t>
      </w:r>
      <w:proofErr w:type="spellEnd"/>
      <w:r>
        <w:rPr>
          <w:rFonts w:ascii="Consolas" w:eastAsia="Consolas" w:hAnsi="Consolas"/>
          <w:sz w:val="20"/>
        </w:rPr>
        <w:t>(</w:t>
      </w:r>
      <w:proofErr w:type="gramStart"/>
      <w:r>
        <w:rPr>
          <w:rFonts w:ascii="Consolas" w:eastAsia="Consolas" w:hAnsi="Consolas"/>
          <w:sz w:val="20"/>
        </w:rPr>
        <w:t>x,y</w:t>
      </w:r>
      <w:proofErr w:type="gramEnd"/>
      <w:r>
        <w:rPr>
          <w:rFonts w:ascii="Consolas" w:eastAsia="Consolas" w:hAnsi="Consolas"/>
          <w:sz w:val="20"/>
        </w:rPr>
        <w:t>,-999999,Obj_SoulKusok)</w:t>
      </w:r>
    </w:p>
    <w:p w14:paraId="183BA10E" w14:textId="77777777" w:rsidR="006C7C92" w:rsidRDefault="006C7C92" w:rsidP="006C7C92">
      <w:pPr>
        <w:spacing w:after="0" w:line="240" w:lineRule="auto"/>
      </w:pPr>
      <w:proofErr w:type="spellStart"/>
      <w:r>
        <w:rPr>
          <w:rFonts w:ascii="Consolas" w:eastAsia="Consolas" w:hAnsi="Consolas"/>
          <w:sz w:val="20"/>
        </w:rPr>
        <w:t>instance_create_depth</w:t>
      </w:r>
      <w:proofErr w:type="spellEnd"/>
      <w:r>
        <w:rPr>
          <w:rFonts w:ascii="Consolas" w:eastAsia="Consolas" w:hAnsi="Consolas"/>
          <w:sz w:val="20"/>
        </w:rPr>
        <w:t>(</w:t>
      </w:r>
      <w:proofErr w:type="gramStart"/>
      <w:r>
        <w:rPr>
          <w:rFonts w:ascii="Consolas" w:eastAsia="Consolas" w:hAnsi="Consolas"/>
          <w:sz w:val="20"/>
        </w:rPr>
        <w:t>x,y</w:t>
      </w:r>
      <w:proofErr w:type="gramEnd"/>
      <w:r>
        <w:rPr>
          <w:rFonts w:ascii="Consolas" w:eastAsia="Consolas" w:hAnsi="Consolas"/>
          <w:sz w:val="20"/>
        </w:rPr>
        <w:t>,-999999,Obj_SoulKusok)</w:t>
      </w:r>
    </w:p>
    <w:p w14:paraId="429E41FE" w14:textId="77777777" w:rsidR="006C7C92" w:rsidRDefault="006C7C92" w:rsidP="006C7C92">
      <w:pPr>
        <w:spacing w:after="0" w:line="240" w:lineRule="auto"/>
      </w:pPr>
      <w:proofErr w:type="spellStart"/>
      <w:r>
        <w:rPr>
          <w:rFonts w:ascii="Consolas" w:eastAsia="Consolas" w:hAnsi="Consolas"/>
          <w:sz w:val="20"/>
        </w:rPr>
        <w:t>instance_create_depth</w:t>
      </w:r>
      <w:proofErr w:type="spellEnd"/>
      <w:r>
        <w:rPr>
          <w:rFonts w:ascii="Consolas" w:eastAsia="Consolas" w:hAnsi="Consolas"/>
          <w:sz w:val="20"/>
        </w:rPr>
        <w:t>(</w:t>
      </w:r>
      <w:proofErr w:type="gramStart"/>
      <w:r>
        <w:rPr>
          <w:rFonts w:ascii="Consolas" w:eastAsia="Consolas" w:hAnsi="Consolas"/>
          <w:sz w:val="20"/>
        </w:rPr>
        <w:t>x,y</w:t>
      </w:r>
      <w:proofErr w:type="gramEnd"/>
      <w:r>
        <w:rPr>
          <w:rFonts w:ascii="Consolas" w:eastAsia="Consolas" w:hAnsi="Consolas"/>
          <w:sz w:val="20"/>
        </w:rPr>
        <w:t>,-999999,Obj_SoulKusok)</w:t>
      </w:r>
    </w:p>
    <w:p w14:paraId="4C56980C" w14:textId="77777777" w:rsidR="006C7C92" w:rsidRDefault="006C7C92" w:rsidP="006C7C92">
      <w:pPr>
        <w:spacing w:after="0" w:line="240" w:lineRule="auto"/>
      </w:pPr>
      <w:r>
        <w:rPr>
          <w:rFonts w:ascii="Consolas" w:eastAsia="Consolas" w:hAnsi="Consolas"/>
          <w:sz w:val="20"/>
        </w:rPr>
        <w:t>}</w:t>
      </w:r>
    </w:p>
    <w:p w14:paraId="3113D7FB" w14:textId="77777777" w:rsidR="006C7C92" w:rsidRDefault="006C7C92" w:rsidP="006C7C92"/>
    <w:p w14:paraId="615186EE" w14:textId="77777777" w:rsidR="006C7C92" w:rsidRDefault="006C7C92" w:rsidP="006C7C92">
      <w:pPr>
        <w:spacing w:after="0" w:line="240" w:lineRule="auto"/>
      </w:pPr>
      <w:r>
        <w:rPr>
          <w:rFonts w:ascii="Consolas" w:eastAsia="Consolas" w:hAnsi="Consolas"/>
          <w:sz w:val="20"/>
        </w:rPr>
        <w:t xml:space="preserve">18.  </w:t>
      </w:r>
      <w:proofErr w:type="spellStart"/>
      <w:r>
        <w:rPr>
          <w:rFonts w:ascii="Consolas" w:eastAsia="Consolas" w:hAnsi="Consolas"/>
          <w:sz w:val="20"/>
        </w:rPr>
        <w:t>Yarrow_timer</w:t>
      </w:r>
      <w:proofErr w:type="spellEnd"/>
      <w:r>
        <w:rPr>
          <w:rFonts w:ascii="Consolas" w:eastAsia="Consolas" w:hAnsi="Consolas"/>
          <w:sz w:val="20"/>
        </w:rPr>
        <w:t xml:space="preserve"> += </w:t>
      </w:r>
      <w:proofErr w:type="spellStart"/>
      <w:r>
        <w:rPr>
          <w:rFonts w:ascii="Consolas" w:eastAsia="Consolas" w:hAnsi="Consolas"/>
          <w:sz w:val="20"/>
        </w:rPr>
        <w:t>spd</w:t>
      </w:r>
      <w:proofErr w:type="spellEnd"/>
    </w:p>
    <w:p w14:paraId="0FB254FF" w14:textId="77777777" w:rsidR="006C7C92" w:rsidRDefault="006C7C92" w:rsidP="006C7C92">
      <w:pPr>
        <w:spacing w:after="0" w:line="240" w:lineRule="auto"/>
      </w:pPr>
      <w:r>
        <w:rPr>
          <w:rFonts w:ascii="Consolas" w:eastAsia="Consolas" w:hAnsi="Consolas"/>
          <w:sz w:val="20"/>
        </w:rPr>
        <w:t xml:space="preserve">    y = </w:t>
      </w:r>
      <w:proofErr w:type="spellStart"/>
      <w:r>
        <w:rPr>
          <w:rFonts w:ascii="Consolas" w:eastAsia="Consolas" w:hAnsi="Consolas"/>
          <w:sz w:val="20"/>
        </w:rPr>
        <w:t>Yarrow_base</w:t>
      </w:r>
      <w:proofErr w:type="spellEnd"/>
      <w:r>
        <w:rPr>
          <w:rFonts w:ascii="Consolas" w:eastAsia="Consolas" w:hAnsi="Consolas"/>
          <w:sz w:val="20"/>
        </w:rPr>
        <w:t xml:space="preserve"> + </w:t>
      </w:r>
      <w:proofErr w:type="gramStart"/>
      <w:r>
        <w:rPr>
          <w:rFonts w:ascii="Consolas" w:eastAsia="Consolas" w:hAnsi="Consolas"/>
          <w:sz w:val="20"/>
        </w:rPr>
        <w:t>sin(</w:t>
      </w:r>
      <w:proofErr w:type="spellStart"/>
      <w:proofErr w:type="gramEnd"/>
      <w:r>
        <w:rPr>
          <w:rFonts w:ascii="Consolas" w:eastAsia="Consolas" w:hAnsi="Consolas"/>
          <w:sz w:val="20"/>
        </w:rPr>
        <w:t>Yarrow_timer</w:t>
      </w:r>
      <w:proofErr w:type="spellEnd"/>
      <w:r>
        <w:rPr>
          <w:rFonts w:ascii="Consolas" w:eastAsia="Consolas" w:hAnsi="Consolas"/>
          <w:sz w:val="20"/>
        </w:rPr>
        <w:t xml:space="preserve">) * </w:t>
      </w:r>
      <w:proofErr w:type="spellStart"/>
      <w:r>
        <w:rPr>
          <w:rFonts w:ascii="Consolas" w:eastAsia="Consolas" w:hAnsi="Consolas"/>
          <w:sz w:val="20"/>
        </w:rPr>
        <w:t>Yarrow_range</w:t>
      </w:r>
      <w:proofErr w:type="spellEnd"/>
    </w:p>
    <w:p w14:paraId="477369C4"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obj_</w:t>
      </w:r>
      <w:proofErr w:type="gramStart"/>
      <w:r>
        <w:rPr>
          <w:rFonts w:ascii="Consolas" w:eastAsia="Consolas" w:hAnsi="Consolas"/>
          <w:sz w:val="20"/>
        </w:rPr>
        <w:t>mainchara.slip</w:t>
      </w:r>
      <w:proofErr w:type="gramEnd"/>
      <w:r>
        <w:rPr>
          <w:rFonts w:ascii="Consolas" w:eastAsia="Consolas" w:hAnsi="Consolas"/>
          <w:sz w:val="20"/>
        </w:rPr>
        <w:t>_timeTime</w:t>
      </w:r>
      <w:proofErr w:type="spellEnd"/>
      <w:r>
        <w:rPr>
          <w:rFonts w:ascii="Consolas" w:eastAsia="Consolas" w:hAnsi="Consolas"/>
          <w:sz w:val="20"/>
        </w:rPr>
        <w:t>&gt;50{</w:t>
      </w:r>
    </w:p>
    <w:p w14:paraId="31AD67B6"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alpBlack</w:t>
      </w:r>
      <w:proofErr w:type="spellEnd"/>
      <w:r>
        <w:rPr>
          <w:rFonts w:ascii="Consolas" w:eastAsia="Consolas" w:hAnsi="Consolas"/>
          <w:sz w:val="20"/>
        </w:rPr>
        <w:t>&gt;0</w:t>
      </w:r>
    </w:p>
    <w:p w14:paraId="64706CFC"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alpBlack</w:t>
      </w:r>
      <w:proofErr w:type="spellEnd"/>
      <w:r>
        <w:rPr>
          <w:rFonts w:ascii="Consolas" w:eastAsia="Consolas" w:hAnsi="Consolas"/>
          <w:sz w:val="20"/>
        </w:rPr>
        <w:t>-=0.05</w:t>
      </w:r>
    </w:p>
    <w:p w14:paraId="4811DE68" w14:textId="77777777" w:rsidR="006C7C92" w:rsidRDefault="006C7C92" w:rsidP="006C7C92">
      <w:pPr>
        <w:spacing w:after="0" w:line="240" w:lineRule="auto"/>
      </w:pPr>
      <w:r>
        <w:rPr>
          <w:rFonts w:ascii="Consolas" w:eastAsia="Consolas" w:hAnsi="Consolas"/>
          <w:sz w:val="20"/>
        </w:rPr>
        <w:t>}</w:t>
      </w:r>
    </w:p>
    <w:p w14:paraId="708E13F8"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global.paragrafint</w:t>
      </w:r>
      <w:proofErr w:type="spellEnd"/>
      <w:proofErr w:type="gramEnd"/>
      <w:r>
        <w:rPr>
          <w:rFonts w:ascii="Consolas" w:eastAsia="Consolas" w:hAnsi="Consolas"/>
          <w:sz w:val="20"/>
        </w:rPr>
        <w:t xml:space="preserve">&gt;65 and </w:t>
      </w:r>
      <w:proofErr w:type="spellStart"/>
      <w:r>
        <w:rPr>
          <w:rFonts w:ascii="Consolas" w:eastAsia="Consolas" w:hAnsi="Consolas"/>
          <w:sz w:val="20"/>
        </w:rPr>
        <w:t>global.paragrafint</w:t>
      </w:r>
      <w:proofErr w:type="spellEnd"/>
      <w:r>
        <w:rPr>
          <w:rFonts w:ascii="Consolas" w:eastAsia="Consolas" w:hAnsi="Consolas"/>
          <w:sz w:val="20"/>
        </w:rPr>
        <w:t>&lt;82{</w:t>
      </w:r>
    </w:p>
    <w:p w14:paraId="15A10948"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obj_text_</w:t>
      </w:r>
      <w:proofErr w:type="gramStart"/>
      <w:r>
        <w:rPr>
          <w:rFonts w:ascii="Consolas" w:eastAsia="Consolas" w:hAnsi="Consolas"/>
          <w:sz w:val="20"/>
        </w:rPr>
        <w:t>box.page</w:t>
      </w:r>
      <w:proofErr w:type="spellEnd"/>
      <w:proofErr w:type="gramEnd"/>
      <w:r>
        <w:rPr>
          <w:rFonts w:ascii="Consolas" w:eastAsia="Consolas" w:hAnsi="Consolas"/>
          <w:sz w:val="20"/>
        </w:rPr>
        <w:t xml:space="preserve">=67 and </w:t>
      </w:r>
      <w:proofErr w:type="spellStart"/>
      <w:r>
        <w:rPr>
          <w:rFonts w:ascii="Consolas" w:eastAsia="Consolas" w:hAnsi="Consolas"/>
          <w:sz w:val="20"/>
        </w:rPr>
        <w:t>obj_jREDUX_head.sprite_index</w:t>
      </w:r>
      <w:proofErr w:type="spellEnd"/>
      <w:r>
        <w:rPr>
          <w:rFonts w:ascii="Consolas" w:eastAsia="Consolas" w:hAnsi="Consolas"/>
          <w:sz w:val="20"/>
        </w:rPr>
        <w:t>!=</w:t>
      </w:r>
      <w:proofErr w:type="spellStart"/>
      <w:r>
        <w:rPr>
          <w:rFonts w:ascii="Consolas" w:eastAsia="Consolas" w:hAnsi="Consolas"/>
          <w:sz w:val="20"/>
        </w:rPr>
        <w:t>spr_jREDUX_head_laught</w:t>
      </w:r>
      <w:proofErr w:type="spellEnd"/>
    </w:p>
    <w:p w14:paraId="5DEDD01E" w14:textId="77777777" w:rsidR="006C7C92" w:rsidRDefault="006C7C92" w:rsidP="006C7C92">
      <w:pPr>
        <w:spacing w:after="0" w:line="240" w:lineRule="auto"/>
      </w:pPr>
      <w:r>
        <w:rPr>
          <w:rFonts w:ascii="Consolas" w:eastAsia="Consolas" w:hAnsi="Consolas"/>
          <w:sz w:val="20"/>
        </w:rPr>
        <w:t xml:space="preserve">or </w:t>
      </w:r>
      <w:proofErr w:type="spellStart"/>
      <w:r>
        <w:rPr>
          <w:rFonts w:ascii="Consolas" w:eastAsia="Consolas" w:hAnsi="Consolas"/>
          <w:sz w:val="20"/>
        </w:rPr>
        <w:t>obj_text_</w:t>
      </w:r>
      <w:proofErr w:type="gramStart"/>
      <w:r>
        <w:rPr>
          <w:rFonts w:ascii="Consolas" w:eastAsia="Consolas" w:hAnsi="Consolas"/>
          <w:sz w:val="20"/>
        </w:rPr>
        <w:t>box.page</w:t>
      </w:r>
      <w:proofErr w:type="spellEnd"/>
      <w:proofErr w:type="gramEnd"/>
      <w:r>
        <w:rPr>
          <w:rFonts w:ascii="Consolas" w:eastAsia="Consolas" w:hAnsi="Consolas"/>
          <w:sz w:val="20"/>
        </w:rPr>
        <w:t xml:space="preserve">=72 and </w:t>
      </w:r>
      <w:proofErr w:type="spellStart"/>
      <w:r>
        <w:rPr>
          <w:rFonts w:ascii="Consolas" w:eastAsia="Consolas" w:hAnsi="Consolas"/>
          <w:sz w:val="20"/>
        </w:rPr>
        <w:t>obj_jREDUX_head.sprite_index</w:t>
      </w:r>
      <w:proofErr w:type="spellEnd"/>
      <w:r>
        <w:rPr>
          <w:rFonts w:ascii="Consolas" w:eastAsia="Consolas" w:hAnsi="Consolas"/>
          <w:sz w:val="20"/>
        </w:rPr>
        <w:t>!=</w:t>
      </w:r>
      <w:proofErr w:type="spellStart"/>
      <w:r>
        <w:rPr>
          <w:rFonts w:ascii="Consolas" w:eastAsia="Consolas" w:hAnsi="Consolas"/>
          <w:sz w:val="20"/>
        </w:rPr>
        <w:t>spr_jREDUX_head_laught</w:t>
      </w:r>
      <w:proofErr w:type="spellEnd"/>
    </w:p>
    <w:p w14:paraId="0755FB40" w14:textId="77777777" w:rsidR="006C7C92" w:rsidRDefault="006C7C92" w:rsidP="006C7C92">
      <w:pPr>
        <w:spacing w:after="0" w:line="240" w:lineRule="auto"/>
      </w:pPr>
      <w:r>
        <w:rPr>
          <w:rFonts w:ascii="Consolas" w:eastAsia="Consolas" w:hAnsi="Consolas"/>
          <w:sz w:val="20"/>
        </w:rPr>
        <w:t xml:space="preserve">or </w:t>
      </w:r>
      <w:proofErr w:type="spellStart"/>
      <w:r>
        <w:rPr>
          <w:rFonts w:ascii="Consolas" w:eastAsia="Consolas" w:hAnsi="Consolas"/>
          <w:sz w:val="20"/>
        </w:rPr>
        <w:t>obj_text_</w:t>
      </w:r>
      <w:proofErr w:type="gramStart"/>
      <w:r>
        <w:rPr>
          <w:rFonts w:ascii="Consolas" w:eastAsia="Consolas" w:hAnsi="Consolas"/>
          <w:sz w:val="20"/>
        </w:rPr>
        <w:t>box.page</w:t>
      </w:r>
      <w:proofErr w:type="spellEnd"/>
      <w:proofErr w:type="gramEnd"/>
      <w:r>
        <w:rPr>
          <w:rFonts w:ascii="Consolas" w:eastAsia="Consolas" w:hAnsi="Consolas"/>
          <w:sz w:val="20"/>
        </w:rPr>
        <w:t xml:space="preserve">=80 and </w:t>
      </w:r>
      <w:proofErr w:type="spellStart"/>
      <w:r>
        <w:rPr>
          <w:rFonts w:ascii="Consolas" w:eastAsia="Consolas" w:hAnsi="Consolas"/>
          <w:sz w:val="20"/>
        </w:rPr>
        <w:t>obj_jREDUX_head.sprite_index</w:t>
      </w:r>
      <w:proofErr w:type="spellEnd"/>
      <w:r>
        <w:rPr>
          <w:rFonts w:ascii="Consolas" w:eastAsia="Consolas" w:hAnsi="Consolas"/>
          <w:sz w:val="20"/>
        </w:rPr>
        <w:t>!=</w:t>
      </w:r>
      <w:proofErr w:type="spellStart"/>
      <w:r>
        <w:rPr>
          <w:rFonts w:ascii="Consolas" w:eastAsia="Consolas" w:hAnsi="Consolas"/>
          <w:sz w:val="20"/>
        </w:rPr>
        <w:t>spr_jREDUX_head_laught</w:t>
      </w:r>
      <w:proofErr w:type="spellEnd"/>
      <w:r>
        <w:rPr>
          <w:rFonts w:ascii="Consolas" w:eastAsia="Consolas" w:hAnsi="Consolas"/>
          <w:sz w:val="20"/>
        </w:rPr>
        <w:t>{</w:t>
      </w:r>
    </w:p>
    <w:p w14:paraId="08946C64"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audio_play_sound</w:t>
      </w:r>
      <w:proofErr w:type="spellEnd"/>
      <w:r>
        <w:rPr>
          <w:rFonts w:ascii="Consolas" w:eastAsia="Consolas" w:hAnsi="Consolas"/>
          <w:sz w:val="20"/>
        </w:rPr>
        <w:t>(snd_junk_laught,1,1)</w:t>
      </w:r>
    </w:p>
    <w:p w14:paraId="410EFD43" w14:textId="77777777" w:rsidR="006C7C92" w:rsidRDefault="006C7C92" w:rsidP="006C7C92">
      <w:pPr>
        <w:spacing w:after="0" w:line="240" w:lineRule="auto"/>
      </w:pPr>
      <w:proofErr w:type="spellStart"/>
      <w:r>
        <w:rPr>
          <w:rFonts w:ascii="Consolas" w:eastAsia="Consolas" w:hAnsi="Consolas"/>
          <w:sz w:val="20"/>
        </w:rPr>
        <w:t>spd</w:t>
      </w:r>
      <w:proofErr w:type="spellEnd"/>
      <w:r>
        <w:rPr>
          <w:rFonts w:ascii="Consolas" w:eastAsia="Consolas" w:hAnsi="Consolas"/>
          <w:sz w:val="20"/>
        </w:rPr>
        <w:t>=0.2</w:t>
      </w:r>
    </w:p>
    <w:p w14:paraId="7716D15F" w14:textId="77777777" w:rsidR="006C7C92" w:rsidRDefault="006C7C92" w:rsidP="006C7C92">
      <w:pPr>
        <w:spacing w:after="0" w:line="240" w:lineRule="auto"/>
      </w:pPr>
      <w:proofErr w:type="spellStart"/>
      <w:r>
        <w:rPr>
          <w:rFonts w:ascii="Consolas" w:eastAsia="Consolas" w:hAnsi="Consolas"/>
          <w:sz w:val="20"/>
        </w:rPr>
        <w:t>obj_jREDUX_left_hand_down.spd</w:t>
      </w:r>
      <w:proofErr w:type="spellEnd"/>
      <w:r>
        <w:rPr>
          <w:rFonts w:ascii="Consolas" w:eastAsia="Consolas" w:hAnsi="Consolas"/>
          <w:sz w:val="20"/>
        </w:rPr>
        <w:t>=0.4</w:t>
      </w:r>
    </w:p>
    <w:p w14:paraId="416B2824" w14:textId="77777777" w:rsidR="006C7C92" w:rsidRDefault="006C7C92" w:rsidP="006C7C92">
      <w:pPr>
        <w:spacing w:after="0" w:line="240" w:lineRule="auto"/>
      </w:pPr>
      <w:proofErr w:type="spellStart"/>
      <w:r>
        <w:rPr>
          <w:rFonts w:ascii="Consolas" w:eastAsia="Consolas" w:hAnsi="Consolas"/>
          <w:sz w:val="20"/>
        </w:rPr>
        <w:t>obj_jREDUX_left_hand_</w:t>
      </w:r>
      <w:proofErr w:type="gramStart"/>
      <w:r>
        <w:rPr>
          <w:rFonts w:ascii="Consolas" w:eastAsia="Consolas" w:hAnsi="Consolas"/>
          <w:sz w:val="20"/>
        </w:rPr>
        <w:t>down.Yarrow</w:t>
      </w:r>
      <w:proofErr w:type="gramEnd"/>
      <w:r>
        <w:rPr>
          <w:rFonts w:ascii="Consolas" w:eastAsia="Consolas" w:hAnsi="Consolas"/>
          <w:sz w:val="20"/>
        </w:rPr>
        <w:t>_range</w:t>
      </w:r>
      <w:proofErr w:type="spellEnd"/>
      <w:r>
        <w:rPr>
          <w:rFonts w:ascii="Consolas" w:eastAsia="Consolas" w:hAnsi="Consolas"/>
          <w:sz w:val="20"/>
        </w:rPr>
        <w:t xml:space="preserve"> = 25</w:t>
      </w:r>
    </w:p>
    <w:p w14:paraId="46EFC605" w14:textId="77777777" w:rsidR="006C7C92" w:rsidRDefault="006C7C92" w:rsidP="006C7C92">
      <w:pPr>
        <w:spacing w:after="0" w:line="240" w:lineRule="auto"/>
      </w:pPr>
      <w:proofErr w:type="spellStart"/>
      <w:r>
        <w:rPr>
          <w:rFonts w:ascii="Consolas" w:eastAsia="Consolas" w:hAnsi="Consolas"/>
          <w:sz w:val="20"/>
        </w:rPr>
        <w:t>obj_jREDUX_left_hand_</w:t>
      </w:r>
      <w:proofErr w:type="gramStart"/>
      <w:r>
        <w:rPr>
          <w:rFonts w:ascii="Consolas" w:eastAsia="Consolas" w:hAnsi="Consolas"/>
          <w:sz w:val="20"/>
        </w:rPr>
        <w:t>up.Yarrow</w:t>
      </w:r>
      <w:proofErr w:type="gramEnd"/>
      <w:r>
        <w:rPr>
          <w:rFonts w:ascii="Consolas" w:eastAsia="Consolas" w:hAnsi="Consolas"/>
          <w:sz w:val="20"/>
        </w:rPr>
        <w:t>_range</w:t>
      </w:r>
      <w:proofErr w:type="spellEnd"/>
      <w:r>
        <w:rPr>
          <w:rFonts w:ascii="Consolas" w:eastAsia="Consolas" w:hAnsi="Consolas"/>
          <w:sz w:val="20"/>
        </w:rPr>
        <w:t xml:space="preserve"> = 25</w:t>
      </w:r>
    </w:p>
    <w:p w14:paraId="778C7897" w14:textId="77777777" w:rsidR="006C7C92" w:rsidRDefault="006C7C92" w:rsidP="006C7C92">
      <w:pPr>
        <w:spacing w:after="0" w:line="240" w:lineRule="auto"/>
      </w:pPr>
      <w:proofErr w:type="spellStart"/>
      <w:r>
        <w:rPr>
          <w:rFonts w:ascii="Consolas" w:eastAsia="Consolas" w:hAnsi="Consolas"/>
          <w:sz w:val="20"/>
        </w:rPr>
        <w:t>obj_jREDUX_right_hand_</w:t>
      </w:r>
      <w:proofErr w:type="gramStart"/>
      <w:r>
        <w:rPr>
          <w:rFonts w:ascii="Consolas" w:eastAsia="Consolas" w:hAnsi="Consolas"/>
          <w:sz w:val="20"/>
        </w:rPr>
        <w:t>up.Yarrow</w:t>
      </w:r>
      <w:proofErr w:type="gramEnd"/>
      <w:r>
        <w:rPr>
          <w:rFonts w:ascii="Consolas" w:eastAsia="Consolas" w:hAnsi="Consolas"/>
          <w:sz w:val="20"/>
        </w:rPr>
        <w:t>_range</w:t>
      </w:r>
      <w:proofErr w:type="spellEnd"/>
      <w:r>
        <w:rPr>
          <w:rFonts w:ascii="Consolas" w:eastAsia="Consolas" w:hAnsi="Consolas"/>
          <w:sz w:val="20"/>
        </w:rPr>
        <w:t xml:space="preserve"> = 25</w:t>
      </w:r>
    </w:p>
    <w:p w14:paraId="62FB43B2" w14:textId="77777777" w:rsidR="006C7C92" w:rsidRDefault="006C7C92" w:rsidP="006C7C92">
      <w:pPr>
        <w:spacing w:after="0" w:line="240" w:lineRule="auto"/>
      </w:pPr>
      <w:proofErr w:type="spellStart"/>
      <w:r>
        <w:rPr>
          <w:rFonts w:ascii="Consolas" w:eastAsia="Consolas" w:hAnsi="Consolas"/>
          <w:sz w:val="20"/>
        </w:rPr>
        <w:t>obj_jREDUX_</w:t>
      </w:r>
      <w:proofErr w:type="gramStart"/>
      <w:r>
        <w:rPr>
          <w:rFonts w:ascii="Consolas" w:eastAsia="Consolas" w:hAnsi="Consolas"/>
          <w:sz w:val="20"/>
        </w:rPr>
        <w:t>head.Yarrow</w:t>
      </w:r>
      <w:proofErr w:type="gramEnd"/>
      <w:r>
        <w:rPr>
          <w:rFonts w:ascii="Consolas" w:eastAsia="Consolas" w:hAnsi="Consolas"/>
          <w:sz w:val="20"/>
        </w:rPr>
        <w:t>_range</w:t>
      </w:r>
      <w:proofErr w:type="spellEnd"/>
      <w:r>
        <w:rPr>
          <w:rFonts w:ascii="Consolas" w:eastAsia="Consolas" w:hAnsi="Consolas"/>
          <w:sz w:val="20"/>
        </w:rPr>
        <w:t xml:space="preserve"> = 25</w:t>
      </w:r>
    </w:p>
    <w:p w14:paraId="5C60F3D5" w14:textId="77777777" w:rsidR="006C7C92" w:rsidRDefault="006C7C92" w:rsidP="006C7C92">
      <w:pPr>
        <w:spacing w:after="0" w:line="240" w:lineRule="auto"/>
      </w:pPr>
      <w:proofErr w:type="spellStart"/>
      <w:r>
        <w:rPr>
          <w:rFonts w:ascii="Consolas" w:eastAsia="Consolas" w:hAnsi="Consolas"/>
          <w:sz w:val="20"/>
        </w:rPr>
        <w:t>obj_jREDUX_right_hand_</w:t>
      </w:r>
      <w:proofErr w:type="gramStart"/>
      <w:r>
        <w:rPr>
          <w:rFonts w:ascii="Consolas" w:eastAsia="Consolas" w:hAnsi="Consolas"/>
          <w:sz w:val="20"/>
        </w:rPr>
        <w:t>down.Yarrow</w:t>
      </w:r>
      <w:proofErr w:type="gramEnd"/>
      <w:r>
        <w:rPr>
          <w:rFonts w:ascii="Consolas" w:eastAsia="Consolas" w:hAnsi="Consolas"/>
          <w:sz w:val="20"/>
        </w:rPr>
        <w:t>_range</w:t>
      </w:r>
      <w:proofErr w:type="spellEnd"/>
      <w:r>
        <w:rPr>
          <w:rFonts w:ascii="Consolas" w:eastAsia="Consolas" w:hAnsi="Consolas"/>
          <w:sz w:val="20"/>
        </w:rPr>
        <w:t xml:space="preserve"> = 25</w:t>
      </w:r>
    </w:p>
    <w:p w14:paraId="0E770900" w14:textId="77777777" w:rsidR="006C7C92" w:rsidRDefault="006C7C92" w:rsidP="006C7C92">
      <w:pPr>
        <w:spacing w:after="0" w:line="240" w:lineRule="auto"/>
      </w:pPr>
      <w:proofErr w:type="spellStart"/>
      <w:r>
        <w:rPr>
          <w:rFonts w:ascii="Consolas" w:eastAsia="Consolas" w:hAnsi="Consolas"/>
          <w:sz w:val="20"/>
        </w:rPr>
        <w:t>obj_jREDUX_left_hand_up.spd</w:t>
      </w:r>
      <w:proofErr w:type="spellEnd"/>
      <w:r>
        <w:rPr>
          <w:rFonts w:ascii="Consolas" w:eastAsia="Consolas" w:hAnsi="Consolas"/>
          <w:sz w:val="20"/>
        </w:rPr>
        <w:t>=0.4</w:t>
      </w:r>
    </w:p>
    <w:p w14:paraId="07A0F795" w14:textId="77777777" w:rsidR="006C7C92" w:rsidRDefault="006C7C92" w:rsidP="006C7C92">
      <w:pPr>
        <w:spacing w:after="0" w:line="240" w:lineRule="auto"/>
      </w:pPr>
      <w:proofErr w:type="spellStart"/>
      <w:r>
        <w:rPr>
          <w:rFonts w:ascii="Consolas" w:eastAsia="Consolas" w:hAnsi="Consolas"/>
          <w:sz w:val="20"/>
        </w:rPr>
        <w:t>obj_jREDUX_right_hand_down.spd</w:t>
      </w:r>
      <w:proofErr w:type="spellEnd"/>
      <w:r>
        <w:rPr>
          <w:rFonts w:ascii="Consolas" w:eastAsia="Consolas" w:hAnsi="Consolas"/>
          <w:sz w:val="20"/>
        </w:rPr>
        <w:t>=0.4</w:t>
      </w:r>
    </w:p>
    <w:p w14:paraId="4546B38B" w14:textId="77777777" w:rsidR="006C7C92" w:rsidRDefault="006C7C92" w:rsidP="006C7C92">
      <w:pPr>
        <w:spacing w:after="0" w:line="240" w:lineRule="auto"/>
      </w:pPr>
      <w:proofErr w:type="spellStart"/>
      <w:r>
        <w:rPr>
          <w:rFonts w:ascii="Consolas" w:eastAsia="Consolas" w:hAnsi="Consolas"/>
          <w:sz w:val="20"/>
        </w:rPr>
        <w:t>obj_jREDUX_right_hand_up.spd</w:t>
      </w:r>
      <w:proofErr w:type="spellEnd"/>
      <w:r>
        <w:rPr>
          <w:rFonts w:ascii="Consolas" w:eastAsia="Consolas" w:hAnsi="Consolas"/>
          <w:sz w:val="20"/>
        </w:rPr>
        <w:t>=0.4</w:t>
      </w:r>
    </w:p>
    <w:p w14:paraId="4462BFFA" w14:textId="77777777" w:rsidR="006C7C92" w:rsidRDefault="006C7C92" w:rsidP="006C7C92">
      <w:pPr>
        <w:spacing w:after="0" w:line="240" w:lineRule="auto"/>
      </w:pPr>
      <w:proofErr w:type="spellStart"/>
      <w:r>
        <w:rPr>
          <w:rFonts w:ascii="Consolas" w:eastAsia="Consolas" w:hAnsi="Consolas"/>
          <w:sz w:val="20"/>
        </w:rPr>
        <w:t>obj_jREDUX_head.spd</w:t>
      </w:r>
      <w:proofErr w:type="spellEnd"/>
      <w:r>
        <w:rPr>
          <w:rFonts w:ascii="Consolas" w:eastAsia="Consolas" w:hAnsi="Consolas"/>
          <w:sz w:val="20"/>
        </w:rPr>
        <w:t>=0.08</w:t>
      </w:r>
    </w:p>
    <w:p w14:paraId="1B6BA38D"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obj_jREDUX_</w:t>
      </w:r>
      <w:proofErr w:type="gramStart"/>
      <w:r>
        <w:rPr>
          <w:rFonts w:ascii="Consolas" w:eastAsia="Consolas" w:hAnsi="Consolas"/>
          <w:sz w:val="20"/>
        </w:rPr>
        <w:t>head.sprite</w:t>
      </w:r>
      <w:proofErr w:type="gramEnd"/>
      <w:r>
        <w:rPr>
          <w:rFonts w:ascii="Consolas" w:eastAsia="Consolas" w:hAnsi="Consolas"/>
          <w:sz w:val="20"/>
        </w:rPr>
        <w:t>_index</w:t>
      </w:r>
      <w:proofErr w:type="spellEnd"/>
      <w:r>
        <w:rPr>
          <w:rFonts w:ascii="Consolas" w:eastAsia="Consolas" w:hAnsi="Consolas"/>
          <w:sz w:val="20"/>
        </w:rPr>
        <w:t>=</w:t>
      </w:r>
      <w:proofErr w:type="spellStart"/>
      <w:r>
        <w:rPr>
          <w:rFonts w:ascii="Consolas" w:eastAsia="Consolas" w:hAnsi="Consolas"/>
          <w:sz w:val="20"/>
        </w:rPr>
        <w:t>spr_jREDUX_head_laught</w:t>
      </w:r>
      <w:proofErr w:type="spellEnd"/>
    </w:p>
    <w:p w14:paraId="0B6E27E0" w14:textId="77777777" w:rsidR="006C7C92" w:rsidRDefault="006C7C92" w:rsidP="006C7C92">
      <w:pPr>
        <w:spacing w:after="0" w:line="240" w:lineRule="auto"/>
      </w:pPr>
      <w:r>
        <w:rPr>
          <w:rFonts w:ascii="Consolas" w:eastAsia="Consolas" w:hAnsi="Consolas"/>
          <w:sz w:val="20"/>
        </w:rPr>
        <w:t>}</w:t>
      </w:r>
    </w:p>
    <w:p w14:paraId="1BFC7313"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obj_text_</w:t>
      </w:r>
      <w:proofErr w:type="gramStart"/>
      <w:r>
        <w:rPr>
          <w:rFonts w:ascii="Consolas" w:eastAsia="Consolas" w:hAnsi="Consolas"/>
          <w:sz w:val="20"/>
        </w:rPr>
        <w:t>box.page</w:t>
      </w:r>
      <w:proofErr w:type="spellEnd"/>
      <w:proofErr w:type="gramEnd"/>
      <w:r>
        <w:rPr>
          <w:rFonts w:ascii="Consolas" w:eastAsia="Consolas" w:hAnsi="Consolas"/>
          <w:sz w:val="20"/>
        </w:rPr>
        <w:t xml:space="preserve">=70 and </w:t>
      </w:r>
      <w:proofErr w:type="spellStart"/>
      <w:r>
        <w:rPr>
          <w:rFonts w:ascii="Consolas" w:eastAsia="Consolas" w:hAnsi="Consolas"/>
          <w:sz w:val="20"/>
        </w:rPr>
        <w:t>obj_jREDUX_head.sprite_index</w:t>
      </w:r>
      <w:proofErr w:type="spellEnd"/>
      <w:r>
        <w:rPr>
          <w:rFonts w:ascii="Consolas" w:eastAsia="Consolas" w:hAnsi="Consolas"/>
          <w:sz w:val="20"/>
        </w:rPr>
        <w:t>!=</w:t>
      </w:r>
      <w:proofErr w:type="spellStart"/>
      <w:r>
        <w:rPr>
          <w:rFonts w:ascii="Consolas" w:eastAsia="Consolas" w:hAnsi="Consolas"/>
          <w:sz w:val="20"/>
        </w:rPr>
        <w:t>spr_jREDUX_head</w:t>
      </w:r>
      <w:proofErr w:type="spellEnd"/>
      <w:r>
        <w:rPr>
          <w:rFonts w:ascii="Consolas" w:eastAsia="Consolas" w:hAnsi="Consolas"/>
          <w:sz w:val="20"/>
        </w:rPr>
        <w:t>{</w:t>
      </w:r>
    </w:p>
    <w:p w14:paraId="3ED76A4E" w14:textId="77777777" w:rsidR="006C7C92" w:rsidRDefault="006C7C92" w:rsidP="006C7C92">
      <w:pPr>
        <w:spacing w:after="0" w:line="240" w:lineRule="auto"/>
      </w:pPr>
      <w:proofErr w:type="spellStart"/>
      <w:r>
        <w:rPr>
          <w:rFonts w:ascii="Consolas" w:eastAsia="Consolas" w:hAnsi="Consolas"/>
          <w:sz w:val="20"/>
        </w:rPr>
        <w:t>spd</w:t>
      </w:r>
      <w:proofErr w:type="spellEnd"/>
      <w:r>
        <w:rPr>
          <w:rFonts w:ascii="Consolas" w:eastAsia="Consolas" w:hAnsi="Consolas"/>
          <w:sz w:val="20"/>
        </w:rPr>
        <w:t>=0.05</w:t>
      </w:r>
    </w:p>
    <w:p w14:paraId="69161A56" w14:textId="77777777" w:rsidR="006C7C92" w:rsidRDefault="006C7C92" w:rsidP="006C7C92">
      <w:pPr>
        <w:spacing w:after="0" w:line="240" w:lineRule="auto"/>
      </w:pPr>
      <w:proofErr w:type="spellStart"/>
      <w:r>
        <w:rPr>
          <w:rFonts w:ascii="Consolas" w:eastAsia="Consolas" w:hAnsi="Consolas"/>
          <w:sz w:val="20"/>
        </w:rPr>
        <w:t>obj_jREDUX_left_hand_down.spd</w:t>
      </w:r>
      <w:proofErr w:type="spellEnd"/>
      <w:r>
        <w:rPr>
          <w:rFonts w:ascii="Consolas" w:eastAsia="Consolas" w:hAnsi="Consolas"/>
          <w:sz w:val="20"/>
        </w:rPr>
        <w:t>=0.07</w:t>
      </w:r>
    </w:p>
    <w:p w14:paraId="0FFD3395" w14:textId="77777777" w:rsidR="006C7C92" w:rsidRDefault="006C7C92" w:rsidP="006C7C92">
      <w:pPr>
        <w:spacing w:after="0" w:line="240" w:lineRule="auto"/>
      </w:pPr>
      <w:proofErr w:type="spellStart"/>
      <w:r>
        <w:rPr>
          <w:rFonts w:ascii="Consolas" w:eastAsia="Consolas" w:hAnsi="Consolas"/>
          <w:sz w:val="20"/>
        </w:rPr>
        <w:t>obj_jREDUX_left_hand_</w:t>
      </w:r>
      <w:proofErr w:type="gramStart"/>
      <w:r>
        <w:rPr>
          <w:rFonts w:ascii="Consolas" w:eastAsia="Consolas" w:hAnsi="Consolas"/>
          <w:sz w:val="20"/>
        </w:rPr>
        <w:t>down.Yarrow</w:t>
      </w:r>
      <w:proofErr w:type="gramEnd"/>
      <w:r>
        <w:rPr>
          <w:rFonts w:ascii="Consolas" w:eastAsia="Consolas" w:hAnsi="Consolas"/>
          <w:sz w:val="20"/>
        </w:rPr>
        <w:t>_range</w:t>
      </w:r>
      <w:proofErr w:type="spellEnd"/>
      <w:r>
        <w:rPr>
          <w:rFonts w:ascii="Consolas" w:eastAsia="Consolas" w:hAnsi="Consolas"/>
          <w:sz w:val="20"/>
        </w:rPr>
        <w:t xml:space="preserve"> = 10</w:t>
      </w:r>
    </w:p>
    <w:p w14:paraId="7FB0828A" w14:textId="77777777" w:rsidR="006C7C92" w:rsidRDefault="006C7C92" w:rsidP="006C7C92">
      <w:pPr>
        <w:spacing w:after="0" w:line="240" w:lineRule="auto"/>
      </w:pPr>
      <w:proofErr w:type="spellStart"/>
      <w:r>
        <w:rPr>
          <w:rFonts w:ascii="Consolas" w:eastAsia="Consolas" w:hAnsi="Consolas"/>
          <w:sz w:val="20"/>
        </w:rPr>
        <w:t>obj_jREDUX_left_hand_</w:t>
      </w:r>
      <w:proofErr w:type="gramStart"/>
      <w:r>
        <w:rPr>
          <w:rFonts w:ascii="Consolas" w:eastAsia="Consolas" w:hAnsi="Consolas"/>
          <w:sz w:val="20"/>
        </w:rPr>
        <w:t>up.Yarrow</w:t>
      </w:r>
      <w:proofErr w:type="gramEnd"/>
      <w:r>
        <w:rPr>
          <w:rFonts w:ascii="Consolas" w:eastAsia="Consolas" w:hAnsi="Consolas"/>
          <w:sz w:val="20"/>
        </w:rPr>
        <w:t>_range</w:t>
      </w:r>
      <w:proofErr w:type="spellEnd"/>
      <w:r>
        <w:rPr>
          <w:rFonts w:ascii="Consolas" w:eastAsia="Consolas" w:hAnsi="Consolas"/>
          <w:sz w:val="20"/>
        </w:rPr>
        <w:t xml:space="preserve"> = 25</w:t>
      </w:r>
    </w:p>
    <w:p w14:paraId="318CD6CE" w14:textId="77777777" w:rsidR="006C7C92" w:rsidRDefault="006C7C92" w:rsidP="006C7C92">
      <w:pPr>
        <w:spacing w:after="0" w:line="240" w:lineRule="auto"/>
      </w:pPr>
      <w:proofErr w:type="spellStart"/>
      <w:r>
        <w:rPr>
          <w:rFonts w:ascii="Consolas" w:eastAsia="Consolas" w:hAnsi="Consolas"/>
          <w:sz w:val="20"/>
        </w:rPr>
        <w:t>obj_jREDUX_right_hand_</w:t>
      </w:r>
      <w:proofErr w:type="gramStart"/>
      <w:r>
        <w:rPr>
          <w:rFonts w:ascii="Consolas" w:eastAsia="Consolas" w:hAnsi="Consolas"/>
          <w:sz w:val="20"/>
        </w:rPr>
        <w:t>up.Yarrow</w:t>
      </w:r>
      <w:proofErr w:type="gramEnd"/>
      <w:r>
        <w:rPr>
          <w:rFonts w:ascii="Consolas" w:eastAsia="Consolas" w:hAnsi="Consolas"/>
          <w:sz w:val="20"/>
        </w:rPr>
        <w:t>_range</w:t>
      </w:r>
      <w:proofErr w:type="spellEnd"/>
      <w:r>
        <w:rPr>
          <w:rFonts w:ascii="Consolas" w:eastAsia="Consolas" w:hAnsi="Consolas"/>
          <w:sz w:val="20"/>
        </w:rPr>
        <w:t xml:space="preserve"> = 5</w:t>
      </w:r>
    </w:p>
    <w:p w14:paraId="03195B41" w14:textId="77777777" w:rsidR="006C7C92" w:rsidRDefault="006C7C92" w:rsidP="006C7C92">
      <w:pPr>
        <w:spacing w:after="0" w:line="240" w:lineRule="auto"/>
      </w:pPr>
      <w:proofErr w:type="spellStart"/>
      <w:r>
        <w:rPr>
          <w:rFonts w:ascii="Consolas" w:eastAsia="Consolas" w:hAnsi="Consolas"/>
          <w:sz w:val="20"/>
        </w:rPr>
        <w:t>obj_jREDUX_</w:t>
      </w:r>
      <w:proofErr w:type="gramStart"/>
      <w:r>
        <w:rPr>
          <w:rFonts w:ascii="Consolas" w:eastAsia="Consolas" w:hAnsi="Consolas"/>
          <w:sz w:val="20"/>
        </w:rPr>
        <w:t>head.Yarrow</w:t>
      </w:r>
      <w:proofErr w:type="gramEnd"/>
      <w:r>
        <w:rPr>
          <w:rFonts w:ascii="Consolas" w:eastAsia="Consolas" w:hAnsi="Consolas"/>
          <w:sz w:val="20"/>
        </w:rPr>
        <w:t>_range</w:t>
      </w:r>
      <w:proofErr w:type="spellEnd"/>
      <w:r>
        <w:rPr>
          <w:rFonts w:ascii="Consolas" w:eastAsia="Consolas" w:hAnsi="Consolas"/>
          <w:sz w:val="20"/>
        </w:rPr>
        <w:t xml:space="preserve"> = 12.5</w:t>
      </w:r>
    </w:p>
    <w:p w14:paraId="7ECE8BD9" w14:textId="77777777" w:rsidR="006C7C92" w:rsidRDefault="006C7C92" w:rsidP="006C7C92">
      <w:pPr>
        <w:spacing w:after="0" w:line="240" w:lineRule="auto"/>
      </w:pPr>
      <w:proofErr w:type="spellStart"/>
      <w:r>
        <w:rPr>
          <w:rFonts w:ascii="Consolas" w:eastAsia="Consolas" w:hAnsi="Consolas"/>
          <w:sz w:val="20"/>
        </w:rPr>
        <w:t>obj_jREDUX_right_hand_</w:t>
      </w:r>
      <w:proofErr w:type="gramStart"/>
      <w:r>
        <w:rPr>
          <w:rFonts w:ascii="Consolas" w:eastAsia="Consolas" w:hAnsi="Consolas"/>
          <w:sz w:val="20"/>
        </w:rPr>
        <w:t>down.Yarrow</w:t>
      </w:r>
      <w:proofErr w:type="gramEnd"/>
      <w:r>
        <w:rPr>
          <w:rFonts w:ascii="Consolas" w:eastAsia="Consolas" w:hAnsi="Consolas"/>
          <w:sz w:val="20"/>
        </w:rPr>
        <w:t>_range</w:t>
      </w:r>
      <w:proofErr w:type="spellEnd"/>
      <w:r>
        <w:rPr>
          <w:rFonts w:ascii="Consolas" w:eastAsia="Consolas" w:hAnsi="Consolas"/>
          <w:sz w:val="20"/>
        </w:rPr>
        <w:t xml:space="preserve"> = 12.5</w:t>
      </w:r>
    </w:p>
    <w:p w14:paraId="54D80FB9" w14:textId="77777777" w:rsidR="006C7C92" w:rsidRDefault="006C7C92" w:rsidP="006C7C92">
      <w:pPr>
        <w:spacing w:after="0" w:line="240" w:lineRule="auto"/>
      </w:pPr>
      <w:proofErr w:type="spellStart"/>
      <w:r>
        <w:rPr>
          <w:rFonts w:ascii="Consolas" w:eastAsia="Consolas" w:hAnsi="Consolas"/>
          <w:sz w:val="20"/>
        </w:rPr>
        <w:t>obj_jREDUX_left_hand_up.spd</w:t>
      </w:r>
      <w:proofErr w:type="spellEnd"/>
      <w:r>
        <w:rPr>
          <w:rFonts w:ascii="Consolas" w:eastAsia="Consolas" w:hAnsi="Consolas"/>
          <w:sz w:val="20"/>
        </w:rPr>
        <w:t>=0.05</w:t>
      </w:r>
    </w:p>
    <w:p w14:paraId="7FE021C4" w14:textId="77777777" w:rsidR="006C7C92" w:rsidRDefault="006C7C92" w:rsidP="006C7C92">
      <w:pPr>
        <w:spacing w:after="0" w:line="240" w:lineRule="auto"/>
      </w:pPr>
      <w:proofErr w:type="spellStart"/>
      <w:r>
        <w:rPr>
          <w:rFonts w:ascii="Consolas" w:eastAsia="Consolas" w:hAnsi="Consolas"/>
          <w:sz w:val="20"/>
        </w:rPr>
        <w:t>obj_jREDUX_right_hand_down.spd</w:t>
      </w:r>
      <w:proofErr w:type="spellEnd"/>
      <w:r>
        <w:rPr>
          <w:rFonts w:ascii="Consolas" w:eastAsia="Consolas" w:hAnsi="Consolas"/>
          <w:sz w:val="20"/>
        </w:rPr>
        <w:t>=0.05</w:t>
      </w:r>
    </w:p>
    <w:p w14:paraId="547C5C2E" w14:textId="77777777" w:rsidR="006C7C92" w:rsidRDefault="006C7C92" w:rsidP="006C7C92">
      <w:pPr>
        <w:spacing w:after="0" w:line="240" w:lineRule="auto"/>
      </w:pPr>
      <w:proofErr w:type="spellStart"/>
      <w:r>
        <w:rPr>
          <w:rFonts w:ascii="Consolas" w:eastAsia="Consolas" w:hAnsi="Consolas"/>
          <w:sz w:val="20"/>
        </w:rPr>
        <w:t>obj_jREDUX_right_hand_up.spd</w:t>
      </w:r>
      <w:proofErr w:type="spellEnd"/>
      <w:r>
        <w:rPr>
          <w:rFonts w:ascii="Consolas" w:eastAsia="Consolas" w:hAnsi="Consolas"/>
          <w:sz w:val="20"/>
        </w:rPr>
        <w:t>=0.075</w:t>
      </w:r>
    </w:p>
    <w:p w14:paraId="41E933D7" w14:textId="77777777" w:rsidR="006C7C92" w:rsidRDefault="006C7C92" w:rsidP="006C7C92">
      <w:pPr>
        <w:spacing w:after="0" w:line="240" w:lineRule="auto"/>
      </w:pPr>
      <w:proofErr w:type="spellStart"/>
      <w:r>
        <w:rPr>
          <w:rFonts w:ascii="Consolas" w:eastAsia="Consolas" w:hAnsi="Consolas"/>
          <w:sz w:val="20"/>
        </w:rPr>
        <w:t>obj_jREDUX_head.spd</w:t>
      </w:r>
      <w:proofErr w:type="spellEnd"/>
      <w:r>
        <w:rPr>
          <w:rFonts w:ascii="Consolas" w:eastAsia="Consolas" w:hAnsi="Consolas"/>
          <w:sz w:val="20"/>
        </w:rPr>
        <w:t>=0.02</w:t>
      </w:r>
    </w:p>
    <w:p w14:paraId="2A76A4DC" w14:textId="77777777" w:rsidR="006C7C92" w:rsidRDefault="006C7C92" w:rsidP="006C7C92">
      <w:pPr>
        <w:spacing w:after="0" w:line="240" w:lineRule="auto"/>
      </w:pPr>
      <w:proofErr w:type="spellStart"/>
      <w:r>
        <w:rPr>
          <w:rFonts w:ascii="Consolas" w:eastAsia="Consolas" w:hAnsi="Consolas"/>
          <w:sz w:val="20"/>
        </w:rPr>
        <w:t>obj_jREDUX_</w:t>
      </w:r>
      <w:proofErr w:type="gramStart"/>
      <w:r>
        <w:rPr>
          <w:rFonts w:ascii="Consolas" w:eastAsia="Consolas" w:hAnsi="Consolas"/>
          <w:sz w:val="20"/>
        </w:rPr>
        <w:t>head.sprite</w:t>
      </w:r>
      <w:proofErr w:type="gramEnd"/>
      <w:r>
        <w:rPr>
          <w:rFonts w:ascii="Consolas" w:eastAsia="Consolas" w:hAnsi="Consolas"/>
          <w:sz w:val="20"/>
        </w:rPr>
        <w:t>_index</w:t>
      </w:r>
      <w:proofErr w:type="spellEnd"/>
      <w:r>
        <w:rPr>
          <w:rFonts w:ascii="Consolas" w:eastAsia="Consolas" w:hAnsi="Consolas"/>
          <w:sz w:val="20"/>
        </w:rPr>
        <w:t>=</w:t>
      </w:r>
      <w:proofErr w:type="spellStart"/>
      <w:r>
        <w:rPr>
          <w:rFonts w:ascii="Consolas" w:eastAsia="Consolas" w:hAnsi="Consolas"/>
          <w:sz w:val="20"/>
        </w:rPr>
        <w:t>spr_jREDUX_head</w:t>
      </w:r>
      <w:proofErr w:type="spellEnd"/>
      <w:r>
        <w:rPr>
          <w:rFonts w:ascii="Consolas" w:eastAsia="Consolas" w:hAnsi="Consolas"/>
          <w:sz w:val="20"/>
        </w:rPr>
        <w:t xml:space="preserve">  </w:t>
      </w:r>
    </w:p>
    <w:p w14:paraId="249F5906" w14:textId="77777777" w:rsidR="006C7C92" w:rsidRDefault="006C7C92" w:rsidP="006C7C92">
      <w:pPr>
        <w:spacing w:after="0" w:line="240" w:lineRule="auto"/>
      </w:pPr>
      <w:proofErr w:type="spellStart"/>
      <w:r>
        <w:rPr>
          <w:rFonts w:ascii="Consolas" w:eastAsia="Consolas" w:hAnsi="Consolas"/>
          <w:sz w:val="20"/>
        </w:rPr>
        <w:t>image_index</w:t>
      </w:r>
      <w:proofErr w:type="spellEnd"/>
      <w:r>
        <w:rPr>
          <w:rFonts w:ascii="Consolas" w:eastAsia="Consolas" w:hAnsi="Consolas"/>
          <w:sz w:val="20"/>
        </w:rPr>
        <w:t>=0</w:t>
      </w:r>
    </w:p>
    <w:p w14:paraId="10271180" w14:textId="77777777" w:rsidR="006C7C92" w:rsidRDefault="006C7C92" w:rsidP="006C7C92">
      <w:pPr>
        <w:spacing w:after="0" w:line="240" w:lineRule="auto"/>
      </w:pPr>
      <w:proofErr w:type="spellStart"/>
      <w:r>
        <w:rPr>
          <w:rFonts w:ascii="Consolas" w:eastAsia="Consolas" w:hAnsi="Consolas"/>
          <w:sz w:val="20"/>
        </w:rPr>
        <w:t>audio_stop_sound</w:t>
      </w:r>
      <w:proofErr w:type="spellEnd"/>
      <w:r>
        <w:rPr>
          <w:rFonts w:ascii="Consolas" w:eastAsia="Consolas" w:hAnsi="Consolas"/>
          <w:sz w:val="20"/>
        </w:rPr>
        <w:t>(</w:t>
      </w:r>
      <w:proofErr w:type="spellStart"/>
      <w:r>
        <w:rPr>
          <w:rFonts w:ascii="Consolas" w:eastAsia="Consolas" w:hAnsi="Consolas"/>
          <w:sz w:val="20"/>
        </w:rPr>
        <w:t>snd_junk_laught</w:t>
      </w:r>
      <w:proofErr w:type="spellEnd"/>
      <w:r>
        <w:rPr>
          <w:rFonts w:ascii="Consolas" w:eastAsia="Consolas" w:hAnsi="Consolas"/>
          <w:sz w:val="20"/>
        </w:rPr>
        <w:t>)</w:t>
      </w:r>
    </w:p>
    <w:p w14:paraId="45D71891" w14:textId="77777777" w:rsidR="006C7C92" w:rsidRPr="001639F1" w:rsidRDefault="006C7C92" w:rsidP="006C7C92">
      <w:pPr>
        <w:spacing w:after="0" w:line="240" w:lineRule="auto"/>
        <w:rPr>
          <w:lang w:val="ru-RU"/>
        </w:rPr>
      </w:pPr>
      <w:r w:rsidRPr="001639F1">
        <w:rPr>
          <w:rFonts w:ascii="Consolas" w:eastAsia="Consolas" w:hAnsi="Consolas"/>
          <w:sz w:val="20"/>
          <w:lang w:val="ru-RU"/>
        </w:rPr>
        <w:t>}</w:t>
      </w:r>
    </w:p>
    <w:p w14:paraId="38031840" w14:textId="77777777" w:rsidR="006C7C92" w:rsidRDefault="006C7C92" w:rsidP="006C7C92">
      <w:pPr>
        <w:spacing w:after="0" w:line="360" w:lineRule="auto"/>
        <w:ind w:firstLine="709"/>
        <w:jc w:val="both"/>
        <w:rPr>
          <w:lang w:val="uk-UA"/>
        </w:rPr>
      </w:pPr>
    </w:p>
    <w:p w14:paraId="67D64DF0" w14:textId="608DB91B" w:rsidR="006C7C92" w:rsidRPr="001639F1" w:rsidRDefault="006C7C92" w:rsidP="006C7C92">
      <w:pPr>
        <w:spacing w:after="0" w:line="360" w:lineRule="auto"/>
        <w:ind w:firstLine="709"/>
        <w:jc w:val="both"/>
        <w:rPr>
          <w:rFonts w:ascii="Times New Roman" w:hAnsi="Times New Roman" w:cs="Times New Roman"/>
          <w:sz w:val="28"/>
          <w:szCs w:val="28"/>
          <w:lang w:val="ru-RU"/>
        </w:rPr>
      </w:pPr>
      <w:r w:rsidRPr="001639F1">
        <w:rPr>
          <w:rFonts w:ascii="Times New Roman" w:hAnsi="Times New Roman" w:cs="Times New Roman"/>
          <w:sz w:val="28"/>
          <w:szCs w:val="28"/>
          <w:lang w:val="ru-RU"/>
        </w:rPr>
        <w:t xml:space="preserve">Код </w:t>
      </w:r>
      <w:proofErr w:type="spellStart"/>
      <w:r w:rsidRPr="001639F1">
        <w:rPr>
          <w:rFonts w:ascii="Times New Roman" w:hAnsi="Times New Roman" w:cs="Times New Roman"/>
          <w:sz w:val="28"/>
          <w:szCs w:val="28"/>
          <w:lang w:val="ru-RU"/>
        </w:rPr>
        <w:t>відповідаючий</w:t>
      </w:r>
      <w:proofErr w:type="spellEnd"/>
      <w:r w:rsidRPr="001639F1">
        <w:rPr>
          <w:rFonts w:ascii="Times New Roman" w:hAnsi="Times New Roman" w:cs="Times New Roman"/>
          <w:sz w:val="28"/>
          <w:szCs w:val="28"/>
          <w:lang w:val="ru-RU"/>
        </w:rPr>
        <w:t xml:space="preserve"> за </w:t>
      </w:r>
      <w:proofErr w:type="spellStart"/>
      <w:r w:rsidRPr="001639F1">
        <w:rPr>
          <w:rFonts w:ascii="Times New Roman" w:hAnsi="Times New Roman" w:cs="Times New Roman"/>
          <w:sz w:val="28"/>
          <w:szCs w:val="28"/>
          <w:lang w:val="ru-RU"/>
        </w:rPr>
        <w:t>поведінку</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гравця</w:t>
      </w:r>
      <w:proofErr w:type="spellEnd"/>
      <w:r w:rsidRPr="001639F1">
        <w:rPr>
          <w:rFonts w:ascii="Times New Roman" w:hAnsi="Times New Roman" w:cs="Times New Roman"/>
          <w:sz w:val="28"/>
          <w:szCs w:val="28"/>
          <w:lang w:val="ru-RU"/>
        </w:rPr>
        <w:t xml:space="preserve"> на </w:t>
      </w:r>
      <w:proofErr w:type="spellStart"/>
      <w:r w:rsidRPr="001639F1">
        <w:rPr>
          <w:rFonts w:ascii="Times New Roman" w:hAnsi="Times New Roman" w:cs="Times New Roman"/>
          <w:sz w:val="28"/>
          <w:szCs w:val="28"/>
          <w:lang w:val="ru-RU"/>
        </w:rPr>
        <w:t>ігровій</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арені</w:t>
      </w:r>
      <w:proofErr w:type="spellEnd"/>
      <w:r w:rsidRPr="001639F1">
        <w:rPr>
          <w:rFonts w:ascii="Times New Roman" w:hAnsi="Times New Roman" w:cs="Times New Roman"/>
          <w:sz w:val="28"/>
          <w:szCs w:val="28"/>
          <w:lang w:val="ru-RU"/>
        </w:rPr>
        <w:t xml:space="preserve"> та </w:t>
      </w:r>
      <w:proofErr w:type="spellStart"/>
      <w:r w:rsidRPr="001639F1">
        <w:rPr>
          <w:rFonts w:ascii="Times New Roman" w:hAnsi="Times New Roman" w:cs="Times New Roman"/>
          <w:sz w:val="28"/>
          <w:szCs w:val="28"/>
          <w:lang w:val="ru-RU"/>
        </w:rPr>
        <w:t>поведінку</w:t>
      </w:r>
      <w:proofErr w:type="spellEnd"/>
      <w:r w:rsidRPr="001639F1">
        <w:rPr>
          <w:rFonts w:ascii="Times New Roman" w:hAnsi="Times New Roman" w:cs="Times New Roman"/>
          <w:sz w:val="28"/>
          <w:szCs w:val="28"/>
          <w:lang w:val="ru-RU"/>
        </w:rPr>
        <w:t xml:space="preserve"> противника </w:t>
      </w:r>
    </w:p>
    <w:p w14:paraId="71FDCAB5" w14:textId="77777777" w:rsidR="006C7C92" w:rsidRDefault="006C7C92" w:rsidP="006C7C92">
      <w:pPr>
        <w:spacing w:after="0" w:line="240" w:lineRule="auto"/>
        <w:rPr>
          <w:rFonts w:ascii="Consolas" w:eastAsia="Consolas" w:hAnsi="Consolas"/>
          <w:sz w:val="20"/>
          <w:lang w:val="uk-UA"/>
        </w:rPr>
      </w:pPr>
    </w:p>
    <w:p w14:paraId="2378D32B" w14:textId="69C6281D" w:rsidR="006C7C92" w:rsidRDefault="006C7C92" w:rsidP="006C7C92">
      <w:pPr>
        <w:spacing w:after="0" w:line="240" w:lineRule="auto"/>
      </w:pPr>
      <w:r>
        <w:rPr>
          <w:rFonts w:ascii="Consolas" w:eastAsia="Consolas" w:hAnsi="Consolas"/>
          <w:sz w:val="20"/>
        </w:rPr>
        <w:t xml:space="preserve">19. if </w:t>
      </w:r>
      <w:proofErr w:type="spellStart"/>
      <w:proofErr w:type="gramStart"/>
      <w:r>
        <w:rPr>
          <w:rFonts w:ascii="Consolas" w:eastAsia="Consolas" w:hAnsi="Consolas"/>
          <w:sz w:val="20"/>
        </w:rPr>
        <w:t>global.paragrafint</w:t>
      </w:r>
      <w:proofErr w:type="spellEnd"/>
      <w:proofErr w:type="gramEnd"/>
      <w:r>
        <w:rPr>
          <w:rFonts w:ascii="Consolas" w:eastAsia="Consolas" w:hAnsi="Consolas"/>
          <w:sz w:val="20"/>
        </w:rPr>
        <w:t>=0{</w:t>
      </w:r>
    </w:p>
    <w:p w14:paraId="6D49F06F"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0]="* New super tasty meat cooked\n  right from the king's castle!"</w:t>
      </w:r>
    </w:p>
    <w:p w14:paraId="4899CE08"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1]="* Just what you need for a walk\n  in the fresh air"</w:t>
      </w:r>
    </w:p>
    <w:p w14:paraId="4F81DE8C" w14:textId="77777777" w:rsidR="006C7C92" w:rsidRDefault="006C7C92" w:rsidP="006C7C92">
      <w:pPr>
        <w:spacing w:after="0" w:line="240" w:lineRule="auto"/>
      </w:pPr>
      <w:r>
        <w:rPr>
          <w:rFonts w:ascii="Consolas" w:eastAsia="Consolas" w:hAnsi="Consolas"/>
          <w:sz w:val="20"/>
        </w:rPr>
        <w:t>}</w:t>
      </w:r>
    </w:p>
    <w:p w14:paraId="4443924D"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global.paragrafint</w:t>
      </w:r>
      <w:proofErr w:type="spellEnd"/>
      <w:proofErr w:type="gramEnd"/>
      <w:r>
        <w:rPr>
          <w:rFonts w:ascii="Consolas" w:eastAsia="Consolas" w:hAnsi="Consolas"/>
          <w:sz w:val="20"/>
        </w:rPr>
        <w:t>=3{</w:t>
      </w:r>
    </w:p>
    <w:p w14:paraId="6F506DF5"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3]="* 99.9% Freshness and flavor"</w:t>
      </w:r>
    </w:p>
    <w:p w14:paraId="7B9755F9" w14:textId="77777777" w:rsidR="006C7C92" w:rsidRDefault="006C7C92" w:rsidP="006C7C92">
      <w:pPr>
        <w:spacing w:after="0" w:line="240" w:lineRule="auto"/>
      </w:pPr>
      <w:r>
        <w:rPr>
          <w:rFonts w:ascii="Consolas" w:eastAsia="Consolas" w:hAnsi="Consolas"/>
          <w:sz w:val="20"/>
        </w:rPr>
        <w:t>}</w:t>
      </w:r>
    </w:p>
    <w:p w14:paraId="77CA28F7" w14:textId="77777777" w:rsidR="006C7C92" w:rsidRDefault="006C7C92" w:rsidP="006C7C92">
      <w:pPr>
        <w:spacing w:after="0" w:line="240" w:lineRule="auto"/>
      </w:pPr>
      <w:proofErr w:type="spellStart"/>
      <w:r>
        <w:rPr>
          <w:rFonts w:ascii="Consolas" w:eastAsia="Consolas" w:hAnsi="Consolas"/>
          <w:sz w:val="20"/>
        </w:rPr>
        <w:t>jnkvoice</w:t>
      </w:r>
      <w:proofErr w:type="spellEnd"/>
      <w:r>
        <w:rPr>
          <w:rFonts w:ascii="Consolas" w:eastAsia="Consolas" w:hAnsi="Consolas"/>
          <w:sz w:val="20"/>
        </w:rPr>
        <w:t>=false</w:t>
      </w:r>
    </w:p>
    <w:p w14:paraId="21928125"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global.paragrafint</w:t>
      </w:r>
      <w:proofErr w:type="spellEnd"/>
      <w:proofErr w:type="gramEnd"/>
      <w:r>
        <w:rPr>
          <w:rFonts w:ascii="Consolas" w:eastAsia="Consolas" w:hAnsi="Consolas"/>
          <w:sz w:val="20"/>
        </w:rPr>
        <w:t>=5{</w:t>
      </w:r>
    </w:p>
    <w:p w14:paraId="0C713433"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5]="* (You see a torn poster.)"</w:t>
      </w:r>
    </w:p>
    <w:p w14:paraId="6DEC2E24"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6]="* (You can make out a bit of the\n  text.)"</w:t>
      </w:r>
    </w:p>
    <w:p w14:paraId="18B2FBF7"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 xml:space="preserve">7]="* Only tonight!\n* The incredible </w:t>
      </w:r>
      <w:proofErr w:type="spellStart"/>
      <w:r>
        <w:rPr>
          <w:rFonts w:ascii="Consolas" w:eastAsia="Consolas" w:hAnsi="Consolas"/>
          <w:sz w:val="20"/>
        </w:rPr>
        <w:t>Junkil</w:t>
      </w:r>
      <w:proofErr w:type="spellEnd"/>
      <w:r>
        <w:rPr>
          <w:rFonts w:ascii="Consolas" w:eastAsia="Consolas" w:hAnsi="Consolas"/>
          <w:sz w:val="20"/>
        </w:rPr>
        <w:t xml:space="preserve"> show!"</w:t>
      </w:r>
    </w:p>
    <w:p w14:paraId="2578E0F7"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8]="* (The text breaks off.)"</w:t>
      </w:r>
    </w:p>
    <w:p w14:paraId="295B19FB" w14:textId="77777777" w:rsidR="006C7C92" w:rsidRDefault="006C7C92" w:rsidP="006C7C92">
      <w:pPr>
        <w:spacing w:after="0" w:line="240" w:lineRule="auto"/>
      </w:pPr>
      <w:r>
        <w:rPr>
          <w:rFonts w:ascii="Consolas" w:eastAsia="Consolas" w:hAnsi="Consolas"/>
          <w:sz w:val="20"/>
        </w:rPr>
        <w:t>}</w:t>
      </w:r>
    </w:p>
    <w:p w14:paraId="27007924"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global.paragrafint</w:t>
      </w:r>
      <w:proofErr w:type="spellEnd"/>
      <w:proofErr w:type="gramEnd"/>
      <w:r>
        <w:rPr>
          <w:rFonts w:ascii="Consolas" w:eastAsia="Consolas" w:hAnsi="Consolas"/>
          <w:sz w:val="20"/>
        </w:rPr>
        <w:t>=10 and obj_mainchara.pr2=false{</w:t>
      </w:r>
    </w:p>
    <w:p w14:paraId="58343471" w14:textId="77777777" w:rsidR="006C7C92" w:rsidRDefault="006C7C92" w:rsidP="006C7C92">
      <w:pPr>
        <w:spacing w:after="0" w:line="240" w:lineRule="auto"/>
      </w:pPr>
      <w:proofErr w:type="spellStart"/>
      <w:r>
        <w:rPr>
          <w:rFonts w:ascii="Consolas" w:eastAsia="Consolas" w:hAnsi="Consolas"/>
          <w:sz w:val="20"/>
        </w:rPr>
        <w:t>jnkvoice</w:t>
      </w:r>
      <w:proofErr w:type="spellEnd"/>
      <w:r>
        <w:rPr>
          <w:rFonts w:ascii="Consolas" w:eastAsia="Consolas" w:hAnsi="Consolas"/>
          <w:sz w:val="20"/>
        </w:rPr>
        <w:t>=true</w:t>
      </w:r>
    </w:p>
    <w:p w14:paraId="65CCAF23"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10]="* HAHA, YOU THINK I'M STILL\n  DEAD!?"</w:t>
      </w:r>
    </w:p>
    <w:p w14:paraId="7867B49E"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11]="* GET OUT OF HERE BEFORE YOU'RE\n  SHOWN WHO CAN DO IT ALL, ALL!"</w:t>
      </w:r>
    </w:p>
    <w:p w14:paraId="3D89089C" w14:textId="77777777" w:rsidR="006C7C92" w:rsidRDefault="006C7C92" w:rsidP="006C7C92">
      <w:pPr>
        <w:spacing w:after="0" w:line="240" w:lineRule="auto"/>
      </w:pPr>
      <w:r>
        <w:rPr>
          <w:rFonts w:ascii="Consolas" w:eastAsia="Consolas" w:hAnsi="Consolas"/>
          <w:sz w:val="20"/>
        </w:rPr>
        <w:t>}</w:t>
      </w:r>
    </w:p>
    <w:p w14:paraId="4D1C2236"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global.paragrafint</w:t>
      </w:r>
      <w:proofErr w:type="spellEnd"/>
      <w:proofErr w:type="gramEnd"/>
      <w:r>
        <w:rPr>
          <w:rFonts w:ascii="Consolas" w:eastAsia="Consolas" w:hAnsi="Consolas"/>
          <w:sz w:val="20"/>
        </w:rPr>
        <w:t>=10 and obj_mainchara.pr2=true{</w:t>
      </w:r>
    </w:p>
    <w:p w14:paraId="4B594DC7" w14:textId="77777777" w:rsidR="006C7C92" w:rsidRDefault="006C7C92" w:rsidP="006C7C92">
      <w:pPr>
        <w:spacing w:after="0" w:line="240" w:lineRule="auto"/>
      </w:pPr>
      <w:proofErr w:type="spellStart"/>
      <w:r>
        <w:rPr>
          <w:rFonts w:ascii="Consolas" w:eastAsia="Consolas" w:hAnsi="Consolas"/>
          <w:sz w:val="20"/>
        </w:rPr>
        <w:t>jnkvoice</w:t>
      </w:r>
      <w:proofErr w:type="spellEnd"/>
      <w:r>
        <w:rPr>
          <w:rFonts w:ascii="Consolas" w:eastAsia="Consolas" w:hAnsi="Consolas"/>
          <w:sz w:val="20"/>
        </w:rPr>
        <w:t>=true</w:t>
      </w:r>
    </w:p>
    <w:p w14:paraId="3C09B52B"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10]="* DON'T YOU SEE!?\n* THERE'S A LINE!!"</w:t>
      </w:r>
    </w:p>
    <w:p w14:paraId="5B77FF59" w14:textId="77777777" w:rsidR="006C7C92" w:rsidRDefault="006C7C92" w:rsidP="006C7C92">
      <w:pPr>
        <w:spacing w:after="0" w:line="240" w:lineRule="auto"/>
      </w:pPr>
      <w:r>
        <w:rPr>
          <w:rFonts w:ascii="Consolas" w:eastAsia="Consolas" w:hAnsi="Consolas"/>
          <w:sz w:val="20"/>
        </w:rPr>
        <w:t>}</w:t>
      </w:r>
    </w:p>
    <w:p w14:paraId="258BD32C"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global.paragrafint</w:t>
      </w:r>
      <w:proofErr w:type="spellEnd"/>
      <w:proofErr w:type="gramEnd"/>
      <w:r>
        <w:rPr>
          <w:rFonts w:ascii="Consolas" w:eastAsia="Consolas" w:hAnsi="Consolas"/>
          <w:sz w:val="20"/>
        </w:rPr>
        <w:t>=13{</w:t>
      </w:r>
    </w:p>
    <w:p w14:paraId="003110A9" w14:textId="77777777" w:rsidR="006C7C92" w:rsidRDefault="006C7C92" w:rsidP="006C7C92">
      <w:pPr>
        <w:spacing w:after="0" w:line="240" w:lineRule="auto"/>
      </w:pPr>
      <w:proofErr w:type="spellStart"/>
      <w:r>
        <w:rPr>
          <w:rFonts w:ascii="Consolas" w:eastAsia="Consolas" w:hAnsi="Consolas"/>
          <w:sz w:val="20"/>
        </w:rPr>
        <w:t>jnkvoice</w:t>
      </w:r>
      <w:proofErr w:type="spellEnd"/>
      <w:r>
        <w:rPr>
          <w:rFonts w:ascii="Consolas" w:eastAsia="Consolas" w:hAnsi="Consolas"/>
          <w:sz w:val="20"/>
        </w:rPr>
        <w:t>=true</w:t>
      </w:r>
    </w:p>
    <w:p w14:paraId="7558D66B" w14:textId="77777777" w:rsidR="006C7C92" w:rsidRDefault="006C7C92" w:rsidP="006C7C92">
      <w:pPr>
        <w:spacing w:after="0" w:line="240" w:lineRule="auto"/>
      </w:pPr>
      <w:proofErr w:type="spellStart"/>
      <w:r>
        <w:rPr>
          <w:rFonts w:ascii="Consolas" w:eastAsia="Consolas" w:hAnsi="Consolas"/>
          <w:sz w:val="20"/>
        </w:rPr>
        <w:t>jnkvoice</w:t>
      </w:r>
      <w:proofErr w:type="spellEnd"/>
      <w:r>
        <w:rPr>
          <w:rFonts w:ascii="Consolas" w:eastAsia="Consolas" w:hAnsi="Consolas"/>
          <w:sz w:val="20"/>
        </w:rPr>
        <w:t>=true</w:t>
      </w:r>
    </w:p>
    <w:p w14:paraId="6C26BB75"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13]="* HEY!\n* YOU IDIOT, GET LOST"</w:t>
      </w:r>
    </w:p>
    <w:p w14:paraId="24F27802"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14]="* OR YOU'LL MEET A REAL SHARK,\n  A SHARK!!"</w:t>
      </w:r>
    </w:p>
    <w:p w14:paraId="04F2ABFD" w14:textId="77777777" w:rsidR="006C7C92" w:rsidRDefault="006C7C92" w:rsidP="006C7C92">
      <w:pPr>
        <w:spacing w:after="0" w:line="240" w:lineRule="auto"/>
      </w:pPr>
      <w:r>
        <w:rPr>
          <w:rFonts w:ascii="Consolas" w:eastAsia="Consolas" w:hAnsi="Consolas"/>
          <w:sz w:val="20"/>
        </w:rPr>
        <w:t>}</w:t>
      </w:r>
    </w:p>
    <w:p w14:paraId="6CBCB26B"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global.paragrafint</w:t>
      </w:r>
      <w:proofErr w:type="spellEnd"/>
      <w:proofErr w:type="gramEnd"/>
      <w:r>
        <w:rPr>
          <w:rFonts w:ascii="Consolas" w:eastAsia="Consolas" w:hAnsi="Consolas"/>
          <w:sz w:val="20"/>
        </w:rPr>
        <w:t>=15{</w:t>
      </w:r>
    </w:p>
    <w:p w14:paraId="1E15A4D7" w14:textId="77777777" w:rsidR="006C7C92" w:rsidRDefault="006C7C92" w:rsidP="006C7C92">
      <w:pPr>
        <w:spacing w:after="0" w:line="240" w:lineRule="auto"/>
      </w:pPr>
      <w:proofErr w:type="spellStart"/>
      <w:r>
        <w:rPr>
          <w:rFonts w:ascii="Consolas" w:eastAsia="Consolas" w:hAnsi="Consolas"/>
          <w:sz w:val="20"/>
        </w:rPr>
        <w:t>jnkvoice</w:t>
      </w:r>
      <w:proofErr w:type="spellEnd"/>
      <w:r>
        <w:rPr>
          <w:rFonts w:ascii="Consolas" w:eastAsia="Consolas" w:hAnsi="Consolas"/>
          <w:sz w:val="20"/>
        </w:rPr>
        <w:t>=true</w:t>
      </w:r>
    </w:p>
    <w:p w14:paraId="3F618A39" w14:textId="77777777" w:rsidR="006C7C92" w:rsidRDefault="006C7C92" w:rsidP="006C7C92">
      <w:pPr>
        <w:spacing w:after="0" w:line="240" w:lineRule="auto"/>
      </w:pPr>
      <w:proofErr w:type="spellStart"/>
      <w:r>
        <w:rPr>
          <w:rFonts w:ascii="Consolas" w:eastAsia="Consolas" w:hAnsi="Consolas"/>
          <w:sz w:val="20"/>
        </w:rPr>
        <w:t>jnkvoice</w:t>
      </w:r>
      <w:proofErr w:type="spellEnd"/>
      <w:r>
        <w:rPr>
          <w:rFonts w:ascii="Consolas" w:eastAsia="Consolas" w:hAnsi="Consolas"/>
          <w:sz w:val="20"/>
        </w:rPr>
        <w:t>=true</w:t>
      </w:r>
    </w:p>
    <w:p w14:paraId="1C007670"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15]="* WHAT'S WRONG WITH YOU?!\n* ARE YOU COMPLETELY DEAF!?!?"</w:t>
      </w:r>
    </w:p>
    <w:p w14:paraId="58CC7656" w14:textId="77777777" w:rsidR="006C7C92" w:rsidRDefault="006C7C92" w:rsidP="006C7C92">
      <w:pPr>
        <w:spacing w:after="0" w:line="240" w:lineRule="auto"/>
      </w:pPr>
      <w:r>
        <w:rPr>
          <w:rFonts w:ascii="Consolas" w:eastAsia="Consolas" w:hAnsi="Consolas"/>
          <w:sz w:val="20"/>
        </w:rPr>
        <w:t>}</w:t>
      </w:r>
    </w:p>
    <w:p w14:paraId="36E49E4E"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global.paragrafint</w:t>
      </w:r>
      <w:proofErr w:type="spellEnd"/>
      <w:proofErr w:type="gramEnd"/>
      <w:r>
        <w:rPr>
          <w:rFonts w:ascii="Consolas" w:eastAsia="Consolas" w:hAnsi="Consolas"/>
          <w:sz w:val="20"/>
        </w:rPr>
        <w:t>=17{</w:t>
      </w:r>
    </w:p>
    <w:p w14:paraId="7B99E0BD" w14:textId="77777777" w:rsidR="006C7C92" w:rsidRDefault="006C7C92" w:rsidP="006C7C92">
      <w:pPr>
        <w:spacing w:after="0" w:line="240" w:lineRule="auto"/>
      </w:pPr>
      <w:proofErr w:type="spellStart"/>
      <w:r>
        <w:rPr>
          <w:rFonts w:ascii="Consolas" w:eastAsia="Consolas" w:hAnsi="Consolas"/>
          <w:sz w:val="20"/>
        </w:rPr>
        <w:t>jnkvoice</w:t>
      </w:r>
      <w:proofErr w:type="spellEnd"/>
      <w:r>
        <w:rPr>
          <w:rFonts w:ascii="Consolas" w:eastAsia="Consolas" w:hAnsi="Consolas"/>
          <w:sz w:val="20"/>
        </w:rPr>
        <w:t>=true</w:t>
      </w:r>
    </w:p>
    <w:p w14:paraId="594F9AA9" w14:textId="77777777" w:rsidR="006C7C92" w:rsidRDefault="006C7C92" w:rsidP="006C7C92">
      <w:pPr>
        <w:spacing w:after="0" w:line="240" w:lineRule="auto"/>
      </w:pPr>
      <w:proofErr w:type="spellStart"/>
      <w:r>
        <w:rPr>
          <w:rFonts w:ascii="Consolas" w:eastAsia="Consolas" w:hAnsi="Consolas"/>
          <w:sz w:val="20"/>
        </w:rPr>
        <w:t>jnkvoice</w:t>
      </w:r>
      <w:proofErr w:type="spellEnd"/>
      <w:r>
        <w:rPr>
          <w:rFonts w:ascii="Consolas" w:eastAsia="Consolas" w:hAnsi="Consolas"/>
          <w:sz w:val="20"/>
        </w:rPr>
        <w:t>=true</w:t>
      </w:r>
    </w:p>
    <w:p w14:paraId="5DED23BA"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17]="* ..."</w:t>
      </w:r>
    </w:p>
    <w:p w14:paraId="6D808AB5"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18]="* Wait..."</w:t>
      </w:r>
    </w:p>
    <w:p w14:paraId="7756306C"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19]="* HEY!?\n* IS THAT A LIGHT ONE!?!?"</w:t>
      </w:r>
    </w:p>
    <w:p w14:paraId="408C8403" w14:textId="77777777" w:rsidR="006C7C92" w:rsidRDefault="006C7C92" w:rsidP="006C7C92">
      <w:pPr>
        <w:spacing w:after="0" w:line="240" w:lineRule="auto"/>
      </w:pPr>
      <w:r>
        <w:rPr>
          <w:rFonts w:ascii="Consolas" w:eastAsia="Consolas" w:hAnsi="Consolas"/>
          <w:sz w:val="20"/>
        </w:rPr>
        <w:t>}</w:t>
      </w:r>
    </w:p>
    <w:p w14:paraId="69B14CC4"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global.paragrafint</w:t>
      </w:r>
      <w:proofErr w:type="spellEnd"/>
      <w:proofErr w:type="gramEnd"/>
      <w:r>
        <w:rPr>
          <w:rFonts w:ascii="Consolas" w:eastAsia="Consolas" w:hAnsi="Consolas"/>
          <w:sz w:val="20"/>
        </w:rPr>
        <w:t>=21{</w:t>
      </w:r>
    </w:p>
    <w:p w14:paraId="51DAE7B3" w14:textId="77777777" w:rsidR="006C7C92" w:rsidRDefault="006C7C92" w:rsidP="006C7C92">
      <w:pPr>
        <w:spacing w:after="0" w:line="240" w:lineRule="auto"/>
      </w:pPr>
      <w:proofErr w:type="spellStart"/>
      <w:r>
        <w:rPr>
          <w:rFonts w:ascii="Consolas" w:eastAsia="Consolas" w:hAnsi="Consolas"/>
          <w:sz w:val="20"/>
        </w:rPr>
        <w:t>jnkvoice</w:t>
      </w:r>
      <w:proofErr w:type="spellEnd"/>
      <w:r>
        <w:rPr>
          <w:rFonts w:ascii="Consolas" w:eastAsia="Consolas" w:hAnsi="Consolas"/>
          <w:sz w:val="20"/>
        </w:rPr>
        <w:t>=true</w:t>
      </w:r>
    </w:p>
    <w:p w14:paraId="55F79877"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21]="* HAHA!\n* SORRY ABOUT THAT IDIOT!!"</w:t>
      </w:r>
    </w:p>
    <w:p w14:paraId="16A0F04A" w14:textId="77777777" w:rsidR="006C7C92" w:rsidRDefault="006C7C92" w:rsidP="006C7C92">
      <w:pPr>
        <w:spacing w:after="0" w:line="240" w:lineRule="auto"/>
      </w:pPr>
      <w:r>
        <w:rPr>
          <w:rFonts w:ascii="Consolas" w:eastAsia="Consolas" w:hAnsi="Consolas"/>
          <w:sz w:val="20"/>
        </w:rPr>
        <w:t>}</w:t>
      </w:r>
    </w:p>
    <w:p w14:paraId="372EFF4E"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global.paragrafint</w:t>
      </w:r>
      <w:proofErr w:type="spellEnd"/>
      <w:proofErr w:type="gramEnd"/>
      <w:r>
        <w:rPr>
          <w:rFonts w:ascii="Consolas" w:eastAsia="Consolas" w:hAnsi="Consolas"/>
          <w:sz w:val="20"/>
        </w:rPr>
        <w:t>=23{</w:t>
      </w:r>
    </w:p>
    <w:p w14:paraId="2105248F" w14:textId="77777777" w:rsidR="006C7C92" w:rsidRDefault="006C7C92" w:rsidP="006C7C92">
      <w:pPr>
        <w:spacing w:after="0" w:line="240" w:lineRule="auto"/>
      </w:pPr>
      <w:proofErr w:type="spellStart"/>
      <w:r>
        <w:rPr>
          <w:rFonts w:ascii="Consolas" w:eastAsia="Consolas" w:hAnsi="Consolas"/>
          <w:sz w:val="20"/>
        </w:rPr>
        <w:t>jnkvoice</w:t>
      </w:r>
      <w:proofErr w:type="spellEnd"/>
      <w:r>
        <w:rPr>
          <w:rFonts w:ascii="Consolas" w:eastAsia="Consolas" w:hAnsi="Consolas"/>
          <w:sz w:val="20"/>
        </w:rPr>
        <w:t>=true</w:t>
      </w:r>
    </w:p>
    <w:p w14:paraId="5D5857E4"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23]="* WELL THEN...\n* I SUPPOSE WE DIDN'T MEET BY\n  ACCIDENT"</w:t>
      </w:r>
    </w:p>
    <w:p w14:paraId="2130ACC8"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24]="* YOU REALLY ARE THE LIGHT ONE!?!?\n* RIGHT, RIGHT!?!?"</w:t>
      </w:r>
    </w:p>
    <w:p w14:paraId="63613E29" w14:textId="77777777" w:rsidR="006C7C92" w:rsidRDefault="006C7C92" w:rsidP="006C7C92">
      <w:pPr>
        <w:spacing w:after="0" w:line="240" w:lineRule="auto"/>
      </w:pPr>
      <w:r>
        <w:rPr>
          <w:rFonts w:ascii="Consolas" w:eastAsia="Consolas" w:hAnsi="Consolas"/>
          <w:sz w:val="20"/>
        </w:rPr>
        <w:t>}</w:t>
      </w:r>
    </w:p>
    <w:p w14:paraId="249A8C01"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global.paragrafint</w:t>
      </w:r>
      <w:proofErr w:type="spellEnd"/>
      <w:proofErr w:type="gramEnd"/>
      <w:r>
        <w:rPr>
          <w:rFonts w:ascii="Consolas" w:eastAsia="Consolas" w:hAnsi="Consolas"/>
          <w:sz w:val="20"/>
        </w:rPr>
        <w:t>=26{</w:t>
      </w:r>
    </w:p>
    <w:p w14:paraId="57F9C56C" w14:textId="77777777" w:rsidR="006C7C92" w:rsidRDefault="006C7C92" w:rsidP="006C7C92">
      <w:pPr>
        <w:spacing w:after="0" w:line="240" w:lineRule="auto"/>
      </w:pPr>
      <w:proofErr w:type="spellStart"/>
      <w:r>
        <w:rPr>
          <w:rFonts w:ascii="Consolas" w:eastAsia="Consolas" w:hAnsi="Consolas"/>
          <w:sz w:val="20"/>
        </w:rPr>
        <w:t>jnkvoice</w:t>
      </w:r>
      <w:proofErr w:type="spellEnd"/>
      <w:r>
        <w:rPr>
          <w:rFonts w:ascii="Consolas" w:eastAsia="Consolas" w:hAnsi="Consolas"/>
          <w:sz w:val="20"/>
        </w:rPr>
        <w:t>=true</w:t>
      </w:r>
    </w:p>
    <w:p w14:paraId="2417AFE1"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26]="* WELL THEN..."</w:t>
      </w:r>
    </w:p>
    <w:p w14:paraId="3BC316F1"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27]="* WE ALL KNOW NOTHING HERE\n  IS REAL..."</w:t>
      </w:r>
    </w:p>
    <w:p w14:paraId="4653EAFA"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28]="* JUNKIL. D JUNKIL\n* YOUR OLD PARTNER WHOM YOU'LL\</w:t>
      </w:r>
      <w:proofErr w:type="gramStart"/>
      <w:r>
        <w:rPr>
          <w:rFonts w:ascii="Consolas" w:eastAsia="Consolas" w:hAnsi="Consolas"/>
          <w:sz w:val="20"/>
        </w:rPr>
        <w:t>n  MEET</w:t>
      </w:r>
      <w:proofErr w:type="gramEnd"/>
      <w:r>
        <w:rPr>
          <w:rFonts w:ascii="Consolas" w:eastAsia="Consolas" w:hAnsi="Consolas"/>
          <w:sz w:val="20"/>
        </w:rPr>
        <w:t xml:space="preserve"> FOR THE FIRST TIME"</w:t>
      </w:r>
    </w:p>
    <w:p w14:paraId="1C6A40FB"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29]="* NOT JUST SOME GUY FROM THE\n  JUNKYARD..."</w:t>
      </w:r>
    </w:p>
    <w:p w14:paraId="334B8D97" w14:textId="77777777" w:rsidR="006C7C92" w:rsidRDefault="006C7C92" w:rsidP="006C7C92">
      <w:pPr>
        <w:spacing w:after="0" w:line="240" w:lineRule="auto"/>
      </w:pPr>
      <w:proofErr w:type="gramStart"/>
      <w:r>
        <w:rPr>
          <w:rFonts w:ascii="Consolas" w:eastAsia="Consolas" w:hAnsi="Consolas"/>
          <w:sz w:val="20"/>
        </w:rPr>
        <w:lastRenderedPageBreak/>
        <w:t>text[</w:t>
      </w:r>
      <w:proofErr w:type="gramEnd"/>
      <w:r>
        <w:rPr>
          <w:rFonts w:ascii="Consolas" w:eastAsia="Consolas" w:hAnsi="Consolas"/>
          <w:sz w:val="20"/>
        </w:rPr>
        <w:t xml:space="preserve">30]="* BUT WAY MORE THAN ALL THE\n  OTHER FOOLS!"            </w:t>
      </w:r>
    </w:p>
    <w:p w14:paraId="74839A5E"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31]="* WAY MORE THAN ANY BIGSHOT!!!"</w:t>
      </w:r>
    </w:p>
    <w:p w14:paraId="77C5F10C" w14:textId="77777777" w:rsidR="006C7C92" w:rsidRDefault="006C7C92" w:rsidP="006C7C92">
      <w:pPr>
        <w:spacing w:after="0" w:line="240" w:lineRule="auto"/>
      </w:pPr>
      <w:r>
        <w:rPr>
          <w:rFonts w:ascii="Consolas" w:eastAsia="Consolas" w:hAnsi="Consolas"/>
          <w:sz w:val="20"/>
        </w:rPr>
        <w:t>}</w:t>
      </w:r>
    </w:p>
    <w:p w14:paraId="7FBD3E95"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global.paragrafint</w:t>
      </w:r>
      <w:proofErr w:type="spellEnd"/>
      <w:proofErr w:type="gramEnd"/>
      <w:r>
        <w:rPr>
          <w:rFonts w:ascii="Consolas" w:eastAsia="Consolas" w:hAnsi="Consolas"/>
          <w:sz w:val="20"/>
        </w:rPr>
        <w:t>=33{</w:t>
      </w:r>
    </w:p>
    <w:p w14:paraId="1A16E99F"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jnkvoice</w:t>
      </w:r>
      <w:proofErr w:type="spellEnd"/>
      <w:r>
        <w:rPr>
          <w:rFonts w:ascii="Consolas" w:eastAsia="Consolas" w:hAnsi="Consolas"/>
          <w:sz w:val="20"/>
        </w:rPr>
        <w:t>=true</w:t>
      </w:r>
    </w:p>
    <w:p w14:paraId="7C0D263D" w14:textId="77777777" w:rsidR="006C7C92" w:rsidRDefault="006C7C92" w:rsidP="006C7C92">
      <w:pPr>
        <w:spacing w:after="0" w:line="240" w:lineRule="auto"/>
      </w:pPr>
      <w:r>
        <w:rPr>
          <w:rFonts w:ascii="Consolas" w:eastAsia="Consolas" w:hAnsi="Consolas"/>
          <w:sz w:val="20"/>
        </w:rPr>
        <w:t xml:space="preserve">  </w:t>
      </w:r>
      <w:proofErr w:type="gramStart"/>
      <w:r>
        <w:rPr>
          <w:rFonts w:ascii="Consolas" w:eastAsia="Consolas" w:hAnsi="Consolas"/>
          <w:sz w:val="20"/>
        </w:rPr>
        <w:t>text[</w:t>
      </w:r>
      <w:proofErr w:type="gramEnd"/>
      <w:r>
        <w:rPr>
          <w:rFonts w:ascii="Consolas" w:eastAsia="Consolas" w:hAnsi="Consolas"/>
          <w:sz w:val="20"/>
        </w:rPr>
        <w:t>33]="* ANYWAY...\n* I GUESS IT’S NOT YET TIME TO GO\n  AGAINST THE FLOW!"</w:t>
      </w:r>
    </w:p>
    <w:p w14:paraId="1F80FC2E" w14:textId="77777777" w:rsidR="006C7C92" w:rsidRDefault="006C7C92" w:rsidP="006C7C92">
      <w:pPr>
        <w:spacing w:after="0" w:line="240" w:lineRule="auto"/>
      </w:pPr>
      <w:r>
        <w:rPr>
          <w:rFonts w:ascii="Consolas" w:eastAsia="Consolas" w:hAnsi="Consolas"/>
          <w:sz w:val="20"/>
        </w:rPr>
        <w:t xml:space="preserve">  </w:t>
      </w:r>
      <w:proofErr w:type="gramStart"/>
      <w:r>
        <w:rPr>
          <w:rFonts w:ascii="Consolas" w:eastAsia="Consolas" w:hAnsi="Consolas"/>
          <w:sz w:val="20"/>
        </w:rPr>
        <w:t>text[</w:t>
      </w:r>
      <w:proofErr w:type="gramEnd"/>
      <w:r>
        <w:rPr>
          <w:rFonts w:ascii="Consolas" w:eastAsia="Consolas" w:hAnsi="Consolas"/>
          <w:sz w:val="20"/>
        </w:rPr>
        <w:t>34]="* AFTER ALL, WE HAVEN’T SIGNED\n  OUR MEGA AMAZING AND AWESOME\n  CONTRACT, CONTRACT!!!"</w:t>
      </w:r>
    </w:p>
    <w:p w14:paraId="32573AAB" w14:textId="77777777" w:rsidR="006C7C92" w:rsidRDefault="006C7C92" w:rsidP="006C7C92">
      <w:pPr>
        <w:spacing w:after="0" w:line="240" w:lineRule="auto"/>
      </w:pPr>
      <w:r>
        <w:rPr>
          <w:rFonts w:ascii="Consolas" w:eastAsia="Consolas" w:hAnsi="Consolas"/>
          <w:sz w:val="20"/>
        </w:rPr>
        <w:t xml:space="preserve">    </w:t>
      </w:r>
      <w:proofErr w:type="gramStart"/>
      <w:r>
        <w:rPr>
          <w:rFonts w:ascii="Consolas" w:eastAsia="Consolas" w:hAnsi="Consolas"/>
          <w:sz w:val="20"/>
        </w:rPr>
        <w:t>text[</w:t>
      </w:r>
      <w:proofErr w:type="gramEnd"/>
      <w:r>
        <w:rPr>
          <w:rFonts w:ascii="Consolas" w:eastAsia="Consolas" w:hAnsi="Consolas"/>
          <w:sz w:val="20"/>
        </w:rPr>
        <w:t>35]="* ALL I NEED IS YOUR SIGNATURE\n* AND IN RETURN..."</w:t>
      </w:r>
    </w:p>
    <w:p w14:paraId="5772704F" w14:textId="77777777" w:rsidR="006C7C92" w:rsidRDefault="006C7C92" w:rsidP="006C7C92">
      <w:pPr>
        <w:spacing w:after="0" w:line="240" w:lineRule="auto"/>
      </w:pPr>
      <w:r>
        <w:rPr>
          <w:rFonts w:ascii="Consolas" w:eastAsia="Consolas" w:hAnsi="Consolas"/>
          <w:sz w:val="20"/>
        </w:rPr>
        <w:t xml:space="preserve">        </w:t>
      </w:r>
      <w:proofErr w:type="gramStart"/>
      <w:r>
        <w:rPr>
          <w:rFonts w:ascii="Consolas" w:eastAsia="Consolas" w:hAnsi="Consolas"/>
          <w:sz w:val="20"/>
        </w:rPr>
        <w:t>text[</w:t>
      </w:r>
      <w:proofErr w:type="gramEnd"/>
      <w:r>
        <w:rPr>
          <w:rFonts w:ascii="Consolas" w:eastAsia="Consolas" w:hAnsi="Consolas"/>
          <w:sz w:val="20"/>
        </w:rPr>
        <w:t>36]="* WE WON’T JUST BE TOGETHER..."</w:t>
      </w:r>
    </w:p>
    <w:p w14:paraId="5C4B7DC2" w14:textId="77777777" w:rsidR="006C7C92" w:rsidRDefault="006C7C92" w:rsidP="006C7C92">
      <w:pPr>
        <w:spacing w:after="0" w:line="240" w:lineRule="auto"/>
      </w:pPr>
      <w:r>
        <w:rPr>
          <w:rFonts w:ascii="Consolas" w:eastAsia="Consolas" w:hAnsi="Consolas"/>
          <w:sz w:val="20"/>
        </w:rPr>
        <w:t xml:space="preserve">        </w:t>
      </w:r>
      <w:proofErr w:type="gramStart"/>
      <w:r>
        <w:rPr>
          <w:rFonts w:ascii="Consolas" w:eastAsia="Consolas" w:hAnsi="Consolas"/>
          <w:sz w:val="20"/>
        </w:rPr>
        <w:t>text[</w:t>
      </w:r>
      <w:proofErr w:type="gramEnd"/>
      <w:r>
        <w:rPr>
          <w:rFonts w:ascii="Consolas" w:eastAsia="Consolas" w:hAnsi="Consolas"/>
          <w:sz w:val="20"/>
        </w:rPr>
        <w:t>37]="* WE’LL BE MORE!\n* MORE AND NEEDED MORE THAN EVER\n  BEFORE!!!"</w:t>
      </w:r>
    </w:p>
    <w:p w14:paraId="57246D5E" w14:textId="77777777" w:rsidR="006C7C92" w:rsidRDefault="006C7C92" w:rsidP="006C7C92">
      <w:pPr>
        <w:spacing w:after="0" w:line="240" w:lineRule="auto"/>
      </w:pPr>
      <w:r>
        <w:rPr>
          <w:rFonts w:ascii="Consolas" w:eastAsia="Consolas" w:hAnsi="Consolas"/>
          <w:sz w:val="20"/>
        </w:rPr>
        <w:t xml:space="preserve">                </w:t>
      </w:r>
      <w:proofErr w:type="gramStart"/>
      <w:r>
        <w:rPr>
          <w:rFonts w:ascii="Consolas" w:eastAsia="Consolas" w:hAnsi="Consolas"/>
          <w:sz w:val="20"/>
        </w:rPr>
        <w:t>text[</w:t>
      </w:r>
      <w:proofErr w:type="gramEnd"/>
      <w:r>
        <w:rPr>
          <w:rFonts w:ascii="Consolas" w:eastAsia="Consolas" w:hAnsi="Consolas"/>
          <w:sz w:val="20"/>
        </w:rPr>
        <w:t>38]="* WE’LL SHOW THESE FOOLS WHAT THE\n  TRUE POWER OF FRIENDSHIP IS,\n  FRIENDSHIP!"</w:t>
      </w:r>
    </w:p>
    <w:p w14:paraId="2B848C96" w14:textId="77777777" w:rsidR="006C7C92" w:rsidRDefault="006C7C92" w:rsidP="006C7C92">
      <w:pPr>
        <w:spacing w:after="0" w:line="240" w:lineRule="auto"/>
      </w:pPr>
      <w:r>
        <w:rPr>
          <w:rFonts w:ascii="Consolas" w:eastAsia="Consolas" w:hAnsi="Consolas"/>
          <w:sz w:val="20"/>
        </w:rPr>
        <w:t>}</w:t>
      </w:r>
    </w:p>
    <w:p w14:paraId="17121D61"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global.paragrafint</w:t>
      </w:r>
      <w:proofErr w:type="spellEnd"/>
      <w:proofErr w:type="gramEnd"/>
      <w:r>
        <w:rPr>
          <w:rFonts w:ascii="Consolas" w:eastAsia="Consolas" w:hAnsi="Consolas"/>
          <w:sz w:val="20"/>
        </w:rPr>
        <w:t>=40{</w:t>
      </w:r>
    </w:p>
    <w:p w14:paraId="2CFDBF46"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jnkvoice</w:t>
      </w:r>
      <w:proofErr w:type="spellEnd"/>
      <w:r>
        <w:rPr>
          <w:rFonts w:ascii="Consolas" w:eastAsia="Consolas" w:hAnsi="Consolas"/>
          <w:sz w:val="20"/>
        </w:rPr>
        <w:t>=true</w:t>
      </w:r>
    </w:p>
    <w:p w14:paraId="1D9F9A47" w14:textId="77777777" w:rsidR="006C7C92" w:rsidRDefault="006C7C92" w:rsidP="006C7C92">
      <w:pPr>
        <w:spacing w:after="0" w:line="240" w:lineRule="auto"/>
      </w:pPr>
      <w:r>
        <w:rPr>
          <w:rFonts w:ascii="Consolas" w:eastAsia="Consolas" w:hAnsi="Consolas"/>
          <w:sz w:val="20"/>
        </w:rPr>
        <w:t xml:space="preserve">  </w:t>
      </w:r>
      <w:proofErr w:type="gramStart"/>
      <w:r>
        <w:rPr>
          <w:rFonts w:ascii="Consolas" w:eastAsia="Consolas" w:hAnsi="Consolas"/>
          <w:sz w:val="20"/>
        </w:rPr>
        <w:t>text[</w:t>
      </w:r>
      <w:proofErr w:type="gramEnd"/>
      <w:r>
        <w:rPr>
          <w:rFonts w:ascii="Consolas" w:eastAsia="Consolas" w:hAnsi="Consolas"/>
          <w:sz w:val="20"/>
        </w:rPr>
        <w:t>40]="* AHEM, AHEM"</w:t>
      </w:r>
    </w:p>
    <w:p w14:paraId="0EEE51F7" w14:textId="77777777" w:rsidR="006C7C92" w:rsidRDefault="006C7C92" w:rsidP="006C7C92">
      <w:pPr>
        <w:spacing w:after="0" w:line="240" w:lineRule="auto"/>
      </w:pPr>
      <w:r>
        <w:rPr>
          <w:rFonts w:ascii="Consolas" w:eastAsia="Consolas" w:hAnsi="Consolas"/>
          <w:sz w:val="20"/>
        </w:rPr>
        <w:t xml:space="preserve">    </w:t>
      </w:r>
      <w:proofErr w:type="gramStart"/>
      <w:r>
        <w:rPr>
          <w:rFonts w:ascii="Consolas" w:eastAsia="Consolas" w:hAnsi="Consolas"/>
          <w:sz w:val="20"/>
        </w:rPr>
        <w:t>text[</w:t>
      </w:r>
      <w:proofErr w:type="gramEnd"/>
      <w:r>
        <w:rPr>
          <w:rFonts w:ascii="Consolas" w:eastAsia="Consolas" w:hAnsi="Consolas"/>
          <w:sz w:val="20"/>
        </w:rPr>
        <w:t>41]="* I THINK YOU’VE HAD ENOUGH TIME\n  TO THINK ABOUT IT ALL"</w:t>
      </w:r>
    </w:p>
    <w:p w14:paraId="67CB1EBC" w14:textId="77777777" w:rsidR="006C7C92" w:rsidRDefault="006C7C92" w:rsidP="006C7C92">
      <w:pPr>
        <w:spacing w:after="0" w:line="240" w:lineRule="auto"/>
      </w:pPr>
      <w:r>
        <w:rPr>
          <w:rFonts w:ascii="Consolas" w:eastAsia="Consolas" w:hAnsi="Consolas"/>
          <w:sz w:val="20"/>
        </w:rPr>
        <w:t xml:space="preserve">    </w:t>
      </w:r>
      <w:proofErr w:type="gramStart"/>
      <w:r>
        <w:rPr>
          <w:rFonts w:ascii="Consolas" w:eastAsia="Consolas" w:hAnsi="Consolas"/>
          <w:sz w:val="20"/>
        </w:rPr>
        <w:t>text[</w:t>
      </w:r>
      <w:proofErr w:type="gramEnd"/>
      <w:r>
        <w:rPr>
          <w:rFonts w:ascii="Consolas" w:eastAsia="Consolas" w:hAnsi="Consolas"/>
          <w:sz w:val="20"/>
        </w:rPr>
        <w:t>42]="* SO THEN...\n* YOU’RE NOT AGAINST IT, RIGHT?"</w:t>
      </w:r>
    </w:p>
    <w:p w14:paraId="7667005D" w14:textId="77777777" w:rsidR="006C7C92" w:rsidRDefault="006C7C92" w:rsidP="006C7C92">
      <w:pPr>
        <w:spacing w:after="0" w:line="240" w:lineRule="auto"/>
      </w:pPr>
      <w:r>
        <w:rPr>
          <w:rFonts w:ascii="Consolas" w:eastAsia="Consolas" w:hAnsi="Consolas"/>
          <w:sz w:val="20"/>
        </w:rPr>
        <w:t>}</w:t>
      </w:r>
    </w:p>
    <w:p w14:paraId="6885E977" w14:textId="77777777" w:rsidR="006C7C92" w:rsidRDefault="006C7C92" w:rsidP="006C7C92">
      <w:pPr>
        <w:spacing w:after="0" w:line="240" w:lineRule="auto"/>
      </w:pPr>
      <w:r>
        <w:rPr>
          <w:rFonts w:ascii="Consolas" w:eastAsia="Consolas" w:hAnsi="Consolas"/>
          <w:sz w:val="20"/>
        </w:rPr>
        <w:t xml:space="preserve">if </w:t>
      </w:r>
      <w:proofErr w:type="spellStart"/>
      <w:proofErr w:type="gramStart"/>
      <w:r>
        <w:rPr>
          <w:rFonts w:ascii="Consolas" w:eastAsia="Consolas" w:hAnsi="Consolas"/>
          <w:sz w:val="20"/>
        </w:rPr>
        <w:t>global.paragrafint</w:t>
      </w:r>
      <w:proofErr w:type="spellEnd"/>
      <w:proofErr w:type="gramEnd"/>
      <w:r>
        <w:rPr>
          <w:rFonts w:ascii="Consolas" w:eastAsia="Consolas" w:hAnsi="Consolas"/>
          <w:sz w:val="20"/>
        </w:rPr>
        <w:t>=44{</w:t>
      </w:r>
    </w:p>
    <w:p w14:paraId="745A79D5"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jnkvoice</w:t>
      </w:r>
      <w:proofErr w:type="spellEnd"/>
      <w:r>
        <w:rPr>
          <w:rFonts w:ascii="Consolas" w:eastAsia="Consolas" w:hAnsi="Consolas"/>
          <w:sz w:val="20"/>
        </w:rPr>
        <w:t>=true</w:t>
      </w:r>
    </w:p>
    <w:p w14:paraId="4E00C708" w14:textId="77777777" w:rsidR="006C7C92" w:rsidRDefault="006C7C92" w:rsidP="006C7C92">
      <w:pPr>
        <w:spacing w:after="0" w:line="240" w:lineRule="auto"/>
      </w:pPr>
      <w:r>
        <w:rPr>
          <w:rFonts w:ascii="Consolas" w:eastAsia="Consolas" w:hAnsi="Consolas"/>
          <w:sz w:val="20"/>
        </w:rPr>
        <w:t xml:space="preserve">  </w:t>
      </w:r>
      <w:proofErr w:type="gramStart"/>
      <w:r>
        <w:rPr>
          <w:rFonts w:ascii="Consolas" w:eastAsia="Consolas" w:hAnsi="Consolas"/>
          <w:sz w:val="20"/>
        </w:rPr>
        <w:t>text[</w:t>
      </w:r>
      <w:proofErr w:type="gramEnd"/>
      <w:r>
        <w:rPr>
          <w:rFonts w:ascii="Consolas" w:eastAsia="Consolas" w:hAnsi="Consolas"/>
          <w:sz w:val="20"/>
        </w:rPr>
        <w:t>44]="* HAHAHA!\n* DOESN’T MATTER!!\n* I KNOW YOU WANT TO!!!"</w:t>
      </w:r>
    </w:p>
    <w:p w14:paraId="0EE0520E" w14:textId="77777777" w:rsidR="006C7C92" w:rsidRDefault="006C7C92" w:rsidP="006C7C92">
      <w:pPr>
        <w:spacing w:after="0" w:line="240" w:lineRule="auto"/>
      </w:pPr>
      <w:r>
        <w:rPr>
          <w:rFonts w:ascii="Consolas" w:eastAsia="Consolas" w:hAnsi="Consolas"/>
          <w:sz w:val="20"/>
        </w:rPr>
        <w:t xml:space="preserve">  </w:t>
      </w:r>
      <w:proofErr w:type="gramStart"/>
      <w:r>
        <w:rPr>
          <w:rFonts w:ascii="Consolas" w:eastAsia="Consolas" w:hAnsi="Consolas"/>
          <w:sz w:val="20"/>
        </w:rPr>
        <w:t>text[</w:t>
      </w:r>
      <w:proofErr w:type="gramEnd"/>
      <w:r>
        <w:rPr>
          <w:rFonts w:ascii="Consolas" w:eastAsia="Consolas" w:hAnsi="Consolas"/>
          <w:sz w:val="20"/>
        </w:rPr>
        <w:t>45]="* TO REVEAL TO ME...\n* THE SECRET..."</w:t>
      </w:r>
    </w:p>
    <w:p w14:paraId="4EB895E3" w14:textId="77777777" w:rsidR="006C7C92" w:rsidRDefault="006C7C92" w:rsidP="006C7C92">
      <w:pPr>
        <w:spacing w:after="0" w:line="240" w:lineRule="auto"/>
      </w:pPr>
      <w:r>
        <w:rPr>
          <w:rFonts w:ascii="Consolas" w:eastAsia="Consolas" w:hAnsi="Consolas"/>
          <w:sz w:val="20"/>
        </w:rPr>
        <w:t xml:space="preserve">  </w:t>
      </w:r>
      <w:proofErr w:type="gramStart"/>
      <w:r>
        <w:rPr>
          <w:rFonts w:ascii="Consolas" w:eastAsia="Consolas" w:hAnsi="Consolas"/>
          <w:sz w:val="20"/>
        </w:rPr>
        <w:t>text[</w:t>
      </w:r>
      <w:proofErr w:type="gramEnd"/>
      <w:r>
        <w:rPr>
          <w:rFonts w:ascii="Consolas" w:eastAsia="Consolas" w:hAnsi="Consolas"/>
          <w:sz w:val="20"/>
        </w:rPr>
        <w:t>46]="* OF YOUR..."</w:t>
      </w:r>
    </w:p>
    <w:p w14:paraId="1A5B0527" w14:textId="77777777" w:rsidR="006C7C92" w:rsidRDefault="006C7C92" w:rsidP="006C7C92">
      <w:pPr>
        <w:spacing w:after="0" w:line="240" w:lineRule="auto"/>
      </w:pPr>
      <w:proofErr w:type="gramStart"/>
      <w:r>
        <w:rPr>
          <w:rFonts w:ascii="Consolas" w:eastAsia="Consolas" w:hAnsi="Consolas"/>
          <w:sz w:val="20"/>
        </w:rPr>
        <w:t>text[</w:t>
      </w:r>
      <w:proofErr w:type="gramEnd"/>
      <w:r>
        <w:rPr>
          <w:rFonts w:ascii="Consolas" w:eastAsia="Consolas" w:hAnsi="Consolas"/>
          <w:sz w:val="20"/>
        </w:rPr>
        <w:t>47]="* LIGHT THAT YOU HOLD INSIDE!"</w:t>
      </w:r>
    </w:p>
    <w:p w14:paraId="30E15AEC" w14:textId="77777777" w:rsidR="006C7C92" w:rsidRDefault="006C7C92" w:rsidP="006C7C92">
      <w:pPr>
        <w:spacing w:after="0" w:line="240" w:lineRule="auto"/>
      </w:pPr>
      <w:r>
        <w:rPr>
          <w:rFonts w:ascii="Consolas" w:eastAsia="Consolas" w:hAnsi="Consolas"/>
          <w:sz w:val="20"/>
        </w:rPr>
        <w:t>}</w:t>
      </w:r>
    </w:p>
    <w:p w14:paraId="5069DA96" w14:textId="77777777" w:rsidR="006C7C92" w:rsidRDefault="006C7C92" w:rsidP="006C7C92">
      <w:pPr>
        <w:spacing w:after="0" w:line="240" w:lineRule="auto"/>
      </w:pPr>
      <w:r>
        <w:rPr>
          <w:rFonts w:ascii="Consolas" w:eastAsia="Consolas" w:hAnsi="Consolas"/>
          <w:sz w:val="20"/>
        </w:rPr>
        <w:t>...</w:t>
      </w:r>
    </w:p>
    <w:p w14:paraId="07F397F1" w14:textId="77777777" w:rsidR="006C7C92" w:rsidRDefault="006C7C92" w:rsidP="006C7C92"/>
    <w:p w14:paraId="2718BE29" w14:textId="77777777" w:rsidR="006C7C92" w:rsidRDefault="006C7C92" w:rsidP="006C7C92">
      <w:pPr>
        <w:spacing w:after="0" w:line="240" w:lineRule="auto"/>
      </w:pPr>
      <w:proofErr w:type="gramStart"/>
      <w:r>
        <w:rPr>
          <w:rFonts w:ascii="Consolas" w:eastAsia="Consolas" w:hAnsi="Consolas"/>
          <w:sz w:val="20"/>
        </w:rPr>
        <w:t>20. }</w:t>
      </w:r>
      <w:proofErr w:type="gramEnd"/>
    </w:p>
    <w:p w14:paraId="7B43FAEA" w14:textId="77777777" w:rsidR="006C7C92" w:rsidRDefault="006C7C92" w:rsidP="006C7C92">
      <w:pPr>
        <w:spacing w:after="0" w:line="240" w:lineRule="auto"/>
      </w:pPr>
      <w:r>
        <w:rPr>
          <w:rFonts w:ascii="Consolas" w:eastAsia="Consolas" w:hAnsi="Consolas"/>
          <w:sz w:val="20"/>
        </w:rPr>
        <w:t xml:space="preserve">if </w:t>
      </w:r>
      <w:proofErr w:type="spellStart"/>
      <w:r>
        <w:rPr>
          <w:rFonts w:ascii="Consolas" w:eastAsia="Consolas" w:hAnsi="Consolas"/>
          <w:sz w:val="20"/>
        </w:rPr>
        <w:t>draw_char</w:t>
      </w:r>
      <w:proofErr w:type="spellEnd"/>
      <w:r>
        <w:rPr>
          <w:rFonts w:ascii="Consolas" w:eastAsia="Consolas" w:hAnsi="Consolas"/>
          <w:sz w:val="20"/>
        </w:rPr>
        <w:t xml:space="preserve"> &lt; </w:t>
      </w:r>
      <w:proofErr w:type="spellStart"/>
      <w:r>
        <w:rPr>
          <w:rFonts w:ascii="Consolas" w:eastAsia="Consolas" w:hAnsi="Consolas"/>
          <w:sz w:val="20"/>
        </w:rPr>
        <w:t>text_lenght</w:t>
      </w:r>
      <w:proofErr w:type="spellEnd"/>
      <w:r>
        <w:rPr>
          <w:rFonts w:ascii="Consolas" w:eastAsia="Consolas" w:hAnsi="Consolas"/>
          <w:sz w:val="20"/>
        </w:rPr>
        <w:t>[page] {</w:t>
      </w:r>
    </w:p>
    <w:p w14:paraId="79FDE2E8" w14:textId="77777777" w:rsidR="006C7C92" w:rsidRDefault="006C7C92" w:rsidP="006C7C92">
      <w:pPr>
        <w:spacing w:after="0" w:line="240" w:lineRule="auto"/>
      </w:pPr>
      <w:r>
        <w:rPr>
          <w:rFonts w:ascii="Consolas" w:eastAsia="Consolas" w:hAnsi="Consolas"/>
          <w:sz w:val="20"/>
        </w:rPr>
        <w:t xml:space="preserve">    var </w:t>
      </w:r>
      <w:proofErr w:type="spellStart"/>
      <w:r>
        <w:rPr>
          <w:rFonts w:ascii="Consolas" w:eastAsia="Consolas" w:hAnsi="Consolas"/>
          <w:sz w:val="20"/>
        </w:rPr>
        <w:t>next_char</w:t>
      </w:r>
      <w:proofErr w:type="spellEnd"/>
      <w:r>
        <w:rPr>
          <w:rFonts w:ascii="Consolas" w:eastAsia="Consolas" w:hAnsi="Consolas"/>
          <w:sz w:val="20"/>
        </w:rPr>
        <w:t xml:space="preserve"> = </w:t>
      </w:r>
      <w:proofErr w:type="spellStart"/>
      <w:r>
        <w:rPr>
          <w:rFonts w:ascii="Consolas" w:eastAsia="Consolas" w:hAnsi="Consolas"/>
          <w:sz w:val="20"/>
        </w:rPr>
        <w:t>string_char_at</w:t>
      </w:r>
      <w:proofErr w:type="spellEnd"/>
      <w:r>
        <w:rPr>
          <w:rFonts w:ascii="Consolas" w:eastAsia="Consolas" w:hAnsi="Consolas"/>
          <w:sz w:val="20"/>
        </w:rPr>
        <w:t xml:space="preserve">(text[page], </w:t>
      </w:r>
      <w:proofErr w:type="spellStart"/>
      <w:r>
        <w:rPr>
          <w:rFonts w:ascii="Consolas" w:eastAsia="Consolas" w:hAnsi="Consolas"/>
          <w:sz w:val="20"/>
        </w:rPr>
        <w:t>draw_char</w:t>
      </w:r>
      <w:proofErr w:type="spellEnd"/>
      <w:r>
        <w:rPr>
          <w:rFonts w:ascii="Consolas" w:eastAsia="Consolas" w:hAnsi="Consolas"/>
          <w:sz w:val="20"/>
        </w:rPr>
        <w:t xml:space="preserve"> + 1);</w:t>
      </w:r>
    </w:p>
    <w:p w14:paraId="1BF6E0E2" w14:textId="77777777" w:rsidR="006C7C92" w:rsidRDefault="006C7C92" w:rsidP="006C7C92"/>
    <w:p w14:paraId="691E08A7"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draw_char</w:t>
      </w:r>
      <w:proofErr w:type="spellEnd"/>
      <w:r>
        <w:rPr>
          <w:rFonts w:ascii="Consolas" w:eastAsia="Consolas" w:hAnsi="Consolas"/>
          <w:sz w:val="20"/>
        </w:rPr>
        <w:t xml:space="preserve"> += </w:t>
      </w:r>
      <w:proofErr w:type="spellStart"/>
      <w:r>
        <w:rPr>
          <w:rFonts w:ascii="Consolas" w:eastAsia="Consolas" w:hAnsi="Consolas"/>
          <w:sz w:val="20"/>
        </w:rPr>
        <w:t>text_spd</w:t>
      </w:r>
      <w:proofErr w:type="spellEnd"/>
      <w:r>
        <w:rPr>
          <w:rFonts w:ascii="Consolas" w:eastAsia="Consolas" w:hAnsi="Consolas"/>
          <w:sz w:val="20"/>
        </w:rPr>
        <w:t>;</w:t>
      </w:r>
    </w:p>
    <w:p w14:paraId="403EE49B"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draw_char</w:t>
      </w:r>
      <w:proofErr w:type="spellEnd"/>
      <w:r>
        <w:rPr>
          <w:rFonts w:ascii="Consolas" w:eastAsia="Consolas" w:hAnsi="Consolas"/>
          <w:sz w:val="20"/>
        </w:rPr>
        <w:t xml:space="preserve"> = </w:t>
      </w:r>
      <w:proofErr w:type="gramStart"/>
      <w:r>
        <w:rPr>
          <w:rFonts w:ascii="Consolas" w:eastAsia="Consolas" w:hAnsi="Consolas"/>
          <w:sz w:val="20"/>
        </w:rPr>
        <w:t>clamp(</w:t>
      </w:r>
      <w:proofErr w:type="spellStart"/>
      <w:proofErr w:type="gramEnd"/>
      <w:r>
        <w:rPr>
          <w:rFonts w:ascii="Consolas" w:eastAsia="Consolas" w:hAnsi="Consolas"/>
          <w:sz w:val="20"/>
        </w:rPr>
        <w:t>draw_char</w:t>
      </w:r>
      <w:proofErr w:type="spellEnd"/>
      <w:r>
        <w:rPr>
          <w:rFonts w:ascii="Consolas" w:eastAsia="Consolas" w:hAnsi="Consolas"/>
          <w:sz w:val="20"/>
        </w:rPr>
        <w:t xml:space="preserve">, 0, </w:t>
      </w:r>
      <w:proofErr w:type="spellStart"/>
      <w:r>
        <w:rPr>
          <w:rFonts w:ascii="Consolas" w:eastAsia="Consolas" w:hAnsi="Consolas"/>
          <w:sz w:val="20"/>
        </w:rPr>
        <w:t>text_lenght</w:t>
      </w:r>
      <w:proofErr w:type="spellEnd"/>
      <w:r>
        <w:rPr>
          <w:rFonts w:ascii="Consolas" w:eastAsia="Consolas" w:hAnsi="Consolas"/>
          <w:sz w:val="20"/>
        </w:rPr>
        <w:t>[page]);</w:t>
      </w:r>
    </w:p>
    <w:p w14:paraId="47D4E467" w14:textId="77777777" w:rsidR="006C7C92" w:rsidRDefault="006C7C92" w:rsidP="006C7C92"/>
    <w:p w14:paraId="4D4B11F1"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next_</w:t>
      </w:r>
      <w:proofErr w:type="gramStart"/>
      <w:r>
        <w:rPr>
          <w:rFonts w:ascii="Consolas" w:eastAsia="Consolas" w:hAnsi="Consolas"/>
          <w:sz w:val="20"/>
        </w:rPr>
        <w:t>char</w:t>
      </w:r>
      <w:proofErr w:type="spellEnd"/>
      <w:r>
        <w:rPr>
          <w:rFonts w:ascii="Consolas" w:eastAsia="Consolas" w:hAnsi="Consolas"/>
          <w:sz w:val="20"/>
        </w:rPr>
        <w:t xml:space="preserve"> !</w:t>
      </w:r>
      <w:proofErr w:type="gramEnd"/>
      <w:r>
        <w:rPr>
          <w:rFonts w:ascii="Consolas" w:eastAsia="Consolas" w:hAnsi="Consolas"/>
          <w:sz w:val="20"/>
        </w:rPr>
        <w:t xml:space="preserve">= " " &amp;&amp; </w:t>
      </w:r>
      <w:proofErr w:type="spellStart"/>
      <w:r>
        <w:rPr>
          <w:rFonts w:ascii="Consolas" w:eastAsia="Consolas" w:hAnsi="Consolas"/>
          <w:sz w:val="20"/>
        </w:rPr>
        <w:t>next_char</w:t>
      </w:r>
      <w:proofErr w:type="spellEnd"/>
      <w:r>
        <w:rPr>
          <w:rFonts w:ascii="Consolas" w:eastAsia="Consolas" w:hAnsi="Consolas"/>
          <w:sz w:val="20"/>
        </w:rPr>
        <w:t xml:space="preserve"> != "\n") {</w:t>
      </w:r>
    </w:p>
    <w:p w14:paraId="53FC322D"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jnkvoice</w:t>
      </w:r>
      <w:proofErr w:type="spellEnd"/>
      <w:r>
        <w:rPr>
          <w:rFonts w:ascii="Consolas" w:eastAsia="Consolas" w:hAnsi="Consolas"/>
          <w:sz w:val="20"/>
        </w:rPr>
        <w:t>=</w:t>
      </w:r>
      <w:proofErr w:type="gramStart"/>
      <w:r>
        <w:rPr>
          <w:rFonts w:ascii="Consolas" w:eastAsia="Consolas" w:hAnsi="Consolas"/>
          <w:sz w:val="20"/>
        </w:rPr>
        <w:t>false{</w:t>
      </w:r>
      <w:proofErr w:type="gramEnd"/>
    </w:p>
    <w:p w14:paraId="0D1DCA35"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audio_play_</w:t>
      </w:r>
      <w:proofErr w:type="gramStart"/>
      <w:r>
        <w:rPr>
          <w:rFonts w:ascii="Consolas" w:eastAsia="Consolas" w:hAnsi="Consolas"/>
          <w:sz w:val="20"/>
        </w:rPr>
        <w:t>sound</w:t>
      </w:r>
      <w:proofErr w:type="spellEnd"/>
      <w:r>
        <w:rPr>
          <w:rFonts w:ascii="Consolas" w:eastAsia="Consolas" w:hAnsi="Consolas"/>
          <w:sz w:val="20"/>
        </w:rPr>
        <w:t>(</w:t>
      </w:r>
      <w:proofErr w:type="spellStart"/>
      <w:proofErr w:type="gramEnd"/>
      <w:r>
        <w:rPr>
          <w:rFonts w:ascii="Consolas" w:eastAsia="Consolas" w:hAnsi="Consolas"/>
          <w:sz w:val="20"/>
        </w:rPr>
        <w:t>snd_txt</w:t>
      </w:r>
      <w:proofErr w:type="spellEnd"/>
      <w:r>
        <w:rPr>
          <w:rFonts w:ascii="Consolas" w:eastAsia="Consolas" w:hAnsi="Consolas"/>
          <w:sz w:val="20"/>
        </w:rPr>
        <w:t>, 0, 0);</w:t>
      </w:r>
    </w:p>
    <w:p w14:paraId="4AE30F45" w14:textId="77777777" w:rsidR="006C7C92" w:rsidRDefault="006C7C92" w:rsidP="006C7C92">
      <w:pPr>
        <w:spacing w:after="0" w:line="240" w:lineRule="auto"/>
      </w:pPr>
      <w:r>
        <w:rPr>
          <w:rFonts w:ascii="Consolas" w:eastAsia="Consolas" w:hAnsi="Consolas"/>
          <w:sz w:val="20"/>
        </w:rPr>
        <w:t xml:space="preserve">    </w:t>
      </w:r>
      <w:proofErr w:type="gramStart"/>
      <w:r>
        <w:rPr>
          <w:rFonts w:ascii="Consolas" w:eastAsia="Consolas" w:hAnsi="Consolas"/>
          <w:sz w:val="20"/>
        </w:rPr>
        <w:t>}else</w:t>
      </w:r>
      <w:proofErr w:type="gramEnd"/>
      <w:r>
        <w:rPr>
          <w:rFonts w:ascii="Consolas" w:eastAsia="Consolas" w:hAnsi="Consolas"/>
          <w:sz w:val="20"/>
        </w:rPr>
        <w:t>{</w:t>
      </w:r>
    </w:p>
    <w:p w14:paraId="03CDB6DE"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audio_play_</w:t>
      </w:r>
      <w:proofErr w:type="gramStart"/>
      <w:r>
        <w:rPr>
          <w:rFonts w:ascii="Consolas" w:eastAsia="Consolas" w:hAnsi="Consolas"/>
          <w:sz w:val="20"/>
        </w:rPr>
        <w:t>sound</w:t>
      </w:r>
      <w:proofErr w:type="spellEnd"/>
      <w:r>
        <w:rPr>
          <w:rFonts w:ascii="Consolas" w:eastAsia="Consolas" w:hAnsi="Consolas"/>
          <w:sz w:val="20"/>
        </w:rPr>
        <w:t>(</w:t>
      </w:r>
      <w:proofErr w:type="spellStart"/>
      <w:proofErr w:type="gramEnd"/>
      <w:r>
        <w:rPr>
          <w:rFonts w:ascii="Consolas" w:eastAsia="Consolas" w:hAnsi="Consolas"/>
          <w:sz w:val="20"/>
        </w:rPr>
        <w:t>snd_txtJnk</w:t>
      </w:r>
      <w:proofErr w:type="spellEnd"/>
      <w:r>
        <w:rPr>
          <w:rFonts w:ascii="Consolas" w:eastAsia="Consolas" w:hAnsi="Consolas"/>
          <w:sz w:val="20"/>
        </w:rPr>
        <w:t>, 0, 0);</w:t>
      </w:r>
    </w:p>
    <w:p w14:paraId="05ED0C3D" w14:textId="77777777" w:rsidR="006C7C92" w:rsidRPr="001639F1" w:rsidRDefault="006C7C92" w:rsidP="006C7C92">
      <w:pPr>
        <w:spacing w:after="0" w:line="240" w:lineRule="auto"/>
        <w:rPr>
          <w:lang w:val="ru-RU"/>
        </w:rPr>
      </w:pPr>
      <w:r>
        <w:rPr>
          <w:rFonts w:ascii="Consolas" w:eastAsia="Consolas" w:hAnsi="Consolas"/>
          <w:sz w:val="20"/>
        </w:rPr>
        <w:t xml:space="preserve">    </w:t>
      </w:r>
      <w:r w:rsidRPr="001639F1">
        <w:rPr>
          <w:rFonts w:ascii="Consolas" w:eastAsia="Consolas" w:hAnsi="Consolas"/>
          <w:sz w:val="20"/>
          <w:lang w:val="ru-RU"/>
        </w:rPr>
        <w:t>}</w:t>
      </w:r>
    </w:p>
    <w:p w14:paraId="71FB2C5D" w14:textId="77777777" w:rsidR="006C7C92" w:rsidRPr="001639F1" w:rsidRDefault="006C7C92" w:rsidP="006C7C92">
      <w:pPr>
        <w:spacing w:after="0" w:line="240" w:lineRule="auto"/>
        <w:rPr>
          <w:lang w:val="ru-RU"/>
        </w:rPr>
      </w:pPr>
      <w:r w:rsidRPr="001639F1">
        <w:rPr>
          <w:rFonts w:ascii="Consolas" w:eastAsia="Consolas" w:hAnsi="Consolas"/>
          <w:sz w:val="20"/>
          <w:lang w:val="ru-RU"/>
        </w:rPr>
        <w:t xml:space="preserve">    }</w:t>
      </w:r>
    </w:p>
    <w:p w14:paraId="4BE1F26E" w14:textId="77777777" w:rsidR="006C7C92" w:rsidRPr="001639F1" w:rsidRDefault="006C7C92" w:rsidP="006C7C92">
      <w:pPr>
        <w:spacing w:after="0" w:line="240" w:lineRule="auto"/>
        <w:rPr>
          <w:lang w:val="ru-RU"/>
        </w:rPr>
      </w:pPr>
      <w:r w:rsidRPr="001639F1">
        <w:rPr>
          <w:rFonts w:ascii="Consolas" w:eastAsia="Consolas" w:hAnsi="Consolas"/>
          <w:sz w:val="20"/>
          <w:lang w:val="ru-RU"/>
        </w:rPr>
        <w:t>}</w:t>
      </w:r>
    </w:p>
    <w:p w14:paraId="4A0EAC21" w14:textId="77777777" w:rsidR="006C7C92" w:rsidRDefault="006C7C92" w:rsidP="006C7C92">
      <w:pPr>
        <w:spacing w:after="0" w:line="360" w:lineRule="auto"/>
        <w:ind w:firstLine="709"/>
        <w:jc w:val="both"/>
        <w:rPr>
          <w:lang w:val="uk-UA"/>
        </w:rPr>
      </w:pPr>
    </w:p>
    <w:p w14:paraId="361E4F89" w14:textId="7C4AE706" w:rsidR="006C7C92" w:rsidRPr="006C7C92" w:rsidRDefault="006C7C92" w:rsidP="006C7C92">
      <w:pPr>
        <w:spacing w:after="0" w:line="360" w:lineRule="auto"/>
        <w:ind w:firstLine="709"/>
        <w:jc w:val="both"/>
        <w:rPr>
          <w:rFonts w:ascii="Times New Roman" w:hAnsi="Times New Roman" w:cs="Times New Roman"/>
          <w:sz w:val="28"/>
          <w:szCs w:val="28"/>
          <w:lang w:val="uk-UA"/>
        </w:rPr>
      </w:pPr>
      <w:r w:rsidRPr="001639F1">
        <w:rPr>
          <w:rFonts w:ascii="Times New Roman" w:hAnsi="Times New Roman" w:cs="Times New Roman"/>
          <w:sz w:val="28"/>
          <w:szCs w:val="28"/>
          <w:lang w:val="ru-RU"/>
        </w:rPr>
        <w:t xml:space="preserve">Код </w:t>
      </w:r>
      <w:proofErr w:type="spellStart"/>
      <w:r w:rsidRPr="001639F1">
        <w:rPr>
          <w:rFonts w:ascii="Times New Roman" w:hAnsi="Times New Roman" w:cs="Times New Roman"/>
          <w:sz w:val="28"/>
          <w:szCs w:val="28"/>
          <w:lang w:val="ru-RU"/>
        </w:rPr>
        <w:t>котрий</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відповідає</w:t>
      </w:r>
      <w:proofErr w:type="spellEnd"/>
      <w:r w:rsidRPr="001639F1">
        <w:rPr>
          <w:rFonts w:ascii="Times New Roman" w:hAnsi="Times New Roman" w:cs="Times New Roman"/>
          <w:sz w:val="28"/>
          <w:szCs w:val="28"/>
          <w:lang w:val="ru-RU"/>
        </w:rPr>
        <w:t xml:space="preserve"> за </w:t>
      </w:r>
      <w:proofErr w:type="spellStart"/>
      <w:r w:rsidRPr="001639F1">
        <w:rPr>
          <w:rFonts w:ascii="Times New Roman" w:hAnsi="Times New Roman" w:cs="Times New Roman"/>
          <w:sz w:val="28"/>
          <w:szCs w:val="28"/>
          <w:lang w:val="ru-RU"/>
        </w:rPr>
        <w:t>поведінку</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гри</w:t>
      </w:r>
      <w:proofErr w:type="spellEnd"/>
      <w:r w:rsidRPr="001639F1">
        <w:rPr>
          <w:rFonts w:ascii="Times New Roman" w:hAnsi="Times New Roman" w:cs="Times New Roman"/>
          <w:sz w:val="28"/>
          <w:szCs w:val="28"/>
          <w:lang w:val="ru-RU"/>
        </w:rPr>
        <w:t xml:space="preserve"> коли </w:t>
      </w:r>
      <w:proofErr w:type="spellStart"/>
      <w:r w:rsidRPr="001639F1">
        <w:rPr>
          <w:rFonts w:ascii="Times New Roman" w:hAnsi="Times New Roman" w:cs="Times New Roman"/>
          <w:sz w:val="28"/>
          <w:szCs w:val="28"/>
          <w:lang w:val="ru-RU"/>
        </w:rPr>
        <w:t>гравець</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використовує</w:t>
      </w:r>
      <w:proofErr w:type="spellEnd"/>
      <w:r w:rsidRPr="001639F1">
        <w:rPr>
          <w:rFonts w:ascii="Times New Roman" w:hAnsi="Times New Roman" w:cs="Times New Roman"/>
          <w:sz w:val="28"/>
          <w:szCs w:val="28"/>
          <w:lang w:val="ru-RU"/>
        </w:rPr>
        <w:t xml:space="preserve"> предмет та </w:t>
      </w:r>
      <w:proofErr w:type="spellStart"/>
      <w:r w:rsidRPr="001639F1">
        <w:rPr>
          <w:rFonts w:ascii="Times New Roman" w:hAnsi="Times New Roman" w:cs="Times New Roman"/>
          <w:sz w:val="28"/>
          <w:szCs w:val="28"/>
          <w:lang w:val="ru-RU"/>
        </w:rPr>
        <w:t>вивід</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діалогових</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вікон</w:t>
      </w:r>
      <w:proofErr w:type="spellEnd"/>
      <w:r w:rsidRPr="001639F1">
        <w:rPr>
          <w:rFonts w:ascii="Times New Roman" w:hAnsi="Times New Roman" w:cs="Times New Roman"/>
          <w:sz w:val="28"/>
          <w:szCs w:val="28"/>
          <w:lang w:val="ru-RU"/>
        </w:rPr>
        <w:t xml:space="preserve"> противника </w:t>
      </w:r>
      <w:proofErr w:type="spellStart"/>
      <w:r w:rsidRPr="001639F1">
        <w:rPr>
          <w:rFonts w:ascii="Times New Roman" w:hAnsi="Times New Roman" w:cs="Times New Roman"/>
          <w:sz w:val="28"/>
          <w:szCs w:val="28"/>
          <w:lang w:val="ru-RU"/>
        </w:rPr>
        <w:t>реагуючого</w:t>
      </w:r>
      <w:proofErr w:type="spellEnd"/>
      <w:r w:rsidRPr="001639F1">
        <w:rPr>
          <w:rFonts w:ascii="Times New Roman" w:hAnsi="Times New Roman" w:cs="Times New Roman"/>
          <w:sz w:val="28"/>
          <w:szCs w:val="28"/>
          <w:lang w:val="ru-RU"/>
        </w:rPr>
        <w:t xml:space="preserve"> на </w:t>
      </w:r>
      <w:proofErr w:type="spellStart"/>
      <w:r w:rsidRPr="001639F1">
        <w:rPr>
          <w:rFonts w:ascii="Times New Roman" w:hAnsi="Times New Roman" w:cs="Times New Roman"/>
          <w:sz w:val="28"/>
          <w:szCs w:val="28"/>
          <w:lang w:val="ru-RU"/>
        </w:rPr>
        <w:t>це</w:t>
      </w:r>
      <w:proofErr w:type="spellEnd"/>
    </w:p>
    <w:p w14:paraId="13E27AFB" w14:textId="77777777" w:rsidR="006C7C92" w:rsidRPr="006C7C92" w:rsidRDefault="006C7C92" w:rsidP="006C7C92">
      <w:pPr>
        <w:spacing w:after="0" w:line="360" w:lineRule="auto"/>
        <w:ind w:firstLine="709"/>
        <w:jc w:val="both"/>
        <w:rPr>
          <w:lang w:val="uk-UA"/>
        </w:rPr>
      </w:pPr>
    </w:p>
    <w:p w14:paraId="43DE11FC" w14:textId="77777777" w:rsidR="006C7C92" w:rsidRDefault="006C7C92" w:rsidP="006C7C92">
      <w:pPr>
        <w:spacing w:after="0" w:line="240" w:lineRule="auto"/>
      </w:pPr>
      <w:r>
        <w:rPr>
          <w:rFonts w:ascii="Consolas" w:eastAsia="Consolas" w:hAnsi="Consolas"/>
          <w:sz w:val="20"/>
        </w:rPr>
        <w:t>if (</w:t>
      </w:r>
      <w:proofErr w:type="spellStart"/>
      <w:r>
        <w:rPr>
          <w:rFonts w:ascii="Consolas" w:eastAsia="Consolas" w:hAnsi="Consolas"/>
          <w:sz w:val="20"/>
        </w:rPr>
        <w:t>keyboard_check_pressed</w:t>
      </w:r>
      <w:proofErr w:type="spellEnd"/>
      <w:r>
        <w:rPr>
          <w:rFonts w:ascii="Consolas" w:eastAsia="Consolas" w:hAnsi="Consolas"/>
          <w:sz w:val="20"/>
        </w:rPr>
        <w:t xml:space="preserve">(key)) </w:t>
      </w:r>
    </w:p>
    <w:p w14:paraId="3964DADF" w14:textId="77777777" w:rsidR="006C7C92" w:rsidRDefault="006C7C92" w:rsidP="006C7C92">
      <w:pPr>
        <w:spacing w:after="0" w:line="240" w:lineRule="auto"/>
      </w:pPr>
      <w:r>
        <w:rPr>
          <w:rFonts w:ascii="Consolas" w:eastAsia="Consolas" w:hAnsi="Consolas"/>
          <w:sz w:val="20"/>
        </w:rPr>
        <w:t xml:space="preserve">or </w:t>
      </w:r>
      <w:proofErr w:type="spellStart"/>
      <w:r>
        <w:rPr>
          <w:rFonts w:ascii="Consolas" w:eastAsia="Consolas" w:hAnsi="Consolas"/>
          <w:sz w:val="20"/>
        </w:rPr>
        <w:t>gamepad_button_check_pressed</w:t>
      </w:r>
      <w:proofErr w:type="spellEnd"/>
      <w:r>
        <w:rPr>
          <w:rFonts w:ascii="Consolas" w:eastAsia="Consolas" w:hAnsi="Consolas"/>
          <w:sz w:val="20"/>
        </w:rPr>
        <w:t>(</w:t>
      </w:r>
      <w:proofErr w:type="gramStart"/>
      <w:r>
        <w:rPr>
          <w:rFonts w:ascii="Consolas" w:eastAsia="Consolas" w:hAnsi="Consolas"/>
          <w:sz w:val="20"/>
        </w:rPr>
        <w:t>obj_Game_controller.gpp,gp</w:t>
      </w:r>
      <w:proofErr w:type="gramEnd"/>
      <w:r>
        <w:rPr>
          <w:rFonts w:ascii="Consolas" w:eastAsia="Consolas" w:hAnsi="Consolas"/>
          <w:sz w:val="20"/>
        </w:rPr>
        <w:t>_face1)</w:t>
      </w:r>
    </w:p>
    <w:p w14:paraId="6D2D6D2F" w14:textId="77777777" w:rsidR="006C7C92" w:rsidRDefault="006C7C92" w:rsidP="006C7C92">
      <w:pPr>
        <w:spacing w:after="0" w:line="240" w:lineRule="auto"/>
      </w:pPr>
      <w:r>
        <w:rPr>
          <w:rFonts w:ascii="Consolas" w:eastAsia="Consolas" w:hAnsi="Consolas"/>
          <w:sz w:val="20"/>
        </w:rPr>
        <w:lastRenderedPageBreak/>
        <w:t xml:space="preserve">or </w:t>
      </w:r>
      <w:proofErr w:type="spellStart"/>
      <w:r>
        <w:rPr>
          <w:rFonts w:ascii="Consolas" w:eastAsia="Consolas" w:hAnsi="Consolas"/>
          <w:sz w:val="20"/>
        </w:rPr>
        <w:t>keyboard_check_pressed</w:t>
      </w:r>
      <w:proofErr w:type="spellEnd"/>
      <w:r>
        <w:rPr>
          <w:rFonts w:ascii="Consolas" w:eastAsia="Consolas" w:hAnsi="Consolas"/>
          <w:sz w:val="20"/>
        </w:rPr>
        <w:t>(</w:t>
      </w:r>
      <w:proofErr w:type="spellStart"/>
      <w:r>
        <w:rPr>
          <w:rFonts w:ascii="Consolas" w:eastAsia="Consolas" w:hAnsi="Consolas"/>
          <w:sz w:val="20"/>
        </w:rPr>
        <w:t>vk_</w:t>
      </w:r>
      <w:proofErr w:type="gramStart"/>
      <w:r>
        <w:rPr>
          <w:rFonts w:ascii="Consolas" w:eastAsia="Consolas" w:hAnsi="Consolas"/>
          <w:sz w:val="20"/>
        </w:rPr>
        <w:t>enter</w:t>
      </w:r>
      <w:proofErr w:type="spellEnd"/>
      <w:r>
        <w:rPr>
          <w:rFonts w:ascii="Consolas" w:eastAsia="Consolas" w:hAnsi="Consolas"/>
          <w:sz w:val="20"/>
        </w:rPr>
        <w:t>){</w:t>
      </w:r>
      <w:proofErr w:type="gramEnd"/>
    </w:p>
    <w:p w14:paraId="02C28B8E" w14:textId="77777777" w:rsidR="006C7C92" w:rsidRDefault="006C7C92" w:rsidP="006C7C92">
      <w:pPr>
        <w:spacing w:after="0" w:line="240" w:lineRule="auto"/>
      </w:pPr>
      <w:r>
        <w:rPr>
          <w:rFonts w:ascii="Consolas" w:eastAsia="Consolas" w:hAnsi="Consolas"/>
          <w:sz w:val="20"/>
        </w:rPr>
        <w:t xml:space="preserve">    var now = </w:t>
      </w:r>
      <w:proofErr w:type="spellStart"/>
      <w:r>
        <w:rPr>
          <w:rFonts w:ascii="Consolas" w:eastAsia="Consolas" w:hAnsi="Consolas"/>
          <w:sz w:val="20"/>
        </w:rPr>
        <w:t>current_time</w:t>
      </w:r>
      <w:proofErr w:type="spellEnd"/>
      <w:r>
        <w:rPr>
          <w:rFonts w:ascii="Consolas" w:eastAsia="Consolas" w:hAnsi="Consolas"/>
          <w:sz w:val="20"/>
        </w:rPr>
        <w:t>;</w:t>
      </w:r>
    </w:p>
    <w:p w14:paraId="7C707437" w14:textId="77777777" w:rsidR="006C7C92" w:rsidRDefault="006C7C92" w:rsidP="006C7C92">
      <w:pPr>
        <w:spacing w:after="0" w:line="240" w:lineRule="auto"/>
      </w:pPr>
      <w:r>
        <w:rPr>
          <w:rFonts w:ascii="Consolas" w:eastAsia="Consolas" w:hAnsi="Consolas"/>
          <w:sz w:val="20"/>
        </w:rPr>
        <w:t xml:space="preserve">    if (now - </w:t>
      </w:r>
      <w:proofErr w:type="spellStart"/>
      <w:r>
        <w:rPr>
          <w:rFonts w:ascii="Consolas" w:eastAsia="Consolas" w:hAnsi="Consolas"/>
          <w:sz w:val="20"/>
        </w:rPr>
        <w:t>last_key_time</w:t>
      </w:r>
      <w:proofErr w:type="spellEnd"/>
      <w:r>
        <w:rPr>
          <w:rFonts w:ascii="Consolas" w:eastAsia="Consolas" w:hAnsi="Consolas"/>
          <w:sz w:val="20"/>
        </w:rPr>
        <w:t xml:space="preserve"> &lt;= </w:t>
      </w:r>
      <w:proofErr w:type="spellStart"/>
      <w:r>
        <w:rPr>
          <w:rFonts w:ascii="Consolas" w:eastAsia="Consolas" w:hAnsi="Consolas"/>
          <w:sz w:val="20"/>
        </w:rPr>
        <w:t>double_press_interval</w:t>
      </w:r>
      <w:proofErr w:type="spellEnd"/>
      <w:r>
        <w:rPr>
          <w:rFonts w:ascii="Consolas" w:eastAsia="Consolas" w:hAnsi="Consolas"/>
          <w:sz w:val="20"/>
        </w:rPr>
        <w:t>) {</w:t>
      </w:r>
    </w:p>
    <w:p w14:paraId="01275394"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red_plash</w:t>
      </w:r>
      <w:proofErr w:type="spellEnd"/>
      <w:r>
        <w:rPr>
          <w:rFonts w:ascii="Consolas" w:eastAsia="Consolas" w:hAnsi="Consolas"/>
          <w:sz w:val="20"/>
        </w:rPr>
        <w:t xml:space="preserve"> &gt; 0) {</w:t>
      </w:r>
    </w:p>
    <w:p w14:paraId="5CBE070B" w14:textId="77777777" w:rsidR="006C7C92" w:rsidRDefault="006C7C92" w:rsidP="006C7C92">
      <w:pPr>
        <w:spacing w:after="0" w:line="240" w:lineRule="auto"/>
      </w:pPr>
      <w:r>
        <w:rPr>
          <w:rFonts w:ascii="Consolas" w:eastAsia="Consolas" w:hAnsi="Consolas"/>
          <w:sz w:val="20"/>
        </w:rPr>
        <w:t xml:space="preserve">      if </w:t>
      </w:r>
      <w:proofErr w:type="spellStart"/>
      <w:proofErr w:type="gramStart"/>
      <w:r>
        <w:rPr>
          <w:rFonts w:ascii="Consolas" w:eastAsia="Consolas" w:hAnsi="Consolas"/>
          <w:sz w:val="20"/>
        </w:rPr>
        <w:t>global.room</w:t>
      </w:r>
      <w:proofErr w:type="spellEnd"/>
      <w:proofErr w:type="gramEnd"/>
      <w:r>
        <w:rPr>
          <w:rFonts w:ascii="Consolas" w:eastAsia="Consolas" w:hAnsi="Consolas"/>
          <w:sz w:val="20"/>
        </w:rPr>
        <w:t>!="</w:t>
      </w:r>
      <w:proofErr w:type="spellStart"/>
      <w:r>
        <w:rPr>
          <w:rFonts w:ascii="Consolas" w:eastAsia="Consolas" w:hAnsi="Consolas"/>
          <w:sz w:val="20"/>
        </w:rPr>
        <w:t>jREDUX_intro</w:t>
      </w:r>
      <w:proofErr w:type="spellEnd"/>
      <w:r>
        <w:rPr>
          <w:rFonts w:ascii="Consolas" w:eastAsia="Consolas" w:hAnsi="Consolas"/>
          <w:sz w:val="20"/>
        </w:rPr>
        <w:t>"</w:t>
      </w:r>
    </w:p>
    <w:p w14:paraId="01210645" w14:textId="77777777" w:rsidR="006C7C92" w:rsidRDefault="006C7C92" w:rsidP="006C7C92">
      <w:pPr>
        <w:spacing w:after="0" w:line="360" w:lineRule="auto"/>
        <w:ind w:firstLine="709"/>
        <w:jc w:val="both"/>
      </w:pPr>
      <w:r>
        <w:t xml:space="preserve">            </w:t>
      </w:r>
      <w:proofErr w:type="spellStart"/>
      <w:r>
        <w:t>red_plash</w:t>
      </w:r>
      <w:proofErr w:type="spellEnd"/>
      <w:r>
        <w:t>--</w:t>
      </w:r>
    </w:p>
    <w:p w14:paraId="6AFA38C4"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audio_play_</w:t>
      </w:r>
      <w:proofErr w:type="gramStart"/>
      <w:r>
        <w:rPr>
          <w:rFonts w:ascii="Consolas" w:eastAsia="Consolas" w:hAnsi="Consolas"/>
          <w:sz w:val="20"/>
        </w:rPr>
        <w:t>sound</w:t>
      </w:r>
      <w:proofErr w:type="spellEnd"/>
      <w:r>
        <w:rPr>
          <w:rFonts w:ascii="Consolas" w:eastAsia="Consolas" w:hAnsi="Consolas"/>
          <w:sz w:val="20"/>
        </w:rPr>
        <w:t>(</w:t>
      </w:r>
      <w:proofErr w:type="spellStart"/>
      <w:proofErr w:type="gramEnd"/>
      <w:r>
        <w:rPr>
          <w:rFonts w:ascii="Consolas" w:eastAsia="Consolas" w:hAnsi="Consolas"/>
          <w:sz w:val="20"/>
        </w:rPr>
        <w:t>snd_tnt</w:t>
      </w:r>
      <w:proofErr w:type="spellEnd"/>
      <w:r>
        <w:rPr>
          <w:rFonts w:ascii="Consolas" w:eastAsia="Consolas" w:hAnsi="Consolas"/>
          <w:sz w:val="20"/>
        </w:rPr>
        <w:t>, 0, 0);</w:t>
      </w:r>
    </w:p>
    <w:p w14:paraId="1C609DC9"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Obj_Soul.shield_angl_pos</w:t>
      </w:r>
      <w:proofErr w:type="spellEnd"/>
      <w:r>
        <w:rPr>
          <w:rFonts w:ascii="Consolas" w:eastAsia="Consolas" w:hAnsi="Consolas"/>
          <w:sz w:val="20"/>
        </w:rPr>
        <w:t xml:space="preserve"> == 360)</w:t>
      </w:r>
    </w:p>
    <w:p w14:paraId="4191DA4C" w14:textId="77777777" w:rsidR="006C7C92" w:rsidRDefault="006C7C92" w:rsidP="006C7C92">
      <w:pPr>
        <w:spacing w:after="0" w:line="240" w:lineRule="auto"/>
      </w:pPr>
      <w:r>
        <w:rPr>
          <w:rFonts w:ascii="Consolas" w:eastAsia="Consolas" w:hAnsi="Consolas"/>
          <w:sz w:val="20"/>
        </w:rPr>
        <w:t xml:space="preserve">      or (</w:t>
      </w:r>
      <w:proofErr w:type="spellStart"/>
      <w:r>
        <w:rPr>
          <w:rFonts w:ascii="Consolas" w:eastAsia="Consolas" w:hAnsi="Consolas"/>
          <w:sz w:val="20"/>
        </w:rPr>
        <w:t>Obj_Soul.shield_angl_pos</w:t>
      </w:r>
      <w:proofErr w:type="spellEnd"/>
      <w:r>
        <w:rPr>
          <w:rFonts w:ascii="Consolas" w:eastAsia="Consolas" w:hAnsi="Consolas"/>
          <w:sz w:val="20"/>
        </w:rPr>
        <w:t xml:space="preserve"> == 0) {</w:t>
      </w:r>
    </w:p>
    <w:p w14:paraId="13706AE1"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move_red</w:t>
      </w:r>
      <w:proofErr w:type="spellEnd"/>
      <w:r>
        <w:rPr>
          <w:rFonts w:ascii="Consolas" w:eastAsia="Consolas" w:hAnsi="Consolas"/>
          <w:sz w:val="20"/>
        </w:rPr>
        <w:t xml:space="preserve"> = 0;</w:t>
      </w:r>
    </w:p>
    <w:p w14:paraId="5AC10856" w14:textId="77777777" w:rsidR="006C7C92" w:rsidRDefault="006C7C92" w:rsidP="006C7C92">
      <w:pPr>
        <w:spacing w:after="0" w:line="240" w:lineRule="auto"/>
      </w:pPr>
      <w:r>
        <w:rPr>
          <w:rFonts w:ascii="Consolas" w:eastAsia="Consolas" w:hAnsi="Consolas"/>
          <w:sz w:val="20"/>
        </w:rPr>
        <w:t xml:space="preserve">                for (var </w:t>
      </w:r>
      <w:proofErr w:type="spellStart"/>
      <w:r>
        <w:rPr>
          <w:rFonts w:ascii="Consolas" w:eastAsia="Consolas" w:hAnsi="Consolas"/>
          <w:sz w:val="20"/>
        </w:rPr>
        <w:t>i</w:t>
      </w:r>
      <w:proofErr w:type="spellEnd"/>
      <w:r>
        <w:rPr>
          <w:rFonts w:ascii="Consolas" w:eastAsia="Consolas" w:hAnsi="Consolas"/>
          <w:sz w:val="20"/>
        </w:rPr>
        <w:t xml:space="preserve"> = 0; </w:t>
      </w:r>
      <w:proofErr w:type="spellStart"/>
      <w:r>
        <w:rPr>
          <w:rFonts w:ascii="Consolas" w:eastAsia="Consolas" w:hAnsi="Consolas"/>
          <w:sz w:val="20"/>
        </w:rPr>
        <w:t>i</w:t>
      </w:r>
      <w:proofErr w:type="spellEnd"/>
      <w:r>
        <w:rPr>
          <w:rFonts w:ascii="Consolas" w:eastAsia="Consolas" w:hAnsi="Consolas"/>
          <w:sz w:val="20"/>
        </w:rPr>
        <w:t xml:space="preserve"> &lt; 4; </w:t>
      </w:r>
      <w:proofErr w:type="spellStart"/>
      <w:r>
        <w:rPr>
          <w:rFonts w:ascii="Consolas" w:eastAsia="Consolas" w:hAnsi="Consolas"/>
          <w:sz w:val="20"/>
        </w:rPr>
        <w:t>i</w:t>
      </w:r>
      <w:proofErr w:type="spellEnd"/>
      <w:r>
        <w:rPr>
          <w:rFonts w:ascii="Consolas" w:eastAsia="Consolas" w:hAnsi="Consolas"/>
          <w:sz w:val="20"/>
        </w:rPr>
        <w:t>++) {</w:t>
      </w:r>
    </w:p>
    <w:p w14:paraId="3A69B9D6"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instance_create_</w:t>
      </w:r>
      <w:proofErr w:type="gramStart"/>
      <w:r>
        <w:rPr>
          <w:rFonts w:ascii="Consolas" w:eastAsia="Consolas" w:hAnsi="Consolas"/>
          <w:sz w:val="20"/>
        </w:rPr>
        <w:t>depth</w:t>
      </w:r>
      <w:proofErr w:type="spellEnd"/>
      <w:r>
        <w:rPr>
          <w:rFonts w:ascii="Consolas" w:eastAsia="Consolas" w:hAnsi="Consolas"/>
          <w:sz w:val="20"/>
        </w:rPr>
        <w:t>(</w:t>
      </w:r>
      <w:proofErr w:type="spellStart"/>
      <w:proofErr w:type="gramEnd"/>
      <w:r>
        <w:rPr>
          <w:rFonts w:ascii="Consolas" w:eastAsia="Consolas" w:hAnsi="Consolas"/>
          <w:sz w:val="20"/>
        </w:rPr>
        <w:t>x+irandom_range</w:t>
      </w:r>
      <w:proofErr w:type="spellEnd"/>
      <w:r>
        <w:rPr>
          <w:rFonts w:ascii="Consolas" w:eastAsia="Consolas" w:hAnsi="Consolas"/>
          <w:sz w:val="20"/>
        </w:rPr>
        <w:t xml:space="preserve">(35, 50), y + </w:t>
      </w:r>
      <w:proofErr w:type="spellStart"/>
      <w:r>
        <w:rPr>
          <w:rFonts w:ascii="Consolas" w:eastAsia="Consolas" w:hAnsi="Consolas"/>
          <w:sz w:val="20"/>
        </w:rPr>
        <w:t>irandom_range</w:t>
      </w:r>
      <w:proofErr w:type="spellEnd"/>
      <w:r>
        <w:rPr>
          <w:rFonts w:ascii="Consolas" w:eastAsia="Consolas" w:hAnsi="Consolas"/>
          <w:sz w:val="20"/>
        </w:rPr>
        <w:t xml:space="preserve">(-10, 10), -9999999999, </w:t>
      </w:r>
      <w:proofErr w:type="spellStart"/>
      <w:r>
        <w:rPr>
          <w:rFonts w:ascii="Consolas" w:eastAsia="Consolas" w:hAnsi="Consolas"/>
          <w:sz w:val="20"/>
        </w:rPr>
        <w:t>obj_red_circle</w:t>
      </w:r>
      <w:proofErr w:type="spellEnd"/>
      <w:r>
        <w:rPr>
          <w:rFonts w:ascii="Consolas" w:eastAsia="Consolas" w:hAnsi="Consolas"/>
          <w:sz w:val="20"/>
        </w:rPr>
        <w:t>)</w:t>
      </w:r>
    </w:p>
    <w:p w14:paraId="050B247B"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instance_create_</w:t>
      </w:r>
      <w:proofErr w:type="gramStart"/>
      <w:r>
        <w:rPr>
          <w:rFonts w:ascii="Consolas" w:eastAsia="Consolas" w:hAnsi="Consolas"/>
          <w:sz w:val="20"/>
        </w:rPr>
        <w:t>depth</w:t>
      </w:r>
      <w:proofErr w:type="spellEnd"/>
      <w:r>
        <w:rPr>
          <w:rFonts w:ascii="Consolas" w:eastAsia="Consolas" w:hAnsi="Consolas"/>
          <w:sz w:val="20"/>
        </w:rPr>
        <w:t>(</w:t>
      </w:r>
      <w:proofErr w:type="gramEnd"/>
      <w:r>
        <w:rPr>
          <w:rFonts w:ascii="Consolas" w:eastAsia="Consolas" w:hAnsi="Consolas"/>
          <w:sz w:val="20"/>
        </w:rPr>
        <w:t xml:space="preserve">x+35, y, -99999999999, </w:t>
      </w:r>
      <w:proofErr w:type="spellStart"/>
      <w:r>
        <w:rPr>
          <w:rFonts w:ascii="Consolas" w:eastAsia="Consolas" w:hAnsi="Consolas"/>
          <w:sz w:val="20"/>
        </w:rPr>
        <w:t>obj_flesh</w:t>
      </w:r>
      <w:proofErr w:type="spellEnd"/>
      <w:r>
        <w:rPr>
          <w:rFonts w:ascii="Consolas" w:eastAsia="Consolas" w:hAnsi="Consolas"/>
          <w:sz w:val="20"/>
        </w:rPr>
        <w:t>)</w:t>
      </w:r>
    </w:p>
    <w:p w14:paraId="17833F14" w14:textId="77777777" w:rsidR="006C7C92" w:rsidRDefault="006C7C92" w:rsidP="006C7C92">
      <w:pPr>
        <w:spacing w:after="0" w:line="240" w:lineRule="auto"/>
      </w:pPr>
      <w:r>
        <w:rPr>
          <w:rFonts w:ascii="Consolas" w:eastAsia="Consolas" w:hAnsi="Consolas"/>
          <w:sz w:val="20"/>
        </w:rPr>
        <w:t xml:space="preserve">                }</w:t>
      </w:r>
    </w:p>
    <w:p w14:paraId="2117A52E" w14:textId="77777777" w:rsidR="006C7C92" w:rsidRDefault="006C7C92" w:rsidP="006C7C92">
      <w:pPr>
        <w:spacing w:after="0" w:line="240" w:lineRule="auto"/>
      </w:pPr>
      <w:r>
        <w:rPr>
          <w:rFonts w:ascii="Consolas" w:eastAsia="Consolas" w:hAnsi="Consolas"/>
          <w:sz w:val="20"/>
        </w:rPr>
        <w:t xml:space="preserve">            }</w:t>
      </w:r>
    </w:p>
    <w:p w14:paraId="2328910E"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Obj_Soul.shield_angl_pos</w:t>
      </w:r>
      <w:proofErr w:type="spellEnd"/>
      <w:r>
        <w:rPr>
          <w:rFonts w:ascii="Consolas" w:eastAsia="Consolas" w:hAnsi="Consolas"/>
          <w:sz w:val="20"/>
        </w:rPr>
        <w:t xml:space="preserve"> == </w:t>
      </w:r>
      <w:proofErr w:type="gramStart"/>
      <w:r>
        <w:rPr>
          <w:rFonts w:ascii="Consolas" w:eastAsia="Consolas" w:hAnsi="Consolas"/>
          <w:sz w:val="20"/>
        </w:rPr>
        <w:t>45){</w:t>
      </w:r>
      <w:proofErr w:type="gramEnd"/>
    </w:p>
    <w:p w14:paraId="66519A87"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move_red</w:t>
      </w:r>
      <w:proofErr w:type="spellEnd"/>
      <w:r>
        <w:rPr>
          <w:rFonts w:ascii="Consolas" w:eastAsia="Consolas" w:hAnsi="Consolas"/>
          <w:sz w:val="20"/>
        </w:rPr>
        <w:t xml:space="preserve"> = 1</w:t>
      </w:r>
    </w:p>
    <w:p w14:paraId="63A22214" w14:textId="77777777" w:rsidR="006C7C92" w:rsidRDefault="006C7C92" w:rsidP="006C7C92">
      <w:pPr>
        <w:spacing w:after="0" w:line="240" w:lineRule="auto"/>
      </w:pPr>
      <w:r>
        <w:rPr>
          <w:rFonts w:ascii="Consolas" w:eastAsia="Consolas" w:hAnsi="Consolas"/>
          <w:sz w:val="20"/>
        </w:rPr>
        <w:t xml:space="preserve">                for (var </w:t>
      </w:r>
      <w:proofErr w:type="spellStart"/>
      <w:r>
        <w:rPr>
          <w:rFonts w:ascii="Consolas" w:eastAsia="Consolas" w:hAnsi="Consolas"/>
          <w:sz w:val="20"/>
        </w:rPr>
        <w:t>i</w:t>
      </w:r>
      <w:proofErr w:type="spellEnd"/>
      <w:r>
        <w:rPr>
          <w:rFonts w:ascii="Consolas" w:eastAsia="Consolas" w:hAnsi="Consolas"/>
          <w:sz w:val="20"/>
        </w:rPr>
        <w:t xml:space="preserve"> = 0; </w:t>
      </w:r>
      <w:proofErr w:type="spellStart"/>
      <w:r>
        <w:rPr>
          <w:rFonts w:ascii="Consolas" w:eastAsia="Consolas" w:hAnsi="Consolas"/>
          <w:sz w:val="20"/>
        </w:rPr>
        <w:t>i</w:t>
      </w:r>
      <w:proofErr w:type="spellEnd"/>
      <w:r>
        <w:rPr>
          <w:rFonts w:ascii="Consolas" w:eastAsia="Consolas" w:hAnsi="Consolas"/>
          <w:sz w:val="20"/>
        </w:rPr>
        <w:t xml:space="preserve"> &lt; 4; </w:t>
      </w:r>
      <w:proofErr w:type="spellStart"/>
      <w:r>
        <w:rPr>
          <w:rFonts w:ascii="Consolas" w:eastAsia="Consolas" w:hAnsi="Consolas"/>
          <w:sz w:val="20"/>
        </w:rPr>
        <w:t>i</w:t>
      </w:r>
      <w:proofErr w:type="spellEnd"/>
      <w:r>
        <w:rPr>
          <w:rFonts w:ascii="Consolas" w:eastAsia="Consolas" w:hAnsi="Consolas"/>
          <w:sz w:val="20"/>
        </w:rPr>
        <w:t>++) {</w:t>
      </w:r>
    </w:p>
    <w:p w14:paraId="5E024ED4"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instance_create_depth</w:t>
      </w:r>
      <w:proofErr w:type="spellEnd"/>
      <w:r>
        <w:rPr>
          <w:rFonts w:ascii="Consolas" w:eastAsia="Consolas" w:hAnsi="Consolas"/>
          <w:sz w:val="20"/>
        </w:rPr>
        <w:t>(</w:t>
      </w:r>
      <w:proofErr w:type="spellStart"/>
      <w:r>
        <w:rPr>
          <w:rFonts w:ascii="Consolas" w:eastAsia="Consolas" w:hAnsi="Consolas"/>
          <w:sz w:val="20"/>
        </w:rPr>
        <w:t>x+irandom_</w:t>
      </w:r>
      <w:proofErr w:type="gramStart"/>
      <w:r>
        <w:rPr>
          <w:rFonts w:ascii="Consolas" w:eastAsia="Consolas" w:hAnsi="Consolas"/>
          <w:sz w:val="20"/>
        </w:rPr>
        <w:t>range</w:t>
      </w:r>
      <w:proofErr w:type="spellEnd"/>
      <w:r>
        <w:rPr>
          <w:rFonts w:ascii="Consolas" w:eastAsia="Consolas" w:hAnsi="Consolas"/>
          <w:sz w:val="20"/>
        </w:rPr>
        <w:t>(</w:t>
      </w:r>
      <w:proofErr w:type="gramEnd"/>
      <w:r>
        <w:rPr>
          <w:rFonts w:ascii="Consolas" w:eastAsia="Consolas" w:hAnsi="Consolas"/>
          <w:sz w:val="20"/>
        </w:rPr>
        <w:t xml:space="preserve">16,20), y + </w:t>
      </w:r>
      <w:proofErr w:type="spellStart"/>
      <w:r>
        <w:rPr>
          <w:rFonts w:ascii="Consolas" w:eastAsia="Consolas" w:hAnsi="Consolas"/>
          <w:sz w:val="20"/>
        </w:rPr>
        <w:t>irandom_range</w:t>
      </w:r>
      <w:proofErr w:type="spellEnd"/>
      <w:r>
        <w:rPr>
          <w:rFonts w:ascii="Consolas" w:eastAsia="Consolas" w:hAnsi="Consolas"/>
          <w:sz w:val="20"/>
        </w:rPr>
        <w:t xml:space="preserve">(16,20), -9999999999, </w:t>
      </w:r>
      <w:proofErr w:type="spellStart"/>
      <w:r>
        <w:rPr>
          <w:rFonts w:ascii="Consolas" w:eastAsia="Consolas" w:hAnsi="Consolas"/>
          <w:sz w:val="20"/>
        </w:rPr>
        <w:t>obj_red_circle</w:t>
      </w:r>
      <w:proofErr w:type="spellEnd"/>
      <w:r>
        <w:rPr>
          <w:rFonts w:ascii="Consolas" w:eastAsia="Consolas" w:hAnsi="Consolas"/>
          <w:sz w:val="20"/>
        </w:rPr>
        <w:t>)</w:t>
      </w:r>
    </w:p>
    <w:p w14:paraId="1996F4A2"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instance_create_</w:t>
      </w:r>
      <w:proofErr w:type="gramStart"/>
      <w:r>
        <w:rPr>
          <w:rFonts w:ascii="Consolas" w:eastAsia="Consolas" w:hAnsi="Consolas"/>
          <w:sz w:val="20"/>
        </w:rPr>
        <w:t>depth</w:t>
      </w:r>
      <w:proofErr w:type="spellEnd"/>
      <w:r>
        <w:rPr>
          <w:rFonts w:ascii="Consolas" w:eastAsia="Consolas" w:hAnsi="Consolas"/>
          <w:sz w:val="20"/>
        </w:rPr>
        <w:t>(</w:t>
      </w:r>
      <w:proofErr w:type="gramEnd"/>
      <w:r>
        <w:rPr>
          <w:rFonts w:ascii="Consolas" w:eastAsia="Consolas" w:hAnsi="Consolas"/>
          <w:sz w:val="20"/>
        </w:rPr>
        <w:t xml:space="preserve">x+18, y-18, -99999999999, </w:t>
      </w:r>
      <w:proofErr w:type="spellStart"/>
      <w:r>
        <w:rPr>
          <w:rFonts w:ascii="Consolas" w:eastAsia="Consolas" w:hAnsi="Consolas"/>
          <w:sz w:val="20"/>
        </w:rPr>
        <w:t>obj_flesh</w:t>
      </w:r>
      <w:proofErr w:type="spellEnd"/>
      <w:r>
        <w:rPr>
          <w:rFonts w:ascii="Consolas" w:eastAsia="Consolas" w:hAnsi="Consolas"/>
          <w:sz w:val="20"/>
        </w:rPr>
        <w:t>)</w:t>
      </w:r>
    </w:p>
    <w:p w14:paraId="4F33A79E" w14:textId="77777777" w:rsidR="006C7C92" w:rsidRDefault="006C7C92" w:rsidP="006C7C92">
      <w:pPr>
        <w:spacing w:after="0" w:line="240" w:lineRule="auto"/>
      </w:pPr>
      <w:r>
        <w:rPr>
          <w:rFonts w:ascii="Consolas" w:eastAsia="Consolas" w:hAnsi="Consolas"/>
          <w:sz w:val="20"/>
        </w:rPr>
        <w:t xml:space="preserve">                }</w:t>
      </w:r>
    </w:p>
    <w:p w14:paraId="0BB23E28" w14:textId="77777777" w:rsidR="006C7C92" w:rsidRDefault="006C7C92" w:rsidP="006C7C92">
      <w:pPr>
        <w:spacing w:after="0" w:line="240" w:lineRule="auto"/>
      </w:pPr>
      <w:r>
        <w:rPr>
          <w:rFonts w:ascii="Consolas" w:eastAsia="Consolas" w:hAnsi="Consolas"/>
          <w:sz w:val="20"/>
        </w:rPr>
        <w:t xml:space="preserve">            }</w:t>
      </w:r>
    </w:p>
    <w:p w14:paraId="50072B45"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Obj_Soul.shield_angl_pos</w:t>
      </w:r>
      <w:proofErr w:type="spellEnd"/>
      <w:r>
        <w:rPr>
          <w:rFonts w:ascii="Consolas" w:eastAsia="Consolas" w:hAnsi="Consolas"/>
          <w:sz w:val="20"/>
        </w:rPr>
        <w:t xml:space="preserve"> == </w:t>
      </w:r>
      <w:proofErr w:type="gramStart"/>
      <w:r>
        <w:rPr>
          <w:rFonts w:ascii="Consolas" w:eastAsia="Consolas" w:hAnsi="Consolas"/>
          <w:sz w:val="20"/>
        </w:rPr>
        <w:t>90){</w:t>
      </w:r>
      <w:proofErr w:type="gramEnd"/>
    </w:p>
    <w:p w14:paraId="3E13CC62"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move_red</w:t>
      </w:r>
      <w:proofErr w:type="spellEnd"/>
      <w:r>
        <w:rPr>
          <w:rFonts w:ascii="Consolas" w:eastAsia="Consolas" w:hAnsi="Consolas"/>
          <w:sz w:val="20"/>
        </w:rPr>
        <w:t xml:space="preserve"> = 2</w:t>
      </w:r>
    </w:p>
    <w:p w14:paraId="1894AF09" w14:textId="77777777" w:rsidR="006C7C92" w:rsidRDefault="006C7C92" w:rsidP="006C7C92">
      <w:pPr>
        <w:spacing w:after="0" w:line="240" w:lineRule="auto"/>
      </w:pPr>
      <w:r>
        <w:rPr>
          <w:rFonts w:ascii="Consolas" w:eastAsia="Consolas" w:hAnsi="Consolas"/>
          <w:sz w:val="20"/>
        </w:rPr>
        <w:t xml:space="preserve">                for (var </w:t>
      </w:r>
      <w:proofErr w:type="spellStart"/>
      <w:r>
        <w:rPr>
          <w:rFonts w:ascii="Consolas" w:eastAsia="Consolas" w:hAnsi="Consolas"/>
          <w:sz w:val="20"/>
        </w:rPr>
        <w:t>i</w:t>
      </w:r>
      <w:proofErr w:type="spellEnd"/>
      <w:r>
        <w:rPr>
          <w:rFonts w:ascii="Consolas" w:eastAsia="Consolas" w:hAnsi="Consolas"/>
          <w:sz w:val="20"/>
        </w:rPr>
        <w:t xml:space="preserve"> = 0; </w:t>
      </w:r>
      <w:proofErr w:type="spellStart"/>
      <w:r>
        <w:rPr>
          <w:rFonts w:ascii="Consolas" w:eastAsia="Consolas" w:hAnsi="Consolas"/>
          <w:sz w:val="20"/>
        </w:rPr>
        <w:t>i</w:t>
      </w:r>
      <w:proofErr w:type="spellEnd"/>
      <w:r>
        <w:rPr>
          <w:rFonts w:ascii="Consolas" w:eastAsia="Consolas" w:hAnsi="Consolas"/>
          <w:sz w:val="20"/>
        </w:rPr>
        <w:t xml:space="preserve"> &lt; 4; </w:t>
      </w:r>
      <w:proofErr w:type="spellStart"/>
      <w:r>
        <w:rPr>
          <w:rFonts w:ascii="Consolas" w:eastAsia="Consolas" w:hAnsi="Consolas"/>
          <w:sz w:val="20"/>
        </w:rPr>
        <w:t>i</w:t>
      </w:r>
      <w:proofErr w:type="spellEnd"/>
      <w:r>
        <w:rPr>
          <w:rFonts w:ascii="Consolas" w:eastAsia="Consolas" w:hAnsi="Consolas"/>
          <w:sz w:val="20"/>
        </w:rPr>
        <w:t>++) {</w:t>
      </w:r>
    </w:p>
    <w:p w14:paraId="1B0BA12C"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instance_create_depth</w:t>
      </w:r>
      <w:proofErr w:type="spellEnd"/>
      <w:r>
        <w:rPr>
          <w:rFonts w:ascii="Consolas" w:eastAsia="Consolas" w:hAnsi="Consolas"/>
          <w:sz w:val="20"/>
        </w:rPr>
        <w:t>(</w:t>
      </w:r>
      <w:proofErr w:type="spellStart"/>
      <w:r>
        <w:rPr>
          <w:rFonts w:ascii="Consolas" w:eastAsia="Consolas" w:hAnsi="Consolas"/>
          <w:sz w:val="20"/>
        </w:rPr>
        <w:t>x+irandom_</w:t>
      </w:r>
      <w:proofErr w:type="gramStart"/>
      <w:r>
        <w:rPr>
          <w:rFonts w:ascii="Consolas" w:eastAsia="Consolas" w:hAnsi="Consolas"/>
          <w:sz w:val="20"/>
        </w:rPr>
        <w:t>range</w:t>
      </w:r>
      <w:proofErr w:type="spellEnd"/>
      <w:r>
        <w:rPr>
          <w:rFonts w:ascii="Consolas" w:eastAsia="Consolas" w:hAnsi="Consolas"/>
          <w:sz w:val="20"/>
        </w:rPr>
        <w:t>(</w:t>
      </w:r>
      <w:proofErr w:type="gramEnd"/>
      <w:r>
        <w:rPr>
          <w:rFonts w:ascii="Consolas" w:eastAsia="Consolas" w:hAnsi="Consolas"/>
          <w:sz w:val="20"/>
        </w:rPr>
        <w:t xml:space="preserve">-4,4), y + </w:t>
      </w:r>
      <w:proofErr w:type="spellStart"/>
      <w:r>
        <w:rPr>
          <w:rFonts w:ascii="Consolas" w:eastAsia="Consolas" w:hAnsi="Consolas"/>
          <w:sz w:val="20"/>
        </w:rPr>
        <w:t>irandom_range</w:t>
      </w:r>
      <w:proofErr w:type="spellEnd"/>
      <w:r>
        <w:rPr>
          <w:rFonts w:ascii="Consolas" w:eastAsia="Consolas" w:hAnsi="Consolas"/>
          <w:sz w:val="20"/>
        </w:rPr>
        <w:t xml:space="preserve">(-2,2), -9999999999, </w:t>
      </w:r>
      <w:proofErr w:type="spellStart"/>
      <w:r>
        <w:rPr>
          <w:rFonts w:ascii="Consolas" w:eastAsia="Consolas" w:hAnsi="Consolas"/>
          <w:sz w:val="20"/>
        </w:rPr>
        <w:t>obj_red_circle</w:t>
      </w:r>
      <w:proofErr w:type="spellEnd"/>
      <w:r>
        <w:rPr>
          <w:rFonts w:ascii="Consolas" w:eastAsia="Consolas" w:hAnsi="Consolas"/>
          <w:sz w:val="20"/>
        </w:rPr>
        <w:t>)</w:t>
      </w:r>
    </w:p>
    <w:p w14:paraId="2832D19A"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instance_create_</w:t>
      </w:r>
      <w:proofErr w:type="gramStart"/>
      <w:r>
        <w:rPr>
          <w:rFonts w:ascii="Consolas" w:eastAsia="Consolas" w:hAnsi="Consolas"/>
          <w:sz w:val="20"/>
        </w:rPr>
        <w:t>depth</w:t>
      </w:r>
      <w:proofErr w:type="spellEnd"/>
      <w:r>
        <w:rPr>
          <w:rFonts w:ascii="Consolas" w:eastAsia="Consolas" w:hAnsi="Consolas"/>
          <w:sz w:val="20"/>
        </w:rPr>
        <w:t>(</w:t>
      </w:r>
      <w:proofErr w:type="gramEnd"/>
      <w:r>
        <w:rPr>
          <w:rFonts w:ascii="Consolas" w:eastAsia="Consolas" w:hAnsi="Consolas"/>
          <w:sz w:val="20"/>
        </w:rPr>
        <w:t xml:space="preserve">x, y-35, -99999999999, </w:t>
      </w:r>
      <w:proofErr w:type="spellStart"/>
      <w:r>
        <w:rPr>
          <w:rFonts w:ascii="Consolas" w:eastAsia="Consolas" w:hAnsi="Consolas"/>
          <w:sz w:val="20"/>
        </w:rPr>
        <w:t>obj_flesh</w:t>
      </w:r>
      <w:proofErr w:type="spellEnd"/>
      <w:r>
        <w:rPr>
          <w:rFonts w:ascii="Consolas" w:eastAsia="Consolas" w:hAnsi="Consolas"/>
          <w:sz w:val="20"/>
        </w:rPr>
        <w:t>)</w:t>
      </w:r>
    </w:p>
    <w:p w14:paraId="409FD8C3" w14:textId="77777777" w:rsidR="006C7C92" w:rsidRDefault="006C7C92" w:rsidP="006C7C92">
      <w:pPr>
        <w:spacing w:after="0" w:line="240" w:lineRule="auto"/>
      </w:pPr>
      <w:r>
        <w:rPr>
          <w:rFonts w:ascii="Consolas" w:eastAsia="Consolas" w:hAnsi="Consolas"/>
          <w:sz w:val="20"/>
        </w:rPr>
        <w:t xml:space="preserve">                }</w:t>
      </w:r>
    </w:p>
    <w:p w14:paraId="4F4B862F" w14:textId="77777777" w:rsidR="006C7C92" w:rsidRDefault="006C7C92" w:rsidP="006C7C92">
      <w:pPr>
        <w:spacing w:after="0" w:line="240" w:lineRule="auto"/>
      </w:pPr>
      <w:r>
        <w:rPr>
          <w:rFonts w:ascii="Consolas" w:eastAsia="Consolas" w:hAnsi="Consolas"/>
          <w:sz w:val="20"/>
        </w:rPr>
        <w:t xml:space="preserve">            }</w:t>
      </w:r>
    </w:p>
    <w:p w14:paraId="1F678EA5"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Obj_Soul.shield_angl_pos</w:t>
      </w:r>
      <w:proofErr w:type="spellEnd"/>
      <w:r>
        <w:rPr>
          <w:rFonts w:ascii="Consolas" w:eastAsia="Consolas" w:hAnsi="Consolas"/>
          <w:sz w:val="20"/>
        </w:rPr>
        <w:t xml:space="preserve"> == </w:t>
      </w:r>
      <w:proofErr w:type="gramStart"/>
      <w:r>
        <w:rPr>
          <w:rFonts w:ascii="Consolas" w:eastAsia="Consolas" w:hAnsi="Consolas"/>
          <w:sz w:val="20"/>
        </w:rPr>
        <w:t>135){</w:t>
      </w:r>
      <w:proofErr w:type="gramEnd"/>
    </w:p>
    <w:p w14:paraId="62D8140D"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move_red</w:t>
      </w:r>
      <w:proofErr w:type="spellEnd"/>
      <w:r>
        <w:rPr>
          <w:rFonts w:ascii="Consolas" w:eastAsia="Consolas" w:hAnsi="Consolas"/>
          <w:sz w:val="20"/>
        </w:rPr>
        <w:t xml:space="preserve"> = 3</w:t>
      </w:r>
    </w:p>
    <w:p w14:paraId="168614D6" w14:textId="77777777" w:rsidR="006C7C92" w:rsidRDefault="006C7C92" w:rsidP="006C7C92">
      <w:pPr>
        <w:spacing w:after="0" w:line="240" w:lineRule="auto"/>
      </w:pPr>
      <w:r>
        <w:rPr>
          <w:rFonts w:ascii="Consolas" w:eastAsia="Consolas" w:hAnsi="Consolas"/>
          <w:sz w:val="20"/>
        </w:rPr>
        <w:t xml:space="preserve">                for (var </w:t>
      </w:r>
      <w:proofErr w:type="spellStart"/>
      <w:r>
        <w:rPr>
          <w:rFonts w:ascii="Consolas" w:eastAsia="Consolas" w:hAnsi="Consolas"/>
          <w:sz w:val="20"/>
        </w:rPr>
        <w:t>i</w:t>
      </w:r>
      <w:proofErr w:type="spellEnd"/>
      <w:r>
        <w:rPr>
          <w:rFonts w:ascii="Consolas" w:eastAsia="Consolas" w:hAnsi="Consolas"/>
          <w:sz w:val="20"/>
        </w:rPr>
        <w:t xml:space="preserve"> = 0; </w:t>
      </w:r>
      <w:proofErr w:type="spellStart"/>
      <w:r>
        <w:rPr>
          <w:rFonts w:ascii="Consolas" w:eastAsia="Consolas" w:hAnsi="Consolas"/>
          <w:sz w:val="20"/>
        </w:rPr>
        <w:t>i</w:t>
      </w:r>
      <w:proofErr w:type="spellEnd"/>
      <w:r>
        <w:rPr>
          <w:rFonts w:ascii="Consolas" w:eastAsia="Consolas" w:hAnsi="Consolas"/>
          <w:sz w:val="20"/>
        </w:rPr>
        <w:t xml:space="preserve"> &lt; 4; </w:t>
      </w:r>
      <w:proofErr w:type="spellStart"/>
      <w:r>
        <w:rPr>
          <w:rFonts w:ascii="Consolas" w:eastAsia="Consolas" w:hAnsi="Consolas"/>
          <w:sz w:val="20"/>
        </w:rPr>
        <w:t>i</w:t>
      </w:r>
      <w:proofErr w:type="spellEnd"/>
      <w:r>
        <w:rPr>
          <w:rFonts w:ascii="Consolas" w:eastAsia="Consolas" w:hAnsi="Consolas"/>
          <w:sz w:val="20"/>
        </w:rPr>
        <w:t>++) {</w:t>
      </w:r>
    </w:p>
    <w:p w14:paraId="30DA0E9D"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instance_create_depth</w:t>
      </w:r>
      <w:proofErr w:type="spellEnd"/>
      <w:r>
        <w:rPr>
          <w:rFonts w:ascii="Consolas" w:eastAsia="Consolas" w:hAnsi="Consolas"/>
          <w:sz w:val="20"/>
        </w:rPr>
        <w:t>(</w:t>
      </w:r>
      <w:proofErr w:type="spellStart"/>
      <w:r>
        <w:rPr>
          <w:rFonts w:ascii="Consolas" w:eastAsia="Consolas" w:hAnsi="Consolas"/>
          <w:sz w:val="20"/>
        </w:rPr>
        <w:t>x+irandom_</w:t>
      </w:r>
      <w:proofErr w:type="gramStart"/>
      <w:r>
        <w:rPr>
          <w:rFonts w:ascii="Consolas" w:eastAsia="Consolas" w:hAnsi="Consolas"/>
          <w:sz w:val="20"/>
        </w:rPr>
        <w:t>range</w:t>
      </w:r>
      <w:proofErr w:type="spellEnd"/>
      <w:r>
        <w:rPr>
          <w:rFonts w:ascii="Consolas" w:eastAsia="Consolas" w:hAnsi="Consolas"/>
          <w:sz w:val="20"/>
        </w:rPr>
        <w:t>(</w:t>
      </w:r>
      <w:proofErr w:type="gramEnd"/>
      <w:r>
        <w:rPr>
          <w:rFonts w:ascii="Consolas" w:eastAsia="Consolas" w:hAnsi="Consolas"/>
          <w:sz w:val="20"/>
        </w:rPr>
        <w:t xml:space="preserve">-16,-20), y + </w:t>
      </w:r>
      <w:proofErr w:type="spellStart"/>
      <w:r>
        <w:rPr>
          <w:rFonts w:ascii="Consolas" w:eastAsia="Consolas" w:hAnsi="Consolas"/>
          <w:sz w:val="20"/>
        </w:rPr>
        <w:t>irandom_range</w:t>
      </w:r>
      <w:proofErr w:type="spellEnd"/>
      <w:r>
        <w:rPr>
          <w:rFonts w:ascii="Consolas" w:eastAsia="Consolas" w:hAnsi="Consolas"/>
          <w:sz w:val="20"/>
        </w:rPr>
        <w:t xml:space="preserve">(-16,-20), -9999999999, </w:t>
      </w:r>
      <w:proofErr w:type="spellStart"/>
      <w:r>
        <w:rPr>
          <w:rFonts w:ascii="Consolas" w:eastAsia="Consolas" w:hAnsi="Consolas"/>
          <w:sz w:val="20"/>
        </w:rPr>
        <w:t>obj_red_circle</w:t>
      </w:r>
      <w:proofErr w:type="spellEnd"/>
      <w:r>
        <w:rPr>
          <w:rFonts w:ascii="Consolas" w:eastAsia="Consolas" w:hAnsi="Consolas"/>
          <w:sz w:val="20"/>
        </w:rPr>
        <w:t>)</w:t>
      </w:r>
    </w:p>
    <w:p w14:paraId="386F71B4"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instance_create_</w:t>
      </w:r>
      <w:proofErr w:type="gramStart"/>
      <w:r>
        <w:rPr>
          <w:rFonts w:ascii="Consolas" w:eastAsia="Consolas" w:hAnsi="Consolas"/>
          <w:sz w:val="20"/>
        </w:rPr>
        <w:t>depth</w:t>
      </w:r>
      <w:proofErr w:type="spellEnd"/>
      <w:r>
        <w:rPr>
          <w:rFonts w:ascii="Consolas" w:eastAsia="Consolas" w:hAnsi="Consolas"/>
          <w:sz w:val="20"/>
        </w:rPr>
        <w:t>(</w:t>
      </w:r>
      <w:proofErr w:type="gramEnd"/>
      <w:r>
        <w:rPr>
          <w:rFonts w:ascii="Consolas" w:eastAsia="Consolas" w:hAnsi="Consolas"/>
          <w:sz w:val="20"/>
        </w:rPr>
        <w:t xml:space="preserve">x-18, y-18, -99999999999, </w:t>
      </w:r>
      <w:proofErr w:type="spellStart"/>
      <w:r>
        <w:rPr>
          <w:rFonts w:ascii="Consolas" w:eastAsia="Consolas" w:hAnsi="Consolas"/>
          <w:sz w:val="20"/>
        </w:rPr>
        <w:t>obj_flesh</w:t>
      </w:r>
      <w:proofErr w:type="spellEnd"/>
      <w:r>
        <w:rPr>
          <w:rFonts w:ascii="Consolas" w:eastAsia="Consolas" w:hAnsi="Consolas"/>
          <w:sz w:val="20"/>
        </w:rPr>
        <w:t>)</w:t>
      </w:r>
    </w:p>
    <w:p w14:paraId="2669E9F9" w14:textId="77777777" w:rsidR="006C7C92" w:rsidRDefault="006C7C92" w:rsidP="006C7C92">
      <w:pPr>
        <w:spacing w:after="0" w:line="240" w:lineRule="auto"/>
      </w:pPr>
      <w:r>
        <w:rPr>
          <w:rFonts w:ascii="Consolas" w:eastAsia="Consolas" w:hAnsi="Consolas"/>
          <w:sz w:val="20"/>
        </w:rPr>
        <w:t xml:space="preserve">                }</w:t>
      </w:r>
    </w:p>
    <w:p w14:paraId="4841B84B" w14:textId="77777777" w:rsidR="006C7C92" w:rsidRDefault="006C7C92" w:rsidP="006C7C92">
      <w:pPr>
        <w:spacing w:after="0" w:line="240" w:lineRule="auto"/>
      </w:pPr>
      <w:r>
        <w:rPr>
          <w:rFonts w:ascii="Consolas" w:eastAsia="Consolas" w:hAnsi="Consolas"/>
          <w:sz w:val="20"/>
        </w:rPr>
        <w:t xml:space="preserve">            }</w:t>
      </w:r>
    </w:p>
    <w:p w14:paraId="1C47EFFD"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Obj_Soul.shield_angl_pos</w:t>
      </w:r>
      <w:proofErr w:type="spellEnd"/>
      <w:r>
        <w:rPr>
          <w:rFonts w:ascii="Consolas" w:eastAsia="Consolas" w:hAnsi="Consolas"/>
          <w:sz w:val="20"/>
        </w:rPr>
        <w:t xml:space="preserve"> == </w:t>
      </w:r>
      <w:proofErr w:type="gramStart"/>
      <w:r>
        <w:rPr>
          <w:rFonts w:ascii="Consolas" w:eastAsia="Consolas" w:hAnsi="Consolas"/>
          <w:sz w:val="20"/>
        </w:rPr>
        <w:t>180){</w:t>
      </w:r>
      <w:proofErr w:type="gramEnd"/>
    </w:p>
    <w:p w14:paraId="0ECE6F1E"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move_red</w:t>
      </w:r>
      <w:proofErr w:type="spellEnd"/>
      <w:r>
        <w:rPr>
          <w:rFonts w:ascii="Consolas" w:eastAsia="Consolas" w:hAnsi="Consolas"/>
          <w:sz w:val="20"/>
        </w:rPr>
        <w:t xml:space="preserve"> = 4</w:t>
      </w:r>
    </w:p>
    <w:p w14:paraId="208979D6" w14:textId="77777777" w:rsidR="006C7C92" w:rsidRDefault="006C7C92" w:rsidP="006C7C92">
      <w:pPr>
        <w:spacing w:after="0" w:line="240" w:lineRule="auto"/>
      </w:pPr>
      <w:r>
        <w:rPr>
          <w:rFonts w:ascii="Consolas" w:eastAsia="Consolas" w:hAnsi="Consolas"/>
          <w:sz w:val="20"/>
        </w:rPr>
        <w:t xml:space="preserve">                for (var </w:t>
      </w:r>
      <w:proofErr w:type="spellStart"/>
      <w:r>
        <w:rPr>
          <w:rFonts w:ascii="Consolas" w:eastAsia="Consolas" w:hAnsi="Consolas"/>
          <w:sz w:val="20"/>
        </w:rPr>
        <w:t>i</w:t>
      </w:r>
      <w:proofErr w:type="spellEnd"/>
      <w:r>
        <w:rPr>
          <w:rFonts w:ascii="Consolas" w:eastAsia="Consolas" w:hAnsi="Consolas"/>
          <w:sz w:val="20"/>
        </w:rPr>
        <w:t xml:space="preserve"> = 0; </w:t>
      </w:r>
      <w:proofErr w:type="spellStart"/>
      <w:r>
        <w:rPr>
          <w:rFonts w:ascii="Consolas" w:eastAsia="Consolas" w:hAnsi="Consolas"/>
          <w:sz w:val="20"/>
        </w:rPr>
        <w:t>i</w:t>
      </w:r>
      <w:proofErr w:type="spellEnd"/>
      <w:r>
        <w:rPr>
          <w:rFonts w:ascii="Consolas" w:eastAsia="Consolas" w:hAnsi="Consolas"/>
          <w:sz w:val="20"/>
        </w:rPr>
        <w:t xml:space="preserve"> &lt; 4; </w:t>
      </w:r>
      <w:proofErr w:type="spellStart"/>
      <w:r>
        <w:rPr>
          <w:rFonts w:ascii="Consolas" w:eastAsia="Consolas" w:hAnsi="Consolas"/>
          <w:sz w:val="20"/>
        </w:rPr>
        <w:t>i</w:t>
      </w:r>
      <w:proofErr w:type="spellEnd"/>
      <w:r>
        <w:rPr>
          <w:rFonts w:ascii="Consolas" w:eastAsia="Consolas" w:hAnsi="Consolas"/>
          <w:sz w:val="20"/>
        </w:rPr>
        <w:t>++) {</w:t>
      </w:r>
    </w:p>
    <w:p w14:paraId="5513D976"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instance_create_depth</w:t>
      </w:r>
      <w:proofErr w:type="spellEnd"/>
      <w:r>
        <w:rPr>
          <w:rFonts w:ascii="Consolas" w:eastAsia="Consolas" w:hAnsi="Consolas"/>
          <w:sz w:val="20"/>
        </w:rPr>
        <w:t>(</w:t>
      </w:r>
      <w:proofErr w:type="spellStart"/>
      <w:r>
        <w:rPr>
          <w:rFonts w:ascii="Consolas" w:eastAsia="Consolas" w:hAnsi="Consolas"/>
          <w:sz w:val="20"/>
        </w:rPr>
        <w:t>x+irandom_</w:t>
      </w:r>
      <w:proofErr w:type="gramStart"/>
      <w:r>
        <w:rPr>
          <w:rFonts w:ascii="Consolas" w:eastAsia="Consolas" w:hAnsi="Consolas"/>
          <w:sz w:val="20"/>
        </w:rPr>
        <w:t>range</w:t>
      </w:r>
      <w:proofErr w:type="spellEnd"/>
      <w:r>
        <w:rPr>
          <w:rFonts w:ascii="Consolas" w:eastAsia="Consolas" w:hAnsi="Consolas"/>
          <w:sz w:val="20"/>
        </w:rPr>
        <w:t>(</w:t>
      </w:r>
      <w:proofErr w:type="gramEnd"/>
      <w:r>
        <w:rPr>
          <w:rFonts w:ascii="Consolas" w:eastAsia="Consolas" w:hAnsi="Consolas"/>
          <w:sz w:val="20"/>
        </w:rPr>
        <w:t xml:space="preserve">-35,-50), y + </w:t>
      </w:r>
      <w:proofErr w:type="spellStart"/>
      <w:r>
        <w:rPr>
          <w:rFonts w:ascii="Consolas" w:eastAsia="Consolas" w:hAnsi="Consolas"/>
          <w:sz w:val="20"/>
        </w:rPr>
        <w:t>irandom_range</w:t>
      </w:r>
      <w:proofErr w:type="spellEnd"/>
      <w:r>
        <w:rPr>
          <w:rFonts w:ascii="Consolas" w:eastAsia="Consolas" w:hAnsi="Consolas"/>
          <w:sz w:val="20"/>
        </w:rPr>
        <w:t xml:space="preserve">(-16,10), -9999999999, </w:t>
      </w:r>
      <w:proofErr w:type="spellStart"/>
      <w:r>
        <w:rPr>
          <w:rFonts w:ascii="Consolas" w:eastAsia="Consolas" w:hAnsi="Consolas"/>
          <w:sz w:val="20"/>
        </w:rPr>
        <w:t>obj_red_circle</w:t>
      </w:r>
      <w:proofErr w:type="spellEnd"/>
      <w:r>
        <w:rPr>
          <w:rFonts w:ascii="Consolas" w:eastAsia="Consolas" w:hAnsi="Consolas"/>
          <w:sz w:val="20"/>
        </w:rPr>
        <w:t>)</w:t>
      </w:r>
    </w:p>
    <w:p w14:paraId="758A7215"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instance_create_</w:t>
      </w:r>
      <w:proofErr w:type="gramStart"/>
      <w:r>
        <w:rPr>
          <w:rFonts w:ascii="Consolas" w:eastAsia="Consolas" w:hAnsi="Consolas"/>
          <w:sz w:val="20"/>
        </w:rPr>
        <w:t>depth</w:t>
      </w:r>
      <w:proofErr w:type="spellEnd"/>
      <w:r>
        <w:rPr>
          <w:rFonts w:ascii="Consolas" w:eastAsia="Consolas" w:hAnsi="Consolas"/>
          <w:sz w:val="20"/>
        </w:rPr>
        <w:t>(</w:t>
      </w:r>
      <w:proofErr w:type="gramEnd"/>
      <w:r>
        <w:rPr>
          <w:rFonts w:ascii="Consolas" w:eastAsia="Consolas" w:hAnsi="Consolas"/>
          <w:sz w:val="20"/>
        </w:rPr>
        <w:t xml:space="preserve">x-35, y, -99999999999, </w:t>
      </w:r>
      <w:proofErr w:type="spellStart"/>
      <w:r>
        <w:rPr>
          <w:rFonts w:ascii="Consolas" w:eastAsia="Consolas" w:hAnsi="Consolas"/>
          <w:sz w:val="20"/>
        </w:rPr>
        <w:t>obj_flesh</w:t>
      </w:r>
      <w:proofErr w:type="spellEnd"/>
      <w:r>
        <w:rPr>
          <w:rFonts w:ascii="Consolas" w:eastAsia="Consolas" w:hAnsi="Consolas"/>
          <w:sz w:val="20"/>
        </w:rPr>
        <w:t>)</w:t>
      </w:r>
    </w:p>
    <w:p w14:paraId="5B47973F" w14:textId="77777777" w:rsidR="006C7C92" w:rsidRDefault="006C7C92" w:rsidP="006C7C92">
      <w:pPr>
        <w:spacing w:after="0" w:line="240" w:lineRule="auto"/>
      </w:pPr>
      <w:r>
        <w:rPr>
          <w:rFonts w:ascii="Consolas" w:eastAsia="Consolas" w:hAnsi="Consolas"/>
          <w:sz w:val="20"/>
        </w:rPr>
        <w:t xml:space="preserve">                }</w:t>
      </w:r>
    </w:p>
    <w:p w14:paraId="64824365" w14:textId="77777777" w:rsidR="006C7C92" w:rsidRDefault="006C7C92" w:rsidP="006C7C92">
      <w:pPr>
        <w:spacing w:after="0" w:line="240" w:lineRule="auto"/>
      </w:pPr>
      <w:r>
        <w:rPr>
          <w:rFonts w:ascii="Consolas" w:eastAsia="Consolas" w:hAnsi="Consolas"/>
          <w:sz w:val="20"/>
        </w:rPr>
        <w:t xml:space="preserve">            }</w:t>
      </w:r>
    </w:p>
    <w:p w14:paraId="74606F07"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Obj_Soul.shield_angl_pos</w:t>
      </w:r>
      <w:proofErr w:type="spellEnd"/>
      <w:r>
        <w:rPr>
          <w:rFonts w:ascii="Consolas" w:eastAsia="Consolas" w:hAnsi="Consolas"/>
          <w:sz w:val="20"/>
        </w:rPr>
        <w:t xml:space="preserve"> == </w:t>
      </w:r>
      <w:proofErr w:type="gramStart"/>
      <w:r>
        <w:rPr>
          <w:rFonts w:ascii="Consolas" w:eastAsia="Consolas" w:hAnsi="Consolas"/>
          <w:sz w:val="20"/>
        </w:rPr>
        <w:t>225){</w:t>
      </w:r>
      <w:proofErr w:type="gramEnd"/>
    </w:p>
    <w:p w14:paraId="32904A9E"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move_red</w:t>
      </w:r>
      <w:proofErr w:type="spellEnd"/>
      <w:r>
        <w:rPr>
          <w:rFonts w:ascii="Consolas" w:eastAsia="Consolas" w:hAnsi="Consolas"/>
          <w:sz w:val="20"/>
        </w:rPr>
        <w:t xml:space="preserve"> = 5</w:t>
      </w:r>
    </w:p>
    <w:p w14:paraId="648B589A" w14:textId="77777777" w:rsidR="006C7C92" w:rsidRDefault="006C7C92" w:rsidP="006C7C92">
      <w:pPr>
        <w:spacing w:after="0" w:line="240" w:lineRule="auto"/>
      </w:pPr>
      <w:r>
        <w:rPr>
          <w:rFonts w:ascii="Consolas" w:eastAsia="Consolas" w:hAnsi="Consolas"/>
          <w:sz w:val="20"/>
        </w:rPr>
        <w:t xml:space="preserve">                for (var </w:t>
      </w:r>
      <w:proofErr w:type="spellStart"/>
      <w:r>
        <w:rPr>
          <w:rFonts w:ascii="Consolas" w:eastAsia="Consolas" w:hAnsi="Consolas"/>
          <w:sz w:val="20"/>
        </w:rPr>
        <w:t>i</w:t>
      </w:r>
      <w:proofErr w:type="spellEnd"/>
      <w:r>
        <w:rPr>
          <w:rFonts w:ascii="Consolas" w:eastAsia="Consolas" w:hAnsi="Consolas"/>
          <w:sz w:val="20"/>
        </w:rPr>
        <w:t xml:space="preserve"> = 0; </w:t>
      </w:r>
      <w:proofErr w:type="spellStart"/>
      <w:r>
        <w:rPr>
          <w:rFonts w:ascii="Consolas" w:eastAsia="Consolas" w:hAnsi="Consolas"/>
          <w:sz w:val="20"/>
        </w:rPr>
        <w:t>i</w:t>
      </w:r>
      <w:proofErr w:type="spellEnd"/>
      <w:r>
        <w:rPr>
          <w:rFonts w:ascii="Consolas" w:eastAsia="Consolas" w:hAnsi="Consolas"/>
          <w:sz w:val="20"/>
        </w:rPr>
        <w:t xml:space="preserve"> &lt; 4; </w:t>
      </w:r>
      <w:proofErr w:type="spellStart"/>
      <w:r>
        <w:rPr>
          <w:rFonts w:ascii="Consolas" w:eastAsia="Consolas" w:hAnsi="Consolas"/>
          <w:sz w:val="20"/>
        </w:rPr>
        <w:t>i</w:t>
      </w:r>
      <w:proofErr w:type="spellEnd"/>
      <w:r>
        <w:rPr>
          <w:rFonts w:ascii="Consolas" w:eastAsia="Consolas" w:hAnsi="Consolas"/>
          <w:sz w:val="20"/>
        </w:rPr>
        <w:t>++) {</w:t>
      </w:r>
    </w:p>
    <w:p w14:paraId="50D2F78B"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instance_create_depth</w:t>
      </w:r>
      <w:proofErr w:type="spellEnd"/>
      <w:r>
        <w:rPr>
          <w:rFonts w:ascii="Consolas" w:eastAsia="Consolas" w:hAnsi="Consolas"/>
          <w:sz w:val="20"/>
        </w:rPr>
        <w:t>(</w:t>
      </w:r>
      <w:proofErr w:type="spellStart"/>
      <w:r>
        <w:rPr>
          <w:rFonts w:ascii="Consolas" w:eastAsia="Consolas" w:hAnsi="Consolas"/>
          <w:sz w:val="20"/>
        </w:rPr>
        <w:t>x+irandom_</w:t>
      </w:r>
      <w:proofErr w:type="gramStart"/>
      <w:r>
        <w:rPr>
          <w:rFonts w:ascii="Consolas" w:eastAsia="Consolas" w:hAnsi="Consolas"/>
          <w:sz w:val="20"/>
        </w:rPr>
        <w:t>range</w:t>
      </w:r>
      <w:proofErr w:type="spellEnd"/>
      <w:r>
        <w:rPr>
          <w:rFonts w:ascii="Consolas" w:eastAsia="Consolas" w:hAnsi="Consolas"/>
          <w:sz w:val="20"/>
        </w:rPr>
        <w:t>(</w:t>
      </w:r>
      <w:proofErr w:type="gramEnd"/>
      <w:r>
        <w:rPr>
          <w:rFonts w:ascii="Consolas" w:eastAsia="Consolas" w:hAnsi="Consolas"/>
          <w:sz w:val="20"/>
        </w:rPr>
        <w:t xml:space="preserve">-16,-20), y + </w:t>
      </w:r>
      <w:proofErr w:type="spellStart"/>
      <w:r>
        <w:rPr>
          <w:rFonts w:ascii="Consolas" w:eastAsia="Consolas" w:hAnsi="Consolas"/>
          <w:sz w:val="20"/>
        </w:rPr>
        <w:t>irandom_range</w:t>
      </w:r>
      <w:proofErr w:type="spellEnd"/>
      <w:r>
        <w:rPr>
          <w:rFonts w:ascii="Consolas" w:eastAsia="Consolas" w:hAnsi="Consolas"/>
          <w:sz w:val="20"/>
        </w:rPr>
        <w:t xml:space="preserve">(16,20), -9999999999, </w:t>
      </w:r>
      <w:proofErr w:type="spellStart"/>
      <w:r>
        <w:rPr>
          <w:rFonts w:ascii="Consolas" w:eastAsia="Consolas" w:hAnsi="Consolas"/>
          <w:sz w:val="20"/>
        </w:rPr>
        <w:t>obj_red_circle</w:t>
      </w:r>
      <w:proofErr w:type="spellEnd"/>
      <w:r>
        <w:rPr>
          <w:rFonts w:ascii="Consolas" w:eastAsia="Consolas" w:hAnsi="Consolas"/>
          <w:sz w:val="20"/>
        </w:rPr>
        <w:t>)</w:t>
      </w:r>
    </w:p>
    <w:p w14:paraId="486F630A"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instance_create_</w:t>
      </w:r>
      <w:proofErr w:type="gramStart"/>
      <w:r>
        <w:rPr>
          <w:rFonts w:ascii="Consolas" w:eastAsia="Consolas" w:hAnsi="Consolas"/>
          <w:sz w:val="20"/>
        </w:rPr>
        <w:t>depth</w:t>
      </w:r>
      <w:proofErr w:type="spellEnd"/>
      <w:r>
        <w:rPr>
          <w:rFonts w:ascii="Consolas" w:eastAsia="Consolas" w:hAnsi="Consolas"/>
          <w:sz w:val="20"/>
        </w:rPr>
        <w:t>(</w:t>
      </w:r>
      <w:proofErr w:type="gramEnd"/>
      <w:r>
        <w:rPr>
          <w:rFonts w:ascii="Consolas" w:eastAsia="Consolas" w:hAnsi="Consolas"/>
          <w:sz w:val="20"/>
        </w:rPr>
        <w:t xml:space="preserve">x-18, y+18, -99999999999, </w:t>
      </w:r>
      <w:proofErr w:type="spellStart"/>
      <w:r>
        <w:rPr>
          <w:rFonts w:ascii="Consolas" w:eastAsia="Consolas" w:hAnsi="Consolas"/>
          <w:sz w:val="20"/>
        </w:rPr>
        <w:t>obj_flesh</w:t>
      </w:r>
      <w:proofErr w:type="spellEnd"/>
      <w:r>
        <w:rPr>
          <w:rFonts w:ascii="Consolas" w:eastAsia="Consolas" w:hAnsi="Consolas"/>
          <w:sz w:val="20"/>
        </w:rPr>
        <w:t>)</w:t>
      </w:r>
    </w:p>
    <w:p w14:paraId="743764C6" w14:textId="77777777" w:rsidR="006C7C92" w:rsidRDefault="006C7C92" w:rsidP="006C7C92">
      <w:pPr>
        <w:spacing w:after="0" w:line="240" w:lineRule="auto"/>
      </w:pPr>
      <w:r>
        <w:rPr>
          <w:rFonts w:ascii="Consolas" w:eastAsia="Consolas" w:hAnsi="Consolas"/>
          <w:sz w:val="20"/>
        </w:rPr>
        <w:t xml:space="preserve">                }</w:t>
      </w:r>
    </w:p>
    <w:p w14:paraId="0C220096" w14:textId="77777777" w:rsidR="006C7C92" w:rsidRDefault="006C7C92" w:rsidP="006C7C92">
      <w:pPr>
        <w:spacing w:after="0" w:line="240" w:lineRule="auto"/>
      </w:pPr>
      <w:r>
        <w:rPr>
          <w:rFonts w:ascii="Consolas" w:eastAsia="Consolas" w:hAnsi="Consolas"/>
          <w:sz w:val="20"/>
        </w:rPr>
        <w:t xml:space="preserve">            }</w:t>
      </w:r>
    </w:p>
    <w:p w14:paraId="0F7D2953"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Obj_Soul.shield_angl_pos</w:t>
      </w:r>
      <w:proofErr w:type="spellEnd"/>
      <w:r>
        <w:rPr>
          <w:rFonts w:ascii="Consolas" w:eastAsia="Consolas" w:hAnsi="Consolas"/>
          <w:sz w:val="20"/>
        </w:rPr>
        <w:t xml:space="preserve"> == </w:t>
      </w:r>
      <w:proofErr w:type="gramStart"/>
      <w:r>
        <w:rPr>
          <w:rFonts w:ascii="Consolas" w:eastAsia="Consolas" w:hAnsi="Consolas"/>
          <w:sz w:val="20"/>
        </w:rPr>
        <w:t>270){</w:t>
      </w:r>
      <w:proofErr w:type="gramEnd"/>
    </w:p>
    <w:p w14:paraId="4FA71CC8" w14:textId="77777777" w:rsidR="006C7C92" w:rsidRDefault="006C7C92" w:rsidP="006C7C92">
      <w:pPr>
        <w:spacing w:after="0" w:line="240" w:lineRule="auto"/>
      </w:pPr>
      <w:r>
        <w:rPr>
          <w:rFonts w:ascii="Consolas" w:eastAsia="Consolas" w:hAnsi="Consolas"/>
          <w:sz w:val="20"/>
        </w:rPr>
        <w:lastRenderedPageBreak/>
        <w:t xml:space="preserve">                </w:t>
      </w:r>
      <w:proofErr w:type="spellStart"/>
      <w:r>
        <w:rPr>
          <w:rFonts w:ascii="Consolas" w:eastAsia="Consolas" w:hAnsi="Consolas"/>
          <w:sz w:val="20"/>
        </w:rPr>
        <w:t>move_red</w:t>
      </w:r>
      <w:proofErr w:type="spellEnd"/>
      <w:r>
        <w:rPr>
          <w:rFonts w:ascii="Consolas" w:eastAsia="Consolas" w:hAnsi="Consolas"/>
          <w:sz w:val="20"/>
        </w:rPr>
        <w:t xml:space="preserve"> = 6</w:t>
      </w:r>
    </w:p>
    <w:p w14:paraId="5908175F" w14:textId="77777777" w:rsidR="006C7C92" w:rsidRDefault="006C7C92" w:rsidP="006C7C92">
      <w:pPr>
        <w:spacing w:after="0" w:line="240" w:lineRule="auto"/>
      </w:pPr>
      <w:r>
        <w:rPr>
          <w:rFonts w:ascii="Consolas" w:eastAsia="Consolas" w:hAnsi="Consolas"/>
          <w:sz w:val="20"/>
        </w:rPr>
        <w:t xml:space="preserve">                for (var </w:t>
      </w:r>
      <w:proofErr w:type="spellStart"/>
      <w:r>
        <w:rPr>
          <w:rFonts w:ascii="Consolas" w:eastAsia="Consolas" w:hAnsi="Consolas"/>
          <w:sz w:val="20"/>
        </w:rPr>
        <w:t>i</w:t>
      </w:r>
      <w:proofErr w:type="spellEnd"/>
      <w:r>
        <w:rPr>
          <w:rFonts w:ascii="Consolas" w:eastAsia="Consolas" w:hAnsi="Consolas"/>
          <w:sz w:val="20"/>
        </w:rPr>
        <w:t xml:space="preserve"> = 0; </w:t>
      </w:r>
      <w:proofErr w:type="spellStart"/>
      <w:r>
        <w:rPr>
          <w:rFonts w:ascii="Consolas" w:eastAsia="Consolas" w:hAnsi="Consolas"/>
          <w:sz w:val="20"/>
        </w:rPr>
        <w:t>i</w:t>
      </w:r>
      <w:proofErr w:type="spellEnd"/>
      <w:r>
        <w:rPr>
          <w:rFonts w:ascii="Consolas" w:eastAsia="Consolas" w:hAnsi="Consolas"/>
          <w:sz w:val="20"/>
        </w:rPr>
        <w:t xml:space="preserve"> &lt; 4; </w:t>
      </w:r>
      <w:proofErr w:type="spellStart"/>
      <w:r>
        <w:rPr>
          <w:rFonts w:ascii="Consolas" w:eastAsia="Consolas" w:hAnsi="Consolas"/>
          <w:sz w:val="20"/>
        </w:rPr>
        <w:t>i</w:t>
      </w:r>
      <w:proofErr w:type="spellEnd"/>
      <w:r>
        <w:rPr>
          <w:rFonts w:ascii="Consolas" w:eastAsia="Consolas" w:hAnsi="Consolas"/>
          <w:sz w:val="20"/>
        </w:rPr>
        <w:t>++) {</w:t>
      </w:r>
    </w:p>
    <w:p w14:paraId="267574E0"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instance_create_depth</w:t>
      </w:r>
      <w:proofErr w:type="spellEnd"/>
      <w:r>
        <w:rPr>
          <w:rFonts w:ascii="Consolas" w:eastAsia="Consolas" w:hAnsi="Consolas"/>
          <w:sz w:val="20"/>
        </w:rPr>
        <w:t>(</w:t>
      </w:r>
      <w:proofErr w:type="spellStart"/>
      <w:r>
        <w:rPr>
          <w:rFonts w:ascii="Consolas" w:eastAsia="Consolas" w:hAnsi="Consolas"/>
          <w:sz w:val="20"/>
        </w:rPr>
        <w:t>x+irandom_</w:t>
      </w:r>
      <w:proofErr w:type="gramStart"/>
      <w:r>
        <w:rPr>
          <w:rFonts w:ascii="Consolas" w:eastAsia="Consolas" w:hAnsi="Consolas"/>
          <w:sz w:val="20"/>
        </w:rPr>
        <w:t>range</w:t>
      </w:r>
      <w:proofErr w:type="spellEnd"/>
      <w:r>
        <w:rPr>
          <w:rFonts w:ascii="Consolas" w:eastAsia="Consolas" w:hAnsi="Consolas"/>
          <w:sz w:val="20"/>
        </w:rPr>
        <w:t>(</w:t>
      </w:r>
      <w:proofErr w:type="gramEnd"/>
      <w:r>
        <w:rPr>
          <w:rFonts w:ascii="Consolas" w:eastAsia="Consolas" w:hAnsi="Consolas"/>
          <w:sz w:val="20"/>
        </w:rPr>
        <w:t xml:space="preserve">-4,4), y + </w:t>
      </w:r>
      <w:proofErr w:type="spellStart"/>
      <w:r>
        <w:rPr>
          <w:rFonts w:ascii="Consolas" w:eastAsia="Consolas" w:hAnsi="Consolas"/>
          <w:sz w:val="20"/>
        </w:rPr>
        <w:t>irandom_range</w:t>
      </w:r>
      <w:proofErr w:type="spellEnd"/>
      <w:r>
        <w:rPr>
          <w:rFonts w:ascii="Consolas" w:eastAsia="Consolas" w:hAnsi="Consolas"/>
          <w:sz w:val="20"/>
        </w:rPr>
        <w:t xml:space="preserve">(35,50), -9999999999, </w:t>
      </w:r>
      <w:proofErr w:type="spellStart"/>
      <w:r>
        <w:rPr>
          <w:rFonts w:ascii="Consolas" w:eastAsia="Consolas" w:hAnsi="Consolas"/>
          <w:sz w:val="20"/>
        </w:rPr>
        <w:t>obj_red_circle</w:t>
      </w:r>
      <w:proofErr w:type="spellEnd"/>
      <w:r>
        <w:rPr>
          <w:rFonts w:ascii="Consolas" w:eastAsia="Consolas" w:hAnsi="Consolas"/>
          <w:sz w:val="20"/>
        </w:rPr>
        <w:t>)</w:t>
      </w:r>
    </w:p>
    <w:p w14:paraId="0311754B"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instance_create_</w:t>
      </w:r>
      <w:proofErr w:type="gramStart"/>
      <w:r>
        <w:rPr>
          <w:rFonts w:ascii="Consolas" w:eastAsia="Consolas" w:hAnsi="Consolas"/>
          <w:sz w:val="20"/>
        </w:rPr>
        <w:t>depth</w:t>
      </w:r>
      <w:proofErr w:type="spellEnd"/>
      <w:r>
        <w:rPr>
          <w:rFonts w:ascii="Consolas" w:eastAsia="Consolas" w:hAnsi="Consolas"/>
          <w:sz w:val="20"/>
        </w:rPr>
        <w:t>(</w:t>
      </w:r>
      <w:proofErr w:type="gramEnd"/>
      <w:r>
        <w:rPr>
          <w:rFonts w:ascii="Consolas" w:eastAsia="Consolas" w:hAnsi="Consolas"/>
          <w:sz w:val="20"/>
        </w:rPr>
        <w:t xml:space="preserve">x, y+35, -99999999999, </w:t>
      </w:r>
      <w:proofErr w:type="spellStart"/>
      <w:r>
        <w:rPr>
          <w:rFonts w:ascii="Consolas" w:eastAsia="Consolas" w:hAnsi="Consolas"/>
          <w:sz w:val="20"/>
        </w:rPr>
        <w:t>obj_flesh</w:t>
      </w:r>
      <w:proofErr w:type="spellEnd"/>
      <w:r>
        <w:rPr>
          <w:rFonts w:ascii="Consolas" w:eastAsia="Consolas" w:hAnsi="Consolas"/>
          <w:sz w:val="20"/>
        </w:rPr>
        <w:t>)</w:t>
      </w:r>
    </w:p>
    <w:p w14:paraId="4FCD6F66" w14:textId="77777777" w:rsidR="006C7C92" w:rsidRDefault="006C7C92" w:rsidP="006C7C92">
      <w:pPr>
        <w:spacing w:after="0" w:line="240" w:lineRule="auto"/>
      </w:pPr>
      <w:r>
        <w:rPr>
          <w:rFonts w:ascii="Consolas" w:eastAsia="Consolas" w:hAnsi="Consolas"/>
          <w:sz w:val="20"/>
        </w:rPr>
        <w:t xml:space="preserve">                }</w:t>
      </w:r>
    </w:p>
    <w:p w14:paraId="17377BE5" w14:textId="77777777" w:rsidR="006C7C92" w:rsidRDefault="006C7C92" w:rsidP="006C7C92">
      <w:pPr>
        <w:spacing w:after="0" w:line="240" w:lineRule="auto"/>
      </w:pPr>
      <w:r>
        <w:rPr>
          <w:rFonts w:ascii="Consolas" w:eastAsia="Consolas" w:hAnsi="Consolas"/>
          <w:sz w:val="20"/>
        </w:rPr>
        <w:t xml:space="preserve">            }</w:t>
      </w:r>
    </w:p>
    <w:p w14:paraId="4698B085" w14:textId="77777777" w:rsidR="006C7C92" w:rsidRDefault="006C7C92" w:rsidP="006C7C92">
      <w:pPr>
        <w:spacing w:after="0" w:line="240" w:lineRule="auto"/>
      </w:pPr>
      <w:r>
        <w:rPr>
          <w:rFonts w:ascii="Consolas" w:eastAsia="Consolas" w:hAnsi="Consolas"/>
          <w:sz w:val="20"/>
        </w:rPr>
        <w:t xml:space="preserve">      if (</w:t>
      </w:r>
      <w:proofErr w:type="spellStart"/>
      <w:r>
        <w:rPr>
          <w:rFonts w:ascii="Consolas" w:eastAsia="Consolas" w:hAnsi="Consolas"/>
          <w:sz w:val="20"/>
        </w:rPr>
        <w:t>Obj_Soul.shield_angl_pos</w:t>
      </w:r>
      <w:proofErr w:type="spellEnd"/>
      <w:r>
        <w:rPr>
          <w:rFonts w:ascii="Consolas" w:eastAsia="Consolas" w:hAnsi="Consolas"/>
          <w:sz w:val="20"/>
        </w:rPr>
        <w:t xml:space="preserve"> == </w:t>
      </w:r>
      <w:proofErr w:type="gramStart"/>
      <w:r>
        <w:rPr>
          <w:rFonts w:ascii="Consolas" w:eastAsia="Consolas" w:hAnsi="Consolas"/>
          <w:sz w:val="20"/>
        </w:rPr>
        <w:t>315){</w:t>
      </w:r>
      <w:proofErr w:type="gramEnd"/>
    </w:p>
    <w:p w14:paraId="6AB8BE39"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move_red</w:t>
      </w:r>
      <w:proofErr w:type="spellEnd"/>
      <w:r>
        <w:rPr>
          <w:rFonts w:ascii="Consolas" w:eastAsia="Consolas" w:hAnsi="Consolas"/>
          <w:sz w:val="20"/>
        </w:rPr>
        <w:t xml:space="preserve"> = 7</w:t>
      </w:r>
    </w:p>
    <w:p w14:paraId="4C667DBA" w14:textId="77777777" w:rsidR="006C7C92" w:rsidRDefault="006C7C92" w:rsidP="006C7C92">
      <w:pPr>
        <w:spacing w:after="0" w:line="240" w:lineRule="auto"/>
      </w:pPr>
      <w:r>
        <w:rPr>
          <w:rFonts w:ascii="Consolas" w:eastAsia="Consolas" w:hAnsi="Consolas"/>
          <w:sz w:val="20"/>
        </w:rPr>
        <w:t xml:space="preserve">                for (var </w:t>
      </w:r>
      <w:proofErr w:type="spellStart"/>
      <w:r>
        <w:rPr>
          <w:rFonts w:ascii="Consolas" w:eastAsia="Consolas" w:hAnsi="Consolas"/>
          <w:sz w:val="20"/>
        </w:rPr>
        <w:t>i</w:t>
      </w:r>
      <w:proofErr w:type="spellEnd"/>
      <w:r>
        <w:rPr>
          <w:rFonts w:ascii="Consolas" w:eastAsia="Consolas" w:hAnsi="Consolas"/>
          <w:sz w:val="20"/>
        </w:rPr>
        <w:t xml:space="preserve"> = 0; </w:t>
      </w:r>
      <w:proofErr w:type="spellStart"/>
      <w:r>
        <w:rPr>
          <w:rFonts w:ascii="Consolas" w:eastAsia="Consolas" w:hAnsi="Consolas"/>
          <w:sz w:val="20"/>
        </w:rPr>
        <w:t>i</w:t>
      </w:r>
      <w:proofErr w:type="spellEnd"/>
      <w:r>
        <w:rPr>
          <w:rFonts w:ascii="Consolas" w:eastAsia="Consolas" w:hAnsi="Consolas"/>
          <w:sz w:val="20"/>
        </w:rPr>
        <w:t xml:space="preserve"> &lt; 4; </w:t>
      </w:r>
      <w:proofErr w:type="spellStart"/>
      <w:r>
        <w:rPr>
          <w:rFonts w:ascii="Consolas" w:eastAsia="Consolas" w:hAnsi="Consolas"/>
          <w:sz w:val="20"/>
        </w:rPr>
        <w:t>i</w:t>
      </w:r>
      <w:proofErr w:type="spellEnd"/>
      <w:r>
        <w:rPr>
          <w:rFonts w:ascii="Consolas" w:eastAsia="Consolas" w:hAnsi="Consolas"/>
          <w:sz w:val="20"/>
        </w:rPr>
        <w:t>++) {</w:t>
      </w:r>
    </w:p>
    <w:p w14:paraId="12F22D6D"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instance_create_depth</w:t>
      </w:r>
      <w:proofErr w:type="spellEnd"/>
      <w:r>
        <w:rPr>
          <w:rFonts w:ascii="Consolas" w:eastAsia="Consolas" w:hAnsi="Consolas"/>
          <w:sz w:val="20"/>
        </w:rPr>
        <w:t>(</w:t>
      </w:r>
      <w:proofErr w:type="spellStart"/>
      <w:r>
        <w:rPr>
          <w:rFonts w:ascii="Consolas" w:eastAsia="Consolas" w:hAnsi="Consolas"/>
          <w:sz w:val="20"/>
        </w:rPr>
        <w:t>x+irandom_</w:t>
      </w:r>
      <w:proofErr w:type="gramStart"/>
      <w:r>
        <w:rPr>
          <w:rFonts w:ascii="Consolas" w:eastAsia="Consolas" w:hAnsi="Consolas"/>
          <w:sz w:val="20"/>
        </w:rPr>
        <w:t>range</w:t>
      </w:r>
      <w:proofErr w:type="spellEnd"/>
      <w:r>
        <w:rPr>
          <w:rFonts w:ascii="Consolas" w:eastAsia="Consolas" w:hAnsi="Consolas"/>
          <w:sz w:val="20"/>
        </w:rPr>
        <w:t>(</w:t>
      </w:r>
      <w:proofErr w:type="gramEnd"/>
      <w:r>
        <w:rPr>
          <w:rFonts w:ascii="Consolas" w:eastAsia="Consolas" w:hAnsi="Consolas"/>
          <w:sz w:val="20"/>
        </w:rPr>
        <w:t xml:space="preserve">16,18), y + </w:t>
      </w:r>
      <w:proofErr w:type="spellStart"/>
      <w:r>
        <w:rPr>
          <w:rFonts w:ascii="Consolas" w:eastAsia="Consolas" w:hAnsi="Consolas"/>
          <w:sz w:val="20"/>
        </w:rPr>
        <w:t>irandom_range</w:t>
      </w:r>
      <w:proofErr w:type="spellEnd"/>
      <w:r>
        <w:rPr>
          <w:rFonts w:ascii="Consolas" w:eastAsia="Consolas" w:hAnsi="Consolas"/>
          <w:sz w:val="20"/>
        </w:rPr>
        <w:t xml:space="preserve">(16,18), -9999999999, </w:t>
      </w:r>
      <w:proofErr w:type="spellStart"/>
      <w:r>
        <w:rPr>
          <w:rFonts w:ascii="Consolas" w:eastAsia="Consolas" w:hAnsi="Consolas"/>
          <w:sz w:val="20"/>
        </w:rPr>
        <w:t>obj_red_circle</w:t>
      </w:r>
      <w:proofErr w:type="spellEnd"/>
      <w:r>
        <w:rPr>
          <w:rFonts w:ascii="Consolas" w:eastAsia="Consolas" w:hAnsi="Consolas"/>
          <w:sz w:val="20"/>
        </w:rPr>
        <w:t>)</w:t>
      </w:r>
    </w:p>
    <w:p w14:paraId="6FC574CE" w14:textId="77777777" w:rsidR="006C7C92" w:rsidRDefault="006C7C92" w:rsidP="006C7C92">
      <w:pPr>
        <w:spacing w:after="0" w:line="240" w:lineRule="auto"/>
      </w:pPr>
      <w:r>
        <w:rPr>
          <w:rFonts w:ascii="Consolas" w:eastAsia="Consolas" w:hAnsi="Consolas"/>
          <w:sz w:val="20"/>
        </w:rPr>
        <w:t xml:space="preserve">          </w:t>
      </w:r>
      <w:proofErr w:type="spellStart"/>
      <w:r>
        <w:rPr>
          <w:rFonts w:ascii="Consolas" w:eastAsia="Consolas" w:hAnsi="Consolas"/>
          <w:sz w:val="20"/>
        </w:rPr>
        <w:t>instance_create_</w:t>
      </w:r>
      <w:proofErr w:type="gramStart"/>
      <w:r>
        <w:rPr>
          <w:rFonts w:ascii="Consolas" w:eastAsia="Consolas" w:hAnsi="Consolas"/>
          <w:sz w:val="20"/>
        </w:rPr>
        <w:t>depth</w:t>
      </w:r>
      <w:proofErr w:type="spellEnd"/>
      <w:r>
        <w:rPr>
          <w:rFonts w:ascii="Consolas" w:eastAsia="Consolas" w:hAnsi="Consolas"/>
          <w:sz w:val="20"/>
        </w:rPr>
        <w:t>(</w:t>
      </w:r>
      <w:proofErr w:type="gramEnd"/>
      <w:r>
        <w:rPr>
          <w:rFonts w:ascii="Consolas" w:eastAsia="Consolas" w:hAnsi="Consolas"/>
          <w:sz w:val="20"/>
        </w:rPr>
        <w:t xml:space="preserve">x+18, y+18, -99999999999, </w:t>
      </w:r>
      <w:proofErr w:type="spellStart"/>
      <w:r>
        <w:rPr>
          <w:rFonts w:ascii="Consolas" w:eastAsia="Consolas" w:hAnsi="Consolas"/>
          <w:sz w:val="20"/>
        </w:rPr>
        <w:t>obj_flesh</w:t>
      </w:r>
      <w:proofErr w:type="spellEnd"/>
      <w:r>
        <w:rPr>
          <w:rFonts w:ascii="Consolas" w:eastAsia="Consolas" w:hAnsi="Consolas"/>
          <w:sz w:val="20"/>
        </w:rPr>
        <w:t>)</w:t>
      </w:r>
    </w:p>
    <w:p w14:paraId="051EE43F" w14:textId="77777777" w:rsidR="006C7C92" w:rsidRPr="001639F1" w:rsidRDefault="006C7C92" w:rsidP="006C7C92">
      <w:pPr>
        <w:spacing w:after="0" w:line="240" w:lineRule="auto"/>
        <w:rPr>
          <w:lang w:val="ru-RU"/>
        </w:rPr>
      </w:pPr>
      <w:r>
        <w:rPr>
          <w:rFonts w:ascii="Consolas" w:eastAsia="Consolas" w:hAnsi="Consolas"/>
          <w:sz w:val="20"/>
        </w:rPr>
        <w:t xml:space="preserve">                </w:t>
      </w:r>
      <w:r w:rsidRPr="001639F1">
        <w:rPr>
          <w:rFonts w:ascii="Consolas" w:eastAsia="Consolas" w:hAnsi="Consolas"/>
          <w:sz w:val="20"/>
          <w:lang w:val="ru-RU"/>
        </w:rPr>
        <w:t>}</w:t>
      </w:r>
    </w:p>
    <w:p w14:paraId="0D26FD76" w14:textId="77777777" w:rsidR="006C7C92" w:rsidRPr="001639F1" w:rsidRDefault="006C7C92" w:rsidP="006C7C92">
      <w:pPr>
        <w:spacing w:after="0" w:line="240" w:lineRule="auto"/>
        <w:rPr>
          <w:lang w:val="ru-RU"/>
        </w:rPr>
      </w:pPr>
      <w:r w:rsidRPr="001639F1">
        <w:rPr>
          <w:rFonts w:ascii="Consolas" w:eastAsia="Consolas" w:hAnsi="Consolas"/>
          <w:sz w:val="20"/>
          <w:lang w:val="ru-RU"/>
        </w:rPr>
        <w:t xml:space="preserve">            }</w:t>
      </w:r>
    </w:p>
    <w:p w14:paraId="2BD650AA" w14:textId="77777777" w:rsidR="006C7C92" w:rsidRPr="001639F1" w:rsidRDefault="006C7C92" w:rsidP="006C7C92">
      <w:pPr>
        <w:spacing w:after="0" w:line="240" w:lineRule="auto"/>
        <w:rPr>
          <w:lang w:val="ru-RU"/>
        </w:rPr>
      </w:pPr>
      <w:r w:rsidRPr="001639F1">
        <w:rPr>
          <w:rFonts w:ascii="Consolas" w:eastAsia="Consolas" w:hAnsi="Consolas"/>
          <w:sz w:val="20"/>
          <w:lang w:val="ru-RU"/>
        </w:rPr>
        <w:t xml:space="preserve">        }</w:t>
      </w:r>
    </w:p>
    <w:p w14:paraId="0CB35BA3" w14:textId="77777777" w:rsidR="006C7C92" w:rsidRDefault="006C7C92" w:rsidP="006C7C92">
      <w:pPr>
        <w:spacing w:after="0" w:line="360" w:lineRule="auto"/>
        <w:ind w:firstLine="709"/>
        <w:jc w:val="both"/>
        <w:rPr>
          <w:lang w:val="uk-UA"/>
        </w:rPr>
      </w:pPr>
    </w:p>
    <w:p w14:paraId="57E15775" w14:textId="4BC982FF" w:rsidR="006C7C92" w:rsidRPr="001639F1" w:rsidRDefault="006C7C92" w:rsidP="006C7C92">
      <w:pPr>
        <w:spacing w:after="0" w:line="360" w:lineRule="auto"/>
        <w:ind w:firstLine="709"/>
        <w:jc w:val="both"/>
        <w:rPr>
          <w:rFonts w:ascii="Times New Roman" w:hAnsi="Times New Roman" w:cs="Times New Roman"/>
          <w:sz w:val="28"/>
          <w:szCs w:val="28"/>
          <w:lang w:val="ru-RU"/>
        </w:rPr>
      </w:pPr>
      <w:r w:rsidRPr="001639F1">
        <w:rPr>
          <w:rFonts w:ascii="Times New Roman" w:hAnsi="Times New Roman" w:cs="Times New Roman"/>
          <w:sz w:val="28"/>
          <w:szCs w:val="28"/>
          <w:lang w:val="ru-RU"/>
        </w:rPr>
        <w:t xml:space="preserve">Код </w:t>
      </w:r>
      <w:proofErr w:type="spellStart"/>
      <w:r w:rsidRPr="001639F1">
        <w:rPr>
          <w:rFonts w:ascii="Times New Roman" w:hAnsi="Times New Roman" w:cs="Times New Roman"/>
          <w:sz w:val="28"/>
          <w:szCs w:val="28"/>
          <w:lang w:val="ru-RU"/>
        </w:rPr>
        <w:t>відповідаючий</w:t>
      </w:r>
      <w:proofErr w:type="spellEnd"/>
      <w:r w:rsidRPr="001639F1">
        <w:rPr>
          <w:rFonts w:ascii="Times New Roman" w:hAnsi="Times New Roman" w:cs="Times New Roman"/>
          <w:sz w:val="28"/>
          <w:szCs w:val="28"/>
          <w:lang w:val="ru-RU"/>
        </w:rPr>
        <w:t xml:space="preserve"> за </w:t>
      </w:r>
      <w:proofErr w:type="spellStart"/>
      <w:r w:rsidRPr="001639F1">
        <w:rPr>
          <w:rFonts w:ascii="Times New Roman" w:hAnsi="Times New Roman" w:cs="Times New Roman"/>
          <w:sz w:val="28"/>
          <w:szCs w:val="28"/>
          <w:lang w:val="ru-RU"/>
        </w:rPr>
        <w:t>кількість</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очків</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здоров’я</w:t>
      </w:r>
      <w:proofErr w:type="spellEnd"/>
      <w:r w:rsidRPr="001639F1">
        <w:rPr>
          <w:rFonts w:ascii="Times New Roman" w:hAnsi="Times New Roman" w:cs="Times New Roman"/>
          <w:sz w:val="28"/>
          <w:szCs w:val="28"/>
          <w:lang w:val="ru-RU"/>
        </w:rPr>
        <w:t xml:space="preserve"> у </w:t>
      </w:r>
      <w:proofErr w:type="spellStart"/>
      <w:r w:rsidRPr="001639F1">
        <w:rPr>
          <w:rFonts w:ascii="Times New Roman" w:hAnsi="Times New Roman" w:cs="Times New Roman"/>
          <w:sz w:val="28"/>
          <w:szCs w:val="28"/>
          <w:lang w:val="ru-RU"/>
        </w:rPr>
        <w:t>гравця</w:t>
      </w:r>
      <w:proofErr w:type="spellEnd"/>
      <w:r w:rsidRPr="001639F1">
        <w:rPr>
          <w:rFonts w:ascii="Times New Roman" w:hAnsi="Times New Roman" w:cs="Times New Roman"/>
          <w:sz w:val="28"/>
          <w:szCs w:val="28"/>
          <w:lang w:val="ru-RU"/>
        </w:rPr>
        <w:t xml:space="preserve"> та </w:t>
      </w:r>
      <w:proofErr w:type="spellStart"/>
      <w:r w:rsidRPr="001639F1">
        <w:rPr>
          <w:rFonts w:ascii="Times New Roman" w:hAnsi="Times New Roman" w:cs="Times New Roman"/>
          <w:sz w:val="28"/>
          <w:szCs w:val="28"/>
          <w:lang w:val="ru-RU"/>
        </w:rPr>
        <w:t>його</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реакцію</w:t>
      </w:r>
      <w:proofErr w:type="spellEnd"/>
      <w:r w:rsidRPr="001639F1">
        <w:rPr>
          <w:rFonts w:ascii="Times New Roman" w:hAnsi="Times New Roman" w:cs="Times New Roman"/>
          <w:sz w:val="28"/>
          <w:szCs w:val="28"/>
          <w:lang w:val="ru-RU"/>
        </w:rPr>
        <w:t xml:space="preserve"> на </w:t>
      </w:r>
      <w:proofErr w:type="spellStart"/>
      <w:r w:rsidRPr="001639F1">
        <w:rPr>
          <w:rFonts w:ascii="Times New Roman" w:hAnsi="Times New Roman" w:cs="Times New Roman"/>
          <w:sz w:val="28"/>
          <w:szCs w:val="28"/>
          <w:lang w:val="ru-RU"/>
        </w:rPr>
        <w:t>отримання</w:t>
      </w:r>
      <w:proofErr w:type="spellEnd"/>
      <w:r w:rsidRPr="001639F1">
        <w:rPr>
          <w:rFonts w:ascii="Times New Roman" w:hAnsi="Times New Roman" w:cs="Times New Roman"/>
          <w:sz w:val="28"/>
          <w:szCs w:val="28"/>
          <w:lang w:val="ru-RU"/>
        </w:rPr>
        <w:t xml:space="preserve"> </w:t>
      </w:r>
      <w:proofErr w:type="spellStart"/>
      <w:r w:rsidRPr="001639F1">
        <w:rPr>
          <w:rFonts w:ascii="Times New Roman" w:hAnsi="Times New Roman" w:cs="Times New Roman"/>
          <w:sz w:val="28"/>
          <w:szCs w:val="28"/>
          <w:lang w:val="ru-RU"/>
        </w:rPr>
        <w:t>шкоди</w:t>
      </w:r>
      <w:proofErr w:type="spellEnd"/>
    </w:p>
    <w:p w14:paraId="640D6A3C" w14:textId="77777777" w:rsidR="006C7C92" w:rsidRPr="006C7C92" w:rsidRDefault="006C7C92" w:rsidP="00DC6652">
      <w:pPr>
        <w:spacing w:after="0" w:line="360" w:lineRule="auto"/>
        <w:jc w:val="both"/>
        <w:rPr>
          <w:rFonts w:ascii="Times New Roman" w:hAnsi="Times New Roman" w:cs="Times New Roman"/>
          <w:sz w:val="28"/>
          <w:szCs w:val="28"/>
          <w:lang w:val="uk-UA"/>
        </w:rPr>
      </w:pPr>
    </w:p>
    <w:p w14:paraId="7A0C84B4" w14:textId="77777777" w:rsidR="00A6403C" w:rsidRDefault="00A6403C" w:rsidP="00DC6652">
      <w:pPr>
        <w:spacing w:after="0" w:line="360" w:lineRule="auto"/>
        <w:jc w:val="both"/>
        <w:rPr>
          <w:rFonts w:ascii="Times New Roman" w:hAnsi="Times New Roman" w:cs="Times New Roman"/>
        </w:rPr>
      </w:pPr>
      <w:r>
        <w:rPr>
          <w:noProof/>
          <w:lang w:val="ru-RU" w:eastAsia="ru-RU"/>
        </w:rPr>
        <w:drawing>
          <wp:inline distT="0" distB="0" distL="0" distR="0" wp14:anchorId="22AE770A" wp14:editId="52FCA828">
            <wp:extent cx="5831059" cy="42573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7089" r="4755"/>
                    <a:stretch>
                      <a:fillRect/>
                    </a:stretch>
                  </pic:blipFill>
                  <pic:spPr bwMode="auto">
                    <a:xfrm>
                      <a:off x="0" y="0"/>
                      <a:ext cx="5837875" cy="4262369"/>
                    </a:xfrm>
                    <a:prstGeom prst="rect">
                      <a:avLst/>
                    </a:prstGeom>
                    <a:ln>
                      <a:noFill/>
                    </a:ln>
                    <a:extLst>
                      <a:ext uri="{53640926-AAD7-44D8-BBD7-CCE9431645EC}">
                        <a14:shadowObscured xmlns:a14="http://schemas.microsoft.com/office/drawing/2010/main"/>
                      </a:ext>
                    </a:extLst>
                  </pic:spPr>
                </pic:pic>
              </a:graphicData>
            </a:graphic>
          </wp:inline>
        </w:drawing>
      </w:r>
    </w:p>
    <w:p w14:paraId="4D4BF456" w14:textId="70C916E1" w:rsidR="00A6403C" w:rsidRPr="006C7C92" w:rsidRDefault="00A6403C" w:rsidP="006C7C92">
      <w:pPr>
        <w:spacing w:after="0" w:line="360" w:lineRule="auto"/>
        <w:jc w:val="center"/>
        <w:rPr>
          <w:rFonts w:ascii="Times New Roman" w:hAnsi="Times New Roman" w:cs="Times New Roman"/>
          <w:sz w:val="28"/>
          <w:szCs w:val="28"/>
          <w:lang w:val="uk-UA"/>
        </w:rPr>
      </w:pPr>
      <w:r w:rsidRPr="006C7C92">
        <w:rPr>
          <w:rFonts w:ascii="Times New Roman" w:hAnsi="Times New Roman" w:cs="Times New Roman"/>
          <w:sz w:val="28"/>
          <w:szCs w:val="28"/>
          <w:lang w:val="uk-UA"/>
        </w:rPr>
        <w:t xml:space="preserve">Рисунок 3.11 </w:t>
      </w:r>
      <w:r w:rsidR="006C7C92" w:rsidRPr="006C7C92">
        <w:rPr>
          <w:rFonts w:ascii="Times New Roman" w:hAnsi="Times New Roman" w:cs="Times New Roman"/>
          <w:sz w:val="28"/>
          <w:szCs w:val="28"/>
          <w:lang w:val="uk-UA"/>
        </w:rPr>
        <w:t xml:space="preserve">– </w:t>
      </w:r>
      <w:r w:rsidRPr="006C7C92">
        <w:rPr>
          <w:rFonts w:ascii="Times New Roman" w:hAnsi="Times New Roman" w:cs="Times New Roman"/>
          <w:sz w:val="28"/>
          <w:szCs w:val="28"/>
          <w:lang w:val="uk-UA"/>
        </w:rPr>
        <w:t>Візуальний вигляд меню взаємодії гравця з противником</w:t>
      </w:r>
    </w:p>
    <w:p w14:paraId="75E96653" w14:textId="77777777" w:rsidR="00A6403C" w:rsidRDefault="00A6403C" w:rsidP="00DC6652">
      <w:pPr>
        <w:spacing w:after="0" w:line="360" w:lineRule="auto"/>
        <w:jc w:val="both"/>
        <w:rPr>
          <w:rFonts w:ascii="Times New Roman" w:hAnsi="Times New Roman" w:cs="Times New Roman"/>
          <w:lang w:val="uk-UA"/>
        </w:rPr>
      </w:pPr>
    </w:p>
    <w:p w14:paraId="311B5F73" w14:textId="77777777" w:rsidR="00AE482E" w:rsidRPr="00AE482E" w:rsidRDefault="00AE482E" w:rsidP="00DE2274">
      <w:pPr>
        <w:spacing w:after="0" w:line="360" w:lineRule="auto"/>
        <w:ind w:firstLine="709"/>
        <w:jc w:val="both"/>
        <w:rPr>
          <w:rFonts w:ascii="Times New Roman" w:hAnsi="Times New Roman" w:cs="Times New Roman"/>
          <w:sz w:val="28"/>
          <w:szCs w:val="28"/>
          <w:lang w:val="uk-UA"/>
        </w:rPr>
      </w:pPr>
      <w:r w:rsidRPr="00AE482E">
        <w:rPr>
          <w:rFonts w:ascii="Times New Roman" w:hAnsi="Times New Roman" w:cs="Times New Roman"/>
          <w:sz w:val="28"/>
          <w:szCs w:val="28"/>
          <w:lang w:val="uk-UA"/>
        </w:rPr>
        <w:lastRenderedPageBreak/>
        <w:t xml:space="preserve">У межах виконання роботи було розглянуто практичну інтеграцію алгоритмів обробки подій у процес створення комп’ютерної гри на базі ігрового рушія </w:t>
      </w:r>
      <w:proofErr w:type="spellStart"/>
      <w:r w:rsidRPr="00AE482E">
        <w:rPr>
          <w:rFonts w:ascii="Times New Roman" w:hAnsi="Times New Roman" w:cs="Times New Roman"/>
          <w:sz w:val="28"/>
          <w:szCs w:val="28"/>
          <w:lang w:val="uk-UA"/>
        </w:rPr>
        <w:t>GameMaker</w:t>
      </w:r>
      <w:proofErr w:type="spellEnd"/>
      <w:r w:rsidRPr="00AE482E">
        <w:rPr>
          <w:rFonts w:ascii="Times New Roman" w:hAnsi="Times New Roman" w:cs="Times New Roman"/>
          <w:sz w:val="28"/>
          <w:szCs w:val="28"/>
          <w:lang w:val="uk-UA"/>
        </w:rPr>
        <w:t xml:space="preserve">. Акцент зроблено на застосуванні </w:t>
      </w:r>
      <w:proofErr w:type="spellStart"/>
      <w:r w:rsidRPr="00AE482E">
        <w:rPr>
          <w:rFonts w:ascii="Times New Roman" w:hAnsi="Times New Roman" w:cs="Times New Roman"/>
          <w:sz w:val="28"/>
          <w:szCs w:val="28"/>
          <w:lang w:val="uk-UA"/>
        </w:rPr>
        <w:t>подієво</w:t>
      </w:r>
      <w:proofErr w:type="spellEnd"/>
      <w:r w:rsidRPr="00AE482E">
        <w:rPr>
          <w:rFonts w:ascii="Times New Roman" w:hAnsi="Times New Roman" w:cs="Times New Roman"/>
          <w:sz w:val="28"/>
          <w:szCs w:val="28"/>
          <w:lang w:val="uk-UA"/>
        </w:rPr>
        <w:t>-орієнтованого підходу, який передбачає реакцію ігрових об’єктів на вхідні дії користувача, внутрішні стани та зміну умов ігрового середовища.</w:t>
      </w:r>
    </w:p>
    <w:p w14:paraId="02299CF7" w14:textId="77777777" w:rsidR="00AE482E" w:rsidRPr="00AE482E" w:rsidRDefault="00AE482E" w:rsidP="00DE2274">
      <w:pPr>
        <w:spacing w:after="0" w:line="360" w:lineRule="auto"/>
        <w:ind w:firstLine="709"/>
        <w:jc w:val="both"/>
        <w:rPr>
          <w:rFonts w:ascii="Times New Roman" w:hAnsi="Times New Roman" w:cs="Times New Roman"/>
          <w:sz w:val="28"/>
          <w:szCs w:val="28"/>
          <w:lang w:val="uk-UA"/>
        </w:rPr>
      </w:pPr>
      <w:r w:rsidRPr="00AE482E">
        <w:rPr>
          <w:rFonts w:ascii="Times New Roman" w:hAnsi="Times New Roman" w:cs="Times New Roman"/>
          <w:sz w:val="28"/>
          <w:szCs w:val="28"/>
          <w:lang w:val="uk-UA"/>
        </w:rPr>
        <w:t xml:space="preserve">Під час реалізації </w:t>
      </w:r>
      <w:proofErr w:type="spellStart"/>
      <w:r w:rsidRPr="00AE482E">
        <w:rPr>
          <w:rFonts w:ascii="Times New Roman" w:hAnsi="Times New Roman" w:cs="Times New Roman"/>
          <w:sz w:val="28"/>
          <w:szCs w:val="28"/>
          <w:lang w:val="uk-UA"/>
        </w:rPr>
        <w:t>проєкту</w:t>
      </w:r>
      <w:proofErr w:type="spellEnd"/>
      <w:r w:rsidRPr="00AE482E">
        <w:rPr>
          <w:rFonts w:ascii="Times New Roman" w:hAnsi="Times New Roman" w:cs="Times New Roman"/>
          <w:sz w:val="28"/>
          <w:szCs w:val="28"/>
          <w:lang w:val="uk-UA"/>
        </w:rPr>
        <w:t xml:space="preserve"> було відпрацьовано базові ігрові механіки: керування персонажем, обробку введення з клавіатури/контролера, взаємодію об’єктів між собою, а також коректну реакцію системи на типові події (переміщення, зіткнення, активація дій, запуск/зупинка звуків, перемикання сцен). Організація логіки через події дозволила чітко розмежувати поведінку об’єктів і забезпечити передбачувану послідовність виконання дій у різних ігрових ситуаціях.</w:t>
      </w:r>
    </w:p>
    <w:p w14:paraId="11776F93" w14:textId="77777777" w:rsidR="00AE482E" w:rsidRPr="00AE482E" w:rsidRDefault="00AE482E" w:rsidP="00DE2274">
      <w:pPr>
        <w:spacing w:after="0" w:line="360" w:lineRule="auto"/>
        <w:ind w:firstLine="709"/>
        <w:jc w:val="both"/>
        <w:rPr>
          <w:rFonts w:ascii="Times New Roman" w:hAnsi="Times New Roman" w:cs="Times New Roman"/>
          <w:sz w:val="28"/>
          <w:szCs w:val="28"/>
          <w:lang w:val="uk-UA"/>
        </w:rPr>
      </w:pPr>
      <w:r w:rsidRPr="00AE482E">
        <w:rPr>
          <w:rFonts w:ascii="Times New Roman" w:hAnsi="Times New Roman" w:cs="Times New Roman"/>
          <w:sz w:val="28"/>
          <w:szCs w:val="28"/>
          <w:lang w:val="uk-UA"/>
        </w:rPr>
        <w:t>У процесі розробки окрему увагу приділено питанням структурування коду, налаштування взаємодії між об’єктами та пошуку помилок в обробці подій. Для стабільної роботи ігрових механік необхідними стали багаторазове тестування, усунення збоїв і коригування умов спрацювання подій, а також узгодження моментів запуску анімацій і реакцій на них.</w:t>
      </w:r>
    </w:p>
    <w:p w14:paraId="2E000497" w14:textId="77777777" w:rsidR="00AE482E" w:rsidRPr="00AE482E" w:rsidRDefault="00AE482E" w:rsidP="00DE2274">
      <w:pPr>
        <w:spacing w:after="0" w:line="360" w:lineRule="auto"/>
        <w:ind w:firstLine="709"/>
        <w:jc w:val="both"/>
        <w:rPr>
          <w:rFonts w:ascii="Times New Roman" w:hAnsi="Times New Roman" w:cs="Times New Roman"/>
          <w:sz w:val="28"/>
          <w:szCs w:val="28"/>
          <w:lang w:val="uk-UA"/>
        </w:rPr>
      </w:pPr>
      <w:r w:rsidRPr="00AE482E">
        <w:rPr>
          <w:rFonts w:ascii="Times New Roman" w:hAnsi="Times New Roman" w:cs="Times New Roman"/>
          <w:sz w:val="28"/>
          <w:szCs w:val="28"/>
          <w:lang w:val="uk-UA"/>
        </w:rPr>
        <w:t>Важливою складовою стала інтеграція графічних і звукових ресурсів. Візуальні елементи (</w:t>
      </w:r>
      <w:proofErr w:type="spellStart"/>
      <w:r w:rsidRPr="00AE482E">
        <w:rPr>
          <w:rFonts w:ascii="Times New Roman" w:hAnsi="Times New Roman" w:cs="Times New Roman"/>
          <w:sz w:val="28"/>
          <w:szCs w:val="28"/>
          <w:lang w:val="uk-UA"/>
        </w:rPr>
        <w:t>спрайти</w:t>
      </w:r>
      <w:proofErr w:type="spellEnd"/>
      <w:r w:rsidRPr="00AE482E">
        <w:rPr>
          <w:rFonts w:ascii="Times New Roman" w:hAnsi="Times New Roman" w:cs="Times New Roman"/>
          <w:sz w:val="28"/>
          <w:szCs w:val="28"/>
          <w:lang w:val="uk-UA"/>
        </w:rPr>
        <w:t xml:space="preserve">, анімації, інтерфейс) та </w:t>
      </w:r>
      <w:proofErr w:type="spellStart"/>
      <w:r w:rsidRPr="00AE482E">
        <w:rPr>
          <w:rFonts w:ascii="Times New Roman" w:hAnsi="Times New Roman" w:cs="Times New Roman"/>
          <w:sz w:val="28"/>
          <w:szCs w:val="28"/>
          <w:lang w:val="uk-UA"/>
        </w:rPr>
        <w:t>аудіосупровід</w:t>
      </w:r>
      <w:proofErr w:type="spellEnd"/>
      <w:r w:rsidRPr="00AE482E">
        <w:rPr>
          <w:rFonts w:ascii="Times New Roman" w:hAnsi="Times New Roman" w:cs="Times New Roman"/>
          <w:sz w:val="28"/>
          <w:szCs w:val="28"/>
          <w:lang w:val="uk-UA"/>
        </w:rPr>
        <w:t xml:space="preserve"> (музика, звукові ефекти) суттєво впливають на сприйняття гри, тому їх підключення та синхронізація з подіями потребують окремого налаштування.</w:t>
      </w:r>
    </w:p>
    <w:p w14:paraId="51BCE973" w14:textId="77777777" w:rsidR="00AE482E" w:rsidRPr="00AE482E" w:rsidRDefault="00AE482E" w:rsidP="00DE2274">
      <w:pPr>
        <w:spacing w:after="0" w:line="360" w:lineRule="auto"/>
        <w:ind w:firstLine="709"/>
        <w:jc w:val="both"/>
        <w:rPr>
          <w:rFonts w:ascii="Times New Roman" w:hAnsi="Times New Roman" w:cs="Times New Roman"/>
          <w:sz w:val="28"/>
          <w:szCs w:val="28"/>
          <w:lang w:val="uk-UA"/>
        </w:rPr>
      </w:pPr>
      <w:r w:rsidRPr="00AE482E">
        <w:rPr>
          <w:rFonts w:ascii="Times New Roman" w:hAnsi="Times New Roman" w:cs="Times New Roman"/>
          <w:sz w:val="28"/>
          <w:szCs w:val="28"/>
          <w:lang w:val="uk-UA"/>
        </w:rPr>
        <w:t xml:space="preserve">Отримані результати підтверджують доцільність використання </w:t>
      </w:r>
      <w:proofErr w:type="spellStart"/>
      <w:r w:rsidRPr="00AE482E">
        <w:rPr>
          <w:rFonts w:ascii="Times New Roman" w:hAnsi="Times New Roman" w:cs="Times New Roman"/>
          <w:sz w:val="28"/>
          <w:szCs w:val="28"/>
          <w:lang w:val="uk-UA"/>
        </w:rPr>
        <w:t>GameMaker</w:t>
      </w:r>
      <w:proofErr w:type="spellEnd"/>
      <w:r w:rsidRPr="00AE482E">
        <w:rPr>
          <w:rFonts w:ascii="Times New Roman" w:hAnsi="Times New Roman" w:cs="Times New Roman"/>
          <w:sz w:val="28"/>
          <w:szCs w:val="28"/>
          <w:lang w:val="uk-UA"/>
        </w:rPr>
        <w:t xml:space="preserve"> для створення </w:t>
      </w:r>
      <w:proofErr w:type="spellStart"/>
      <w:r w:rsidRPr="00AE482E">
        <w:rPr>
          <w:rFonts w:ascii="Times New Roman" w:hAnsi="Times New Roman" w:cs="Times New Roman"/>
          <w:sz w:val="28"/>
          <w:szCs w:val="28"/>
          <w:lang w:val="uk-UA"/>
        </w:rPr>
        <w:t>подієво</w:t>
      </w:r>
      <w:proofErr w:type="spellEnd"/>
      <w:r w:rsidRPr="00AE482E">
        <w:rPr>
          <w:rFonts w:ascii="Times New Roman" w:hAnsi="Times New Roman" w:cs="Times New Roman"/>
          <w:sz w:val="28"/>
          <w:szCs w:val="28"/>
          <w:lang w:val="uk-UA"/>
        </w:rPr>
        <w:t xml:space="preserve">-орієнтованих ігор: рушій надає зручні засоби для організації взаємодії, але водночас вимагає продуманої структури </w:t>
      </w:r>
      <w:proofErr w:type="spellStart"/>
      <w:r w:rsidRPr="00AE482E">
        <w:rPr>
          <w:rFonts w:ascii="Times New Roman" w:hAnsi="Times New Roman" w:cs="Times New Roman"/>
          <w:sz w:val="28"/>
          <w:szCs w:val="28"/>
          <w:lang w:val="uk-UA"/>
        </w:rPr>
        <w:t>проєкту</w:t>
      </w:r>
      <w:proofErr w:type="spellEnd"/>
      <w:r w:rsidRPr="00AE482E">
        <w:rPr>
          <w:rFonts w:ascii="Times New Roman" w:hAnsi="Times New Roman" w:cs="Times New Roman"/>
          <w:sz w:val="28"/>
          <w:szCs w:val="28"/>
          <w:lang w:val="uk-UA"/>
        </w:rPr>
        <w:t xml:space="preserve">, чітких умов спрацювання подій та системного підходу до тестування. Таке опрацювання практичної частини дозволяє краще зрозуміти принципи побудови ігрової логіки та застосування алгоритмів обробки подій у реальних </w:t>
      </w:r>
      <w:proofErr w:type="spellStart"/>
      <w:r w:rsidRPr="00AE482E">
        <w:rPr>
          <w:rFonts w:ascii="Times New Roman" w:hAnsi="Times New Roman" w:cs="Times New Roman"/>
          <w:sz w:val="28"/>
          <w:szCs w:val="28"/>
          <w:lang w:val="uk-UA"/>
        </w:rPr>
        <w:t>проєктах</w:t>
      </w:r>
      <w:proofErr w:type="spellEnd"/>
      <w:r w:rsidRPr="00AE482E">
        <w:rPr>
          <w:rFonts w:ascii="Times New Roman" w:hAnsi="Times New Roman" w:cs="Times New Roman"/>
          <w:sz w:val="28"/>
          <w:szCs w:val="28"/>
          <w:lang w:val="uk-UA"/>
        </w:rPr>
        <w:t>.</w:t>
      </w:r>
    </w:p>
    <w:p w14:paraId="5001A8DB" w14:textId="77777777" w:rsidR="006C7C92" w:rsidRDefault="006C7C92">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7D2205A" w14:textId="77777777" w:rsidR="00A6403C" w:rsidRDefault="00A6403C" w:rsidP="00AE482E">
      <w:pPr>
        <w:pStyle w:val="1"/>
        <w:rPr>
          <w:lang w:val="uk-UA"/>
        </w:rPr>
      </w:pPr>
      <w:bookmarkStart w:id="17" w:name="_Toc219710718"/>
      <w:r w:rsidRPr="00A6403C">
        <w:rPr>
          <w:lang w:val="uk-UA"/>
        </w:rPr>
        <w:lastRenderedPageBreak/>
        <w:t>Висновки</w:t>
      </w:r>
      <w:bookmarkEnd w:id="17"/>
    </w:p>
    <w:p w14:paraId="7E93C7CF" w14:textId="77777777" w:rsidR="00AE482E" w:rsidRDefault="00AE482E" w:rsidP="00DC6652">
      <w:pPr>
        <w:spacing w:after="0" w:line="360" w:lineRule="auto"/>
        <w:jc w:val="both"/>
        <w:rPr>
          <w:rFonts w:ascii="Times New Roman" w:hAnsi="Times New Roman" w:cs="Times New Roman"/>
          <w:sz w:val="28"/>
          <w:szCs w:val="28"/>
          <w:lang w:val="uk-UA"/>
        </w:rPr>
      </w:pPr>
    </w:p>
    <w:p w14:paraId="6A0290E3" w14:textId="77777777" w:rsidR="00AE482E" w:rsidRPr="00AE482E" w:rsidRDefault="00AE482E" w:rsidP="00AE482E">
      <w:pPr>
        <w:spacing w:after="0" w:line="360" w:lineRule="auto"/>
        <w:ind w:firstLine="709"/>
        <w:jc w:val="both"/>
        <w:rPr>
          <w:rFonts w:ascii="Times New Roman" w:hAnsi="Times New Roman" w:cs="Times New Roman"/>
          <w:sz w:val="28"/>
          <w:szCs w:val="28"/>
          <w:lang w:val="uk-UA"/>
        </w:rPr>
      </w:pPr>
      <w:r w:rsidRPr="00AE482E">
        <w:rPr>
          <w:rFonts w:ascii="Times New Roman" w:hAnsi="Times New Roman" w:cs="Times New Roman"/>
          <w:sz w:val="28"/>
          <w:szCs w:val="28"/>
          <w:lang w:val="uk-UA"/>
        </w:rPr>
        <w:t xml:space="preserve">У процесі виконання магістерської роботи було досліджено програмно-інженерні методи інтеграції алгоритмів обробки подій у середовищі ігрового рушія </w:t>
      </w:r>
      <w:proofErr w:type="spellStart"/>
      <w:r w:rsidRPr="00AE482E">
        <w:rPr>
          <w:rFonts w:ascii="Times New Roman" w:hAnsi="Times New Roman" w:cs="Times New Roman"/>
          <w:sz w:val="28"/>
          <w:szCs w:val="28"/>
          <w:lang w:val="uk-UA"/>
        </w:rPr>
        <w:t>GameMaker</w:t>
      </w:r>
      <w:proofErr w:type="spellEnd"/>
      <w:r w:rsidRPr="00AE482E">
        <w:rPr>
          <w:rFonts w:ascii="Times New Roman" w:hAnsi="Times New Roman" w:cs="Times New Roman"/>
          <w:sz w:val="28"/>
          <w:szCs w:val="28"/>
          <w:lang w:val="uk-UA"/>
        </w:rPr>
        <w:t xml:space="preserve">. У першому розділі розглянуто теоретичні основи </w:t>
      </w:r>
      <w:proofErr w:type="spellStart"/>
      <w:r w:rsidRPr="00AE482E">
        <w:rPr>
          <w:rFonts w:ascii="Times New Roman" w:hAnsi="Times New Roman" w:cs="Times New Roman"/>
          <w:sz w:val="28"/>
          <w:szCs w:val="28"/>
          <w:lang w:val="uk-UA"/>
        </w:rPr>
        <w:t>подієво</w:t>
      </w:r>
      <w:proofErr w:type="spellEnd"/>
      <w:r w:rsidRPr="00AE482E">
        <w:rPr>
          <w:rFonts w:ascii="Times New Roman" w:hAnsi="Times New Roman" w:cs="Times New Roman"/>
          <w:sz w:val="28"/>
          <w:szCs w:val="28"/>
          <w:lang w:val="uk-UA"/>
        </w:rPr>
        <w:t xml:space="preserve">-орієнтованого програмування, його ключові принципи та роль у побудові інтерактивних програмних систем, зокрема комп’ютерних ігор. У другому розділі виконано порівняльний аналіз сучасних ігрових рушіїв та обґрунтовано доцільність використання </w:t>
      </w:r>
      <w:proofErr w:type="spellStart"/>
      <w:r w:rsidRPr="00AE482E">
        <w:rPr>
          <w:rFonts w:ascii="Times New Roman" w:hAnsi="Times New Roman" w:cs="Times New Roman"/>
          <w:sz w:val="28"/>
          <w:szCs w:val="28"/>
          <w:lang w:val="uk-UA"/>
        </w:rPr>
        <w:t>GameMaker</w:t>
      </w:r>
      <w:proofErr w:type="spellEnd"/>
      <w:r w:rsidRPr="00AE482E">
        <w:rPr>
          <w:rFonts w:ascii="Times New Roman" w:hAnsi="Times New Roman" w:cs="Times New Roman"/>
          <w:sz w:val="28"/>
          <w:szCs w:val="28"/>
          <w:lang w:val="uk-UA"/>
        </w:rPr>
        <w:t xml:space="preserve"> для практичної реалізації ігрового </w:t>
      </w:r>
      <w:proofErr w:type="spellStart"/>
      <w:r w:rsidRPr="00AE482E">
        <w:rPr>
          <w:rFonts w:ascii="Times New Roman" w:hAnsi="Times New Roman" w:cs="Times New Roman"/>
          <w:sz w:val="28"/>
          <w:szCs w:val="28"/>
          <w:lang w:val="uk-UA"/>
        </w:rPr>
        <w:t>проєкту</w:t>
      </w:r>
      <w:proofErr w:type="spellEnd"/>
      <w:r w:rsidRPr="00AE482E">
        <w:rPr>
          <w:rFonts w:ascii="Times New Roman" w:hAnsi="Times New Roman" w:cs="Times New Roman"/>
          <w:sz w:val="28"/>
          <w:szCs w:val="28"/>
          <w:lang w:val="uk-UA"/>
        </w:rPr>
        <w:t>.</w:t>
      </w:r>
    </w:p>
    <w:p w14:paraId="7F7D50FE" w14:textId="77777777" w:rsidR="00AE482E" w:rsidRPr="00AE482E" w:rsidRDefault="00AE482E" w:rsidP="00AE482E">
      <w:pPr>
        <w:spacing w:after="0" w:line="360" w:lineRule="auto"/>
        <w:ind w:firstLine="709"/>
        <w:jc w:val="both"/>
        <w:rPr>
          <w:rFonts w:ascii="Times New Roman" w:hAnsi="Times New Roman" w:cs="Times New Roman"/>
          <w:sz w:val="28"/>
          <w:szCs w:val="28"/>
          <w:lang w:val="uk-UA"/>
        </w:rPr>
      </w:pPr>
      <w:r w:rsidRPr="00AE482E">
        <w:rPr>
          <w:rFonts w:ascii="Times New Roman" w:hAnsi="Times New Roman" w:cs="Times New Roman"/>
          <w:sz w:val="28"/>
          <w:szCs w:val="28"/>
          <w:lang w:val="uk-UA"/>
        </w:rPr>
        <w:t xml:space="preserve">Практична частина роботи була спрямована на реалізацію комп’ютерної гри з використанням </w:t>
      </w:r>
      <w:proofErr w:type="spellStart"/>
      <w:r w:rsidRPr="00AE482E">
        <w:rPr>
          <w:rFonts w:ascii="Times New Roman" w:hAnsi="Times New Roman" w:cs="Times New Roman"/>
          <w:sz w:val="28"/>
          <w:szCs w:val="28"/>
          <w:lang w:val="uk-UA"/>
        </w:rPr>
        <w:t>подієво</w:t>
      </w:r>
      <w:proofErr w:type="spellEnd"/>
      <w:r w:rsidRPr="00AE482E">
        <w:rPr>
          <w:rFonts w:ascii="Times New Roman" w:hAnsi="Times New Roman" w:cs="Times New Roman"/>
          <w:sz w:val="28"/>
          <w:szCs w:val="28"/>
          <w:lang w:val="uk-UA"/>
        </w:rPr>
        <w:t>-орієнтованої моделі. У ході розробки реалізовано основні ігрові механіки, забезпечено взаємодію між ігровими об’єктами, обробку дій користувача, керування станами гри, а також інтеграцію графічних і звукових ресурсів. Це дозволило продемонструвати можливості використання алгоритмів обробки подій для побудови логіки гри та забезпечення її стабільної роботи.</w:t>
      </w:r>
    </w:p>
    <w:p w14:paraId="05991C22" w14:textId="77777777" w:rsidR="00AE482E" w:rsidRPr="00AE482E" w:rsidRDefault="00AE482E" w:rsidP="00AE482E">
      <w:pPr>
        <w:spacing w:after="0" w:line="360" w:lineRule="auto"/>
        <w:ind w:firstLine="709"/>
        <w:jc w:val="both"/>
        <w:rPr>
          <w:rFonts w:ascii="Times New Roman" w:hAnsi="Times New Roman" w:cs="Times New Roman"/>
          <w:sz w:val="28"/>
          <w:szCs w:val="28"/>
          <w:lang w:val="uk-UA"/>
        </w:rPr>
      </w:pPr>
      <w:r w:rsidRPr="00AE482E">
        <w:rPr>
          <w:rFonts w:ascii="Times New Roman" w:hAnsi="Times New Roman" w:cs="Times New Roman"/>
          <w:sz w:val="28"/>
          <w:szCs w:val="28"/>
          <w:lang w:val="uk-UA"/>
        </w:rPr>
        <w:t xml:space="preserve">Окрему увагу приділено питанням організації структури </w:t>
      </w:r>
      <w:proofErr w:type="spellStart"/>
      <w:r w:rsidRPr="00AE482E">
        <w:rPr>
          <w:rFonts w:ascii="Times New Roman" w:hAnsi="Times New Roman" w:cs="Times New Roman"/>
          <w:sz w:val="28"/>
          <w:szCs w:val="28"/>
          <w:lang w:val="uk-UA"/>
        </w:rPr>
        <w:t>проєкту</w:t>
      </w:r>
      <w:proofErr w:type="spellEnd"/>
      <w:r w:rsidRPr="00AE482E">
        <w:rPr>
          <w:rFonts w:ascii="Times New Roman" w:hAnsi="Times New Roman" w:cs="Times New Roman"/>
          <w:sz w:val="28"/>
          <w:szCs w:val="28"/>
          <w:lang w:val="uk-UA"/>
        </w:rPr>
        <w:t xml:space="preserve">, коректності обробки подій і синхронізації анімацій, звукових ефектів та реакцій ігрових об’єктів. У процесі тестування було виявлено типові проблеми, пов’язані з логікою подій і взаємодією об’єктів, що вимагало багаторазового налагодження та оптимізації коду. Такий підхід сприяв глибшому розумінню особливостей </w:t>
      </w:r>
      <w:proofErr w:type="spellStart"/>
      <w:r w:rsidRPr="00AE482E">
        <w:rPr>
          <w:rFonts w:ascii="Times New Roman" w:hAnsi="Times New Roman" w:cs="Times New Roman"/>
          <w:sz w:val="28"/>
          <w:szCs w:val="28"/>
          <w:lang w:val="uk-UA"/>
        </w:rPr>
        <w:t>подієво</w:t>
      </w:r>
      <w:proofErr w:type="spellEnd"/>
      <w:r w:rsidRPr="00AE482E">
        <w:rPr>
          <w:rFonts w:ascii="Times New Roman" w:hAnsi="Times New Roman" w:cs="Times New Roman"/>
          <w:sz w:val="28"/>
          <w:szCs w:val="28"/>
          <w:lang w:val="uk-UA"/>
        </w:rPr>
        <w:t>-орієнтованих систем та практичних аспектів їх реалізації.</w:t>
      </w:r>
    </w:p>
    <w:p w14:paraId="5DD90191" w14:textId="77777777" w:rsidR="00AE482E" w:rsidRPr="00AE482E" w:rsidRDefault="00AE482E" w:rsidP="00AE482E">
      <w:pPr>
        <w:spacing w:after="0" w:line="360" w:lineRule="auto"/>
        <w:ind w:firstLine="709"/>
        <w:jc w:val="both"/>
        <w:rPr>
          <w:rFonts w:ascii="Times New Roman" w:hAnsi="Times New Roman" w:cs="Times New Roman"/>
          <w:sz w:val="28"/>
          <w:szCs w:val="28"/>
          <w:lang w:val="uk-UA"/>
        </w:rPr>
      </w:pPr>
      <w:r w:rsidRPr="00AE482E">
        <w:rPr>
          <w:rFonts w:ascii="Times New Roman" w:hAnsi="Times New Roman" w:cs="Times New Roman"/>
          <w:sz w:val="28"/>
          <w:szCs w:val="28"/>
          <w:lang w:val="uk-UA"/>
        </w:rPr>
        <w:t xml:space="preserve">Результати виконаної роботи підтверджують, що </w:t>
      </w:r>
      <w:proofErr w:type="spellStart"/>
      <w:r w:rsidRPr="00AE482E">
        <w:rPr>
          <w:rFonts w:ascii="Times New Roman" w:hAnsi="Times New Roman" w:cs="Times New Roman"/>
          <w:sz w:val="28"/>
          <w:szCs w:val="28"/>
          <w:lang w:val="uk-UA"/>
        </w:rPr>
        <w:t>подієво</w:t>
      </w:r>
      <w:proofErr w:type="spellEnd"/>
      <w:r w:rsidRPr="00AE482E">
        <w:rPr>
          <w:rFonts w:ascii="Times New Roman" w:hAnsi="Times New Roman" w:cs="Times New Roman"/>
          <w:sz w:val="28"/>
          <w:szCs w:val="28"/>
          <w:lang w:val="uk-UA"/>
        </w:rPr>
        <w:t xml:space="preserve">-орієнтований підхід є ефективним інструментом для розробки комп’ютерних ігор, оскільки забезпечує гнучкість, масштабованість та зручність управління ігровими процесами. Ігровий рушій </w:t>
      </w:r>
      <w:proofErr w:type="spellStart"/>
      <w:r w:rsidRPr="00AE482E">
        <w:rPr>
          <w:rFonts w:ascii="Times New Roman" w:hAnsi="Times New Roman" w:cs="Times New Roman"/>
          <w:sz w:val="28"/>
          <w:szCs w:val="28"/>
          <w:lang w:val="uk-UA"/>
        </w:rPr>
        <w:t>GameMaker</w:t>
      </w:r>
      <w:proofErr w:type="spellEnd"/>
      <w:r w:rsidRPr="00AE482E">
        <w:rPr>
          <w:rFonts w:ascii="Times New Roman" w:hAnsi="Times New Roman" w:cs="Times New Roman"/>
          <w:sz w:val="28"/>
          <w:szCs w:val="28"/>
          <w:lang w:val="uk-UA"/>
        </w:rPr>
        <w:t xml:space="preserve"> надає необхідні засоби для реалізації цього підходу з помірними витратами часу та ресурсів, що робить його доцільним для навчальних і практичних </w:t>
      </w:r>
      <w:proofErr w:type="spellStart"/>
      <w:r w:rsidRPr="00AE482E">
        <w:rPr>
          <w:rFonts w:ascii="Times New Roman" w:hAnsi="Times New Roman" w:cs="Times New Roman"/>
          <w:sz w:val="28"/>
          <w:szCs w:val="28"/>
          <w:lang w:val="uk-UA"/>
        </w:rPr>
        <w:t>проєктів</w:t>
      </w:r>
      <w:proofErr w:type="spellEnd"/>
      <w:r w:rsidRPr="00AE482E">
        <w:rPr>
          <w:rFonts w:ascii="Times New Roman" w:hAnsi="Times New Roman" w:cs="Times New Roman"/>
          <w:sz w:val="28"/>
          <w:szCs w:val="28"/>
          <w:lang w:val="uk-UA"/>
        </w:rPr>
        <w:t>.</w:t>
      </w:r>
    </w:p>
    <w:p w14:paraId="691E00DF" w14:textId="77777777" w:rsidR="00AE482E" w:rsidRPr="00AE482E" w:rsidRDefault="00AE482E" w:rsidP="00AE482E">
      <w:pPr>
        <w:spacing w:after="0" w:line="360" w:lineRule="auto"/>
        <w:ind w:firstLine="709"/>
        <w:jc w:val="both"/>
        <w:rPr>
          <w:rFonts w:ascii="Times New Roman" w:hAnsi="Times New Roman" w:cs="Times New Roman"/>
          <w:sz w:val="28"/>
          <w:szCs w:val="28"/>
          <w:lang w:val="uk-UA"/>
        </w:rPr>
      </w:pPr>
      <w:r w:rsidRPr="00AE482E">
        <w:rPr>
          <w:rFonts w:ascii="Times New Roman" w:hAnsi="Times New Roman" w:cs="Times New Roman"/>
          <w:sz w:val="28"/>
          <w:szCs w:val="28"/>
          <w:lang w:val="uk-UA"/>
        </w:rPr>
        <w:lastRenderedPageBreak/>
        <w:t xml:space="preserve">Практичне значення отриманих результатів полягає у можливості використання матеріалів магістерської роботи як основи для подальшого вивчення розробки ігор, удосконалення навичок програмування та застосування алгоритмів обробки подій у </w:t>
      </w:r>
      <w:proofErr w:type="spellStart"/>
      <w:r w:rsidRPr="00AE482E">
        <w:rPr>
          <w:rFonts w:ascii="Times New Roman" w:hAnsi="Times New Roman" w:cs="Times New Roman"/>
          <w:sz w:val="28"/>
          <w:szCs w:val="28"/>
          <w:lang w:val="uk-UA"/>
        </w:rPr>
        <w:t>подієво</w:t>
      </w:r>
      <w:proofErr w:type="spellEnd"/>
      <w:r w:rsidRPr="00AE482E">
        <w:rPr>
          <w:rFonts w:ascii="Times New Roman" w:hAnsi="Times New Roman" w:cs="Times New Roman"/>
          <w:sz w:val="28"/>
          <w:szCs w:val="28"/>
          <w:lang w:val="uk-UA"/>
        </w:rPr>
        <w:t xml:space="preserve">-орієнтованих програмних середовищах. Отриманий досвід може бути корисним під час реалізації складніших ігрових </w:t>
      </w:r>
      <w:proofErr w:type="spellStart"/>
      <w:r w:rsidRPr="00AE482E">
        <w:rPr>
          <w:rFonts w:ascii="Times New Roman" w:hAnsi="Times New Roman" w:cs="Times New Roman"/>
          <w:sz w:val="28"/>
          <w:szCs w:val="28"/>
          <w:lang w:val="uk-UA"/>
        </w:rPr>
        <w:t>проєктів</w:t>
      </w:r>
      <w:proofErr w:type="spellEnd"/>
      <w:r w:rsidRPr="00AE482E">
        <w:rPr>
          <w:rFonts w:ascii="Times New Roman" w:hAnsi="Times New Roman" w:cs="Times New Roman"/>
          <w:sz w:val="28"/>
          <w:szCs w:val="28"/>
          <w:lang w:val="uk-UA"/>
        </w:rPr>
        <w:t xml:space="preserve"> та програмних систем з інтерактивною логікою.</w:t>
      </w:r>
    </w:p>
    <w:p w14:paraId="1B0F303F" w14:textId="5005B212" w:rsidR="00510C7E" w:rsidRDefault="00510C7E" w:rsidP="00DC665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0BAA6DF" w14:textId="1456C21E" w:rsidR="00BE1067" w:rsidRDefault="00BE1067" w:rsidP="00DC6652">
      <w:pPr>
        <w:pStyle w:val="1"/>
        <w:spacing w:before="0"/>
        <w:rPr>
          <w:lang w:val="uk-UA"/>
        </w:rPr>
      </w:pPr>
      <w:bookmarkStart w:id="18" w:name="_Toc219710719"/>
      <w:r w:rsidRPr="00BE1067">
        <w:rPr>
          <w:lang w:val="uk-UA"/>
        </w:rPr>
        <w:lastRenderedPageBreak/>
        <w:t xml:space="preserve">Список </w:t>
      </w:r>
      <w:r w:rsidR="001D22DF" w:rsidRPr="001D22DF">
        <w:rPr>
          <w:lang w:val="uk-UA"/>
        </w:rPr>
        <w:t xml:space="preserve">ВИКОРИСТАНИХ </w:t>
      </w:r>
      <w:r w:rsidRPr="00BE1067">
        <w:rPr>
          <w:lang w:val="uk-UA"/>
        </w:rPr>
        <w:t>джерел</w:t>
      </w:r>
      <w:bookmarkEnd w:id="18"/>
    </w:p>
    <w:p w14:paraId="2EB5DD03" w14:textId="77777777" w:rsidR="00510C7E" w:rsidRDefault="00510C7E" w:rsidP="00DC6652">
      <w:pPr>
        <w:spacing w:after="0" w:line="360" w:lineRule="auto"/>
        <w:jc w:val="center"/>
        <w:rPr>
          <w:rFonts w:ascii="Times New Roman" w:hAnsi="Times New Roman" w:cs="Times New Roman"/>
          <w:b/>
          <w:sz w:val="28"/>
          <w:szCs w:val="28"/>
          <w:lang w:val="uk-UA"/>
        </w:rPr>
      </w:pPr>
    </w:p>
    <w:p w14:paraId="4A745AD6" w14:textId="77777777" w:rsidR="00510C7E" w:rsidRDefault="00510C7E" w:rsidP="00DC6652">
      <w:pPr>
        <w:spacing w:after="0" w:line="360" w:lineRule="auto"/>
        <w:jc w:val="center"/>
        <w:rPr>
          <w:rFonts w:ascii="Times New Roman" w:hAnsi="Times New Roman" w:cs="Times New Roman"/>
          <w:b/>
          <w:sz w:val="28"/>
          <w:szCs w:val="28"/>
          <w:lang w:val="uk-UA"/>
        </w:rPr>
      </w:pPr>
    </w:p>
    <w:p w14:paraId="4E660EA3" w14:textId="77777777" w:rsidR="00AE482E" w:rsidRPr="00AE482E" w:rsidRDefault="00AE482E" w:rsidP="00AE482E">
      <w:pPr>
        <w:pStyle w:val="ac"/>
        <w:numPr>
          <w:ilvl w:val="0"/>
          <w:numId w:val="20"/>
        </w:numPr>
        <w:spacing w:after="0" w:line="360" w:lineRule="auto"/>
        <w:ind w:left="0" w:firstLine="709"/>
        <w:jc w:val="both"/>
        <w:rPr>
          <w:rFonts w:ascii="Times New Roman" w:hAnsi="Times New Roman" w:cs="Times New Roman"/>
          <w:bCs/>
          <w:sz w:val="28"/>
          <w:szCs w:val="28"/>
          <w:lang w:val="uk-UA"/>
        </w:rPr>
      </w:pPr>
      <w:r w:rsidRPr="00AE482E">
        <w:rPr>
          <w:rFonts w:ascii="Times New Roman" w:hAnsi="Times New Roman" w:cs="Times New Roman"/>
          <w:bCs/>
          <w:sz w:val="28"/>
          <w:szCs w:val="28"/>
          <w:lang w:val="uk-UA"/>
        </w:rPr>
        <w:t xml:space="preserve">Вікіпедія. </w:t>
      </w:r>
      <w:proofErr w:type="spellStart"/>
      <w:r w:rsidRPr="00AE482E">
        <w:rPr>
          <w:rFonts w:ascii="Times New Roman" w:hAnsi="Times New Roman" w:cs="Times New Roman"/>
          <w:bCs/>
          <w:sz w:val="28"/>
          <w:szCs w:val="28"/>
          <w:lang w:val="uk-UA"/>
        </w:rPr>
        <w:t>Aseprite</w:t>
      </w:r>
      <w:proofErr w:type="spellEnd"/>
      <w:r w:rsidRPr="00AE482E">
        <w:rPr>
          <w:rFonts w:ascii="Times New Roman" w:hAnsi="Times New Roman" w:cs="Times New Roman"/>
          <w:bCs/>
          <w:sz w:val="28"/>
          <w:szCs w:val="28"/>
          <w:lang w:val="uk-UA"/>
        </w:rPr>
        <w:t xml:space="preserve">. URL: </w:t>
      </w:r>
      <w:hyperlink r:id="rId24" w:tgtFrame="_new" w:history="1">
        <w:r w:rsidRPr="00AE482E">
          <w:rPr>
            <w:rStyle w:val="a9"/>
            <w:rFonts w:ascii="Times New Roman" w:hAnsi="Times New Roman" w:cs="Times New Roman"/>
            <w:bCs/>
            <w:sz w:val="28"/>
            <w:szCs w:val="28"/>
            <w:lang w:val="uk-UA"/>
          </w:rPr>
          <w:t>https://ru.wikipedia.org/wiki/Aseprite</w:t>
        </w:r>
      </w:hyperlink>
      <w:r w:rsidRPr="00AE482E">
        <w:rPr>
          <w:rFonts w:ascii="Times New Roman" w:hAnsi="Times New Roman" w:cs="Times New Roman"/>
          <w:bCs/>
          <w:sz w:val="28"/>
          <w:szCs w:val="28"/>
          <w:lang w:val="uk-UA"/>
        </w:rPr>
        <w:t xml:space="preserve"> (дата звернення: 09.01.2026).</w:t>
      </w:r>
    </w:p>
    <w:p w14:paraId="3C4C643F" w14:textId="77777777" w:rsidR="00AE482E" w:rsidRPr="00AE482E" w:rsidRDefault="00AE482E" w:rsidP="00AE482E">
      <w:pPr>
        <w:pStyle w:val="ac"/>
        <w:numPr>
          <w:ilvl w:val="0"/>
          <w:numId w:val="20"/>
        </w:numPr>
        <w:spacing w:after="0" w:line="360" w:lineRule="auto"/>
        <w:ind w:left="0" w:firstLine="709"/>
        <w:jc w:val="both"/>
        <w:rPr>
          <w:rFonts w:ascii="Times New Roman" w:hAnsi="Times New Roman" w:cs="Times New Roman"/>
          <w:bCs/>
          <w:sz w:val="28"/>
          <w:szCs w:val="28"/>
          <w:lang w:val="uk-UA"/>
        </w:rPr>
      </w:pPr>
      <w:r w:rsidRPr="00AE482E">
        <w:rPr>
          <w:rFonts w:ascii="Times New Roman" w:hAnsi="Times New Roman" w:cs="Times New Roman"/>
          <w:bCs/>
          <w:sz w:val="28"/>
          <w:szCs w:val="28"/>
          <w:lang w:val="uk-UA"/>
        </w:rPr>
        <w:t xml:space="preserve">Вікіпедія. FL </w:t>
      </w:r>
      <w:proofErr w:type="spellStart"/>
      <w:r w:rsidRPr="00AE482E">
        <w:rPr>
          <w:rFonts w:ascii="Times New Roman" w:hAnsi="Times New Roman" w:cs="Times New Roman"/>
          <w:bCs/>
          <w:sz w:val="28"/>
          <w:szCs w:val="28"/>
          <w:lang w:val="uk-UA"/>
        </w:rPr>
        <w:t>Studio</w:t>
      </w:r>
      <w:proofErr w:type="spellEnd"/>
      <w:r w:rsidRPr="00AE482E">
        <w:rPr>
          <w:rFonts w:ascii="Times New Roman" w:hAnsi="Times New Roman" w:cs="Times New Roman"/>
          <w:bCs/>
          <w:sz w:val="28"/>
          <w:szCs w:val="28"/>
          <w:lang w:val="uk-UA"/>
        </w:rPr>
        <w:t xml:space="preserve">. URL: </w:t>
      </w:r>
      <w:hyperlink r:id="rId25" w:tgtFrame="_new" w:history="1">
        <w:r w:rsidRPr="00AE482E">
          <w:rPr>
            <w:rStyle w:val="a9"/>
            <w:rFonts w:ascii="Times New Roman" w:hAnsi="Times New Roman" w:cs="Times New Roman"/>
            <w:bCs/>
            <w:sz w:val="28"/>
            <w:szCs w:val="28"/>
            <w:lang w:val="uk-UA"/>
          </w:rPr>
          <w:t>https://uk.wikipedia.org/wiki/FL_Studio</w:t>
        </w:r>
      </w:hyperlink>
      <w:r w:rsidRPr="00AE482E">
        <w:rPr>
          <w:rFonts w:ascii="Times New Roman" w:hAnsi="Times New Roman" w:cs="Times New Roman"/>
          <w:bCs/>
          <w:sz w:val="28"/>
          <w:szCs w:val="28"/>
          <w:lang w:val="uk-UA"/>
        </w:rPr>
        <w:t xml:space="preserve"> (дата звернення: 11.01.2026).</w:t>
      </w:r>
    </w:p>
    <w:p w14:paraId="59AEA757" w14:textId="77777777" w:rsidR="00AE482E" w:rsidRPr="00AE482E" w:rsidRDefault="00AE482E" w:rsidP="00AE482E">
      <w:pPr>
        <w:pStyle w:val="ac"/>
        <w:numPr>
          <w:ilvl w:val="0"/>
          <w:numId w:val="20"/>
        </w:numPr>
        <w:spacing w:after="0" w:line="360" w:lineRule="auto"/>
        <w:ind w:left="0" w:firstLine="709"/>
        <w:jc w:val="both"/>
        <w:rPr>
          <w:rFonts w:ascii="Times New Roman" w:hAnsi="Times New Roman" w:cs="Times New Roman"/>
          <w:bCs/>
          <w:sz w:val="28"/>
          <w:szCs w:val="28"/>
          <w:lang w:val="uk-UA"/>
        </w:rPr>
      </w:pPr>
      <w:r w:rsidRPr="00AE482E">
        <w:rPr>
          <w:rFonts w:ascii="Times New Roman" w:hAnsi="Times New Roman" w:cs="Times New Roman"/>
          <w:bCs/>
          <w:sz w:val="28"/>
          <w:szCs w:val="28"/>
          <w:lang w:val="uk-UA"/>
        </w:rPr>
        <w:t xml:space="preserve">Вікіпедія. </w:t>
      </w:r>
      <w:proofErr w:type="spellStart"/>
      <w:r w:rsidRPr="00AE482E">
        <w:rPr>
          <w:rFonts w:ascii="Times New Roman" w:hAnsi="Times New Roman" w:cs="Times New Roman"/>
          <w:bCs/>
          <w:sz w:val="28"/>
          <w:szCs w:val="28"/>
          <w:lang w:val="uk-UA"/>
        </w:rPr>
        <w:t>GameMaker</w:t>
      </w:r>
      <w:proofErr w:type="spellEnd"/>
      <w:r w:rsidRPr="00AE482E">
        <w:rPr>
          <w:rFonts w:ascii="Times New Roman" w:hAnsi="Times New Roman" w:cs="Times New Roman"/>
          <w:bCs/>
          <w:sz w:val="28"/>
          <w:szCs w:val="28"/>
          <w:lang w:val="uk-UA"/>
        </w:rPr>
        <w:t xml:space="preserve">. URL: </w:t>
      </w:r>
      <w:hyperlink r:id="rId26" w:tgtFrame="_new" w:history="1">
        <w:r w:rsidRPr="00AE482E">
          <w:rPr>
            <w:rStyle w:val="a9"/>
            <w:rFonts w:ascii="Times New Roman" w:hAnsi="Times New Roman" w:cs="Times New Roman"/>
            <w:bCs/>
            <w:sz w:val="28"/>
            <w:szCs w:val="28"/>
            <w:lang w:val="uk-UA"/>
          </w:rPr>
          <w:t>https://uk.wikipedia.org/wiki/GameMaker</w:t>
        </w:r>
      </w:hyperlink>
      <w:r w:rsidRPr="00AE482E">
        <w:rPr>
          <w:rFonts w:ascii="Times New Roman" w:hAnsi="Times New Roman" w:cs="Times New Roman"/>
          <w:bCs/>
          <w:sz w:val="28"/>
          <w:szCs w:val="28"/>
          <w:lang w:val="uk-UA"/>
        </w:rPr>
        <w:t xml:space="preserve"> (дата звернення: 12.01.2026).</w:t>
      </w:r>
    </w:p>
    <w:p w14:paraId="1C56A85F" w14:textId="77777777" w:rsidR="00AE482E" w:rsidRPr="00AE482E" w:rsidRDefault="00AE482E" w:rsidP="00AE482E">
      <w:pPr>
        <w:pStyle w:val="ac"/>
        <w:numPr>
          <w:ilvl w:val="0"/>
          <w:numId w:val="20"/>
        </w:numPr>
        <w:spacing w:after="0" w:line="360" w:lineRule="auto"/>
        <w:ind w:left="0" w:firstLine="709"/>
        <w:jc w:val="both"/>
        <w:rPr>
          <w:rFonts w:ascii="Times New Roman" w:hAnsi="Times New Roman" w:cs="Times New Roman"/>
          <w:bCs/>
          <w:sz w:val="28"/>
          <w:szCs w:val="28"/>
          <w:lang w:val="uk-UA"/>
        </w:rPr>
      </w:pPr>
      <w:r w:rsidRPr="00AE482E">
        <w:rPr>
          <w:rFonts w:ascii="Times New Roman" w:hAnsi="Times New Roman" w:cs="Times New Roman"/>
          <w:bCs/>
          <w:sz w:val="28"/>
          <w:szCs w:val="28"/>
          <w:lang w:val="uk-UA"/>
        </w:rPr>
        <w:t xml:space="preserve">Вікіпедія. </w:t>
      </w:r>
      <w:proofErr w:type="spellStart"/>
      <w:r w:rsidRPr="00AE482E">
        <w:rPr>
          <w:rFonts w:ascii="Times New Roman" w:hAnsi="Times New Roman" w:cs="Times New Roman"/>
          <w:bCs/>
          <w:sz w:val="28"/>
          <w:szCs w:val="28"/>
          <w:lang w:val="uk-UA"/>
        </w:rPr>
        <w:t>Unreal</w:t>
      </w:r>
      <w:proofErr w:type="spellEnd"/>
      <w:r w:rsidRPr="00AE482E">
        <w:rPr>
          <w:rFonts w:ascii="Times New Roman" w:hAnsi="Times New Roman" w:cs="Times New Roman"/>
          <w:bCs/>
          <w:sz w:val="28"/>
          <w:szCs w:val="28"/>
          <w:lang w:val="uk-UA"/>
        </w:rPr>
        <w:t xml:space="preserve"> </w:t>
      </w:r>
      <w:proofErr w:type="spellStart"/>
      <w:r w:rsidRPr="00AE482E">
        <w:rPr>
          <w:rFonts w:ascii="Times New Roman" w:hAnsi="Times New Roman" w:cs="Times New Roman"/>
          <w:bCs/>
          <w:sz w:val="28"/>
          <w:szCs w:val="28"/>
          <w:lang w:val="uk-UA"/>
        </w:rPr>
        <w:t>Engine</w:t>
      </w:r>
      <w:proofErr w:type="spellEnd"/>
      <w:r w:rsidRPr="00AE482E">
        <w:rPr>
          <w:rFonts w:ascii="Times New Roman" w:hAnsi="Times New Roman" w:cs="Times New Roman"/>
          <w:bCs/>
          <w:sz w:val="28"/>
          <w:szCs w:val="28"/>
          <w:lang w:val="uk-UA"/>
        </w:rPr>
        <w:t xml:space="preserve">. URL: </w:t>
      </w:r>
      <w:hyperlink r:id="rId27" w:tgtFrame="_new" w:history="1">
        <w:r w:rsidRPr="00AE482E">
          <w:rPr>
            <w:rStyle w:val="a9"/>
            <w:rFonts w:ascii="Times New Roman" w:hAnsi="Times New Roman" w:cs="Times New Roman"/>
            <w:bCs/>
            <w:sz w:val="28"/>
            <w:szCs w:val="28"/>
            <w:lang w:val="uk-UA"/>
          </w:rPr>
          <w:t>https://uk.wikipedia.org/wiki/Unreal_Engine</w:t>
        </w:r>
      </w:hyperlink>
      <w:r w:rsidRPr="00AE482E">
        <w:rPr>
          <w:rFonts w:ascii="Times New Roman" w:hAnsi="Times New Roman" w:cs="Times New Roman"/>
          <w:bCs/>
          <w:sz w:val="28"/>
          <w:szCs w:val="28"/>
          <w:lang w:val="uk-UA"/>
        </w:rPr>
        <w:t xml:space="preserve"> (дата звернення: 14.01.2026).</w:t>
      </w:r>
    </w:p>
    <w:p w14:paraId="43861057" w14:textId="77777777" w:rsidR="00AE482E" w:rsidRPr="00AE482E" w:rsidRDefault="00AE482E" w:rsidP="00AE482E">
      <w:pPr>
        <w:pStyle w:val="ac"/>
        <w:numPr>
          <w:ilvl w:val="0"/>
          <w:numId w:val="20"/>
        </w:numPr>
        <w:spacing w:after="0" w:line="360" w:lineRule="auto"/>
        <w:ind w:left="0" w:firstLine="709"/>
        <w:jc w:val="both"/>
        <w:rPr>
          <w:rFonts w:ascii="Times New Roman" w:hAnsi="Times New Roman" w:cs="Times New Roman"/>
          <w:bCs/>
          <w:sz w:val="28"/>
          <w:szCs w:val="28"/>
          <w:lang w:val="uk-UA"/>
        </w:rPr>
      </w:pPr>
      <w:r w:rsidRPr="00AE482E">
        <w:rPr>
          <w:rFonts w:ascii="Times New Roman" w:hAnsi="Times New Roman" w:cs="Times New Roman"/>
          <w:bCs/>
          <w:sz w:val="28"/>
          <w:szCs w:val="28"/>
          <w:lang w:val="uk-UA"/>
        </w:rPr>
        <w:t xml:space="preserve">Вінницький національний технічний університет. Методичні матеріали з розробки комп’ютерних ігор. URL: </w:t>
      </w:r>
      <w:hyperlink r:id="rId28" w:tgtFrame="_new" w:history="1">
        <w:r w:rsidRPr="00AE482E">
          <w:rPr>
            <w:rStyle w:val="a9"/>
            <w:rFonts w:ascii="Times New Roman" w:hAnsi="Times New Roman" w:cs="Times New Roman"/>
            <w:bCs/>
            <w:sz w:val="28"/>
            <w:szCs w:val="28"/>
            <w:lang w:val="uk-UA"/>
          </w:rPr>
          <w:t>https://iq.vntu.edu.ua/repository/getfile.php/2302.pdf</w:t>
        </w:r>
      </w:hyperlink>
      <w:r w:rsidRPr="00AE482E">
        <w:rPr>
          <w:rFonts w:ascii="Times New Roman" w:hAnsi="Times New Roman" w:cs="Times New Roman"/>
          <w:bCs/>
          <w:sz w:val="28"/>
          <w:szCs w:val="28"/>
          <w:lang w:val="uk-UA"/>
        </w:rPr>
        <w:t xml:space="preserve"> (дата звернення: 10.12.2025).</w:t>
      </w:r>
    </w:p>
    <w:p w14:paraId="42F18D71" w14:textId="77777777" w:rsidR="00AE482E" w:rsidRPr="00AE482E" w:rsidRDefault="00AE482E" w:rsidP="00AE482E">
      <w:pPr>
        <w:pStyle w:val="ac"/>
        <w:numPr>
          <w:ilvl w:val="0"/>
          <w:numId w:val="20"/>
        </w:numPr>
        <w:spacing w:after="0" w:line="360" w:lineRule="auto"/>
        <w:ind w:left="0" w:firstLine="709"/>
        <w:jc w:val="both"/>
        <w:rPr>
          <w:rFonts w:ascii="Times New Roman" w:hAnsi="Times New Roman" w:cs="Times New Roman"/>
          <w:bCs/>
          <w:sz w:val="28"/>
          <w:szCs w:val="28"/>
          <w:lang w:val="uk-UA"/>
        </w:rPr>
      </w:pPr>
      <w:proofErr w:type="spellStart"/>
      <w:r w:rsidRPr="00AE482E">
        <w:rPr>
          <w:rFonts w:ascii="Times New Roman" w:hAnsi="Times New Roman" w:cs="Times New Roman"/>
          <w:bCs/>
          <w:sz w:val="28"/>
          <w:szCs w:val="28"/>
          <w:lang w:val="uk-UA"/>
        </w:rPr>
        <w:t>ITProger</w:t>
      </w:r>
      <w:proofErr w:type="spellEnd"/>
      <w:r w:rsidRPr="00AE482E">
        <w:rPr>
          <w:rFonts w:ascii="Times New Roman" w:hAnsi="Times New Roman" w:cs="Times New Roman"/>
          <w:bCs/>
          <w:sz w:val="28"/>
          <w:szCs w:val="28"/>
          <w:lang w:val="uk-UA"/>
        </w:rPr>
        <w:t xml:space="preserve">. Курс розробки ігор у середовищі </w:t>
      </w:r>
      <w:proofErr w:type="spellStart"/>
      <w:r w:rsidRPr="00AE482E">
        <w:rPr>
          <w:rFonts w:ascii="Times New Roman" w:hAnsi="Times New Roman" w:cs="Times New Roman"/>
          <w:bCs/>
          <w:sz w:val="28"/>
          <w:szCs w:val="28"/>
          <w:lang w:val="uk-UA"/>
        </w:rPr>
        <w:t>Unity</w:t>
      </w:r>
      <w:proofErr w:type="spellEnd"/>
      <w:r w:rsidRPr="00AE482E">
        <w:rPr>
          <w:rFonts w:ascii="Times New Roman" w:hAnsi="Times New Roman" w:cs="Times New Roman"/>
          <w:bCs/>
          <w:sz w:val="28"/>
          <w:szCs w:val="28"/>
          <w:lang w:val="uk-UA"/>
        </w:rPr>
        <w:t xml:space="preserve">. URL: </w:t>
      </w:r>
      <w:hyperlink r:id="rId29" w:tgtFrame="_new" w:history="1">
        <w:r w:rsidRPr="00AE482E">
          <w:rPr>
            <w:rStyle w:val="a9"/>
            <w:rFonts w:ascii="Times New Roman" w:hAnsi="Times New Roman" w:cs="Times New Roman"/>
            <w:bCs/>
            <w:sz w:val="28"/>
            <w:szCs w:val="28"/>
            <w:lang w:val="uk-UA"/>
          </w:rPr>
          <w:t>https://itproger.com/ua/course/unity</w:t>
        </w:r>
      </w:hyperlink>
      <w:r w:rsidRPr="00AE482E">
        <w:rPr>
          <w:rFonts w:ascii="Times New Roman" w:hAnsi="Times New Roman" w:cs="Times New Roman"/>
          <w:bCs/>
          <w:sz w:val="28"/>
          <w:szCs w:val="28"/>
          <w:lang w:val="uk-UA"/>
        </w:rPr>
        <w:t xml:space="preserve"> (дата звернення: 18.01.2026).</w:t>
      </w:r>
    </w:p>
    <w:p w14:paraId="47CBFA2C" w14:textId="77777777" w:rsidR="00AE482E" w:rsidRPr="00AE482E" w:rsidRDefault="00AE482E" w:rsidP="00AE482E">
      <w:pPr>
        <w:pStyle w:val="ac"/>
        <w:numPr>
          <w:ilvl w:val="0"/>
          <w:numId w:val="20"/>
        </w:numPr>
        <w:spacing w:after="0" w:line="360" w:lineRule="auto"/>
        <w:ind w:left="0" w:firstLine="709"/>
        <w:jc w:val="both"/>
        <w:rPr>
          <w:rFonts w:ascii="Times New Roman" w:hAnsi="Times New Roman" w:cs="Times New Roman"/>
          <w:bCs/>
          <w:sz w:val="28"/>
          <w:szCs w:val="28"/>
          <w:lang w:val="uk-UA"/>
        </w:rPr>
      </w:pPr>
      <w:proofErr w:type="spellStart"/>
      <w:r w:rsidRPr="00AE482E">
        <w:rPr>
          <w:rFonts w:ascii="Times New Roman" w:hAnsi="Times New Roman" w:cs="Times New Roman"/>
          <w:bCs/>
          <w:sz w:val="28"/>
          <w:szCs w:val="28"/>
          <w:lang w:val="uk-UA"/>
        </w:rPr>
        <w:t>Rubryka</w:t>
      </w:r>
      <w:proofErr w:type="spellEnd"/>
      <w:r w:rsidRPr="00AE482E">
        <w:rPr>
          <w:rFonts w:ascii="Times New Roman" w:hAnsi="Times New Roman" w:cs="Times New Roman"/>
          <w:bCs/>
          <w:sz w:val="28"/>
          <w:szCs w:val="28"/>
          <w:lang w:val="uk-UA"/>
        </w:rPr>
        <w:t xml:space="preserve">. </w:t>
      </w:r>
      <w:proofErr w:type="spellStart"/>
      <w:r w:rsidRPr="00AE482E">
        <w:rPr>
          <w:rFonts w:ascii="Times New Roman" w:hAnsi="Times New Roman" w:cs="Times New Roman"/>
          <w:bCs/>
          <w:sz w:val="28"/>
          <w:szCs w:val="28"/>
          <w:lang w:val="uk-UA"/>
        </w:rPr>
        <w:t>Hator</w:t>
      </w:r>
      <w:proofErr w:type="spellEnd"/>
      <w:r w:rsidRPr="00AE482E">
        <w:rPr>
          <w:rFonts w:ascii="Times New Roman" w:hAnsi="Times New Roman" w:cs="Times New Roman"/>
          <w:bCs/>
          <w:sz w:val="28"/>
          <w:szCs w:val="28"/>
          <w:lang w:val="uk-UA"/>
        </w:rPr>
        <w:t xml:space="preserve"> – український бренд ігрових аксесуарів. URL: </w:t>
      </w:r>
      <w:hyperlink r:id="rId30" w:tgtFrame="_new" w:history="1">
        <w:r w:rsidRPr="00AE482E">
          <w:rPr>
            <w:rStyle w:val="a9"/>
            <w:rFonts w:ascii="Times New Roman" w:hAnsi="Times New Roman" w:cs="Times New Roman"/>
            <w:bCs/>
            <w:sz w:val="28"/>
            <w:szCs w:val="28"/>
            <w:lang w:val="uk-UA"/>
          </w:rPr>
          <w:t>https://rubryka.com/2021/07/14/hator/</w:t>
        </w:r>
      </w:hyperlink>
      <w:r w:rsidRPr="00AE482E">
        <w:rPr>
          <w:rFonts w:ascii="Times New Roman" w:hAnsi="Times New Roman" w:cs="Times New Roman"/>
          <w:bCs/>
          <w:sz w:val="28"/>
          <w:szCs w:val="28"/>
          <w:lang w:val="uk-UA"/>
        </w:rPr>
        <w:t xml:space="preserve"> (дата звернення: 15.12.2025).</w:t>
      </w:r>
    </w:p>
    <w:p w14:paraId="6CA6E40A" w14:textId="66E0EF0E" w:rsidR="00BE1067" w:rsidRPr="00AE482E" w:rsidRDefault="00BE1067" w:rsidP="00DC6652">
      <w:pPr>
        <w:spacing w:after="0" w:line="360" w:lineRule="auto"/>
        <w:rPr>
          <w:rFonts w:ascii="Times New Roman" w:hAnsi="Times New Roman" w:cs="Times New Roman"/>
          <w:bCs/>
          <w:sz w:val="28"/>
          <w:szCs w:val="28"/>
          <w:lang w:val="uk-UA"/>
        </w:rPr>
      </w:pPr>
    </w:p>
    <w:sectPr w:rsidR="00BE1067" w:rsidRPr="00AE482E" w:rsidSect="00FD160E">
      <w:pgSz w:w="12240" w:h="15840"/>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E263A" w14:textId="77777777" w:rsidR="00C232A4" w:rsidRDefault="00C232A4" w:rsidP="001D22DF">
      <w:pPr>
        <w:spacing w:after="0" w:line="240" w:lineRule="auto"/>
      </w:pPr>
      <w:r>
        <w:separator/>
      </w:r>
    </w:p>
  </w:endnote>
  <w:endnote w:type="continuationSeparator" w:id="0">
    <w:p w14:paraId="60662FB7" w14:textId="77777777" w:rsidR="00C232A4" w:rsidRDefault="00C232A4" w:rsidP="001D2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6000D" w14:textId="77777777" w:rsidR="00C232A4" w:rsidRDefault="00C232A4" w:rsidP="001D22DF">
      <w:pPr>
        <w:spacing w:after="0" w:line="240" w:lineRule="auto"/>
      </w:pPr>
      <w:r>
        <w:separator/>
      </w:r>
    </w:p>
  </w:footnote>
  <w:footnote w:type="continuationSeparator" w:id="0">
    <w:p w14:paraId="0EA07BD6" w14:textId="77777777" w:rsidR="00C232A4" w:rsidRDefault="00C232A4" w:rsidP="001D22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969106"/>
      <w:docPartObj>
        <w:docPartGallery w:val="Page Numbers (Top of Page)"/>
        <w:docPartUnique/>
      </w:docPartObj>
    </w:sdtPr>
    <w:sdtEndPr/>
    <w:sdtContent>
      <w:p w14:paraId="243A603D" w14:textId="37E2E5D3" w:rsidR="001639F1" w:rsidRPr="001D22DF" w:rsidRDefault="001639F1" w:rsidP="001D22DF">
        <w:pPr>
          <w:pStyle w:val="ad"/>
          <w:jc w:val="right"/>
        </w:pPr>
        <w:r>
          <w:fldChar w:fldCharType="begin"/>
        </w:r>
        <w:r>
          <w:instrText>PAGE   \* MERGEFORMAT</w:instrText>
        </w:r>
        <w:r>
          <w:fldChar w:fldCharType="separate"/>
        </w:r>
        <w:r w:rsidR="002569B8" w:rsidRPr="002569B8">
          <w:rPr>
            <w:noProof/>
            <w:lang w:val="uk-UA"/>
          </w:rPr>
          <w:t>6</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1384565A"/>
    <w:multiLevelType w:val="multilevel"/>
    <w:tmpl w:val="E4B2396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8323F6"/>
    <w:multiLevelType w:val="multilevel"/>
    <w:tmpl w:val="9DC88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CD1DC5"/>
    <w:multiLevelType w:val="multilevel"/>
    <w:tmpl w:val="C7B4F67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9D7879"/>
    <w:multiLevelType w:val="singleLevel"/>
    <w:tmpl w:val="259D7879"/>
    <w:lvl w:ilvl="0">
      <w:start w:val="1"/>
      <w:numFmt w:val="bullet"/>
      <w:lvlText w:val="−"/>
      <w:lvlJc w:val="left"/>
      <w:pPr>
        <w:tabs>
          <w:tab w:val="left" w:pos="420"/>
        </w:tabs>
        <w:ind w:left="420" w:hanging="420"/>
      </w:pPr>
      <w:rPr>
        <w:rFonts w:ascii="Times New Roman" w:hAnsi="Times New Roman" w:cs="Times New Roman" w:hint="default"/>
      </w:rPr>
    </w:lvl>
  </w:abstractNum>
  <w:abstractNum w:abstractNumId="13" w15:restartNumberingAfterBreak="0">
    <w:nsid w:val="26653441"/>
    <w:multiLevelType w:val="hybridMultilevel"/>
    <w:tmpl w:val="D2C0BD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FD008E2"/>
    <w:multiLevelType w:val="multilevel"/>
    <w:tmpl w:val="CBF6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A56564"/>
    <w:multiLevelType w:val="multilevel"/>
    <w:tmpl w:val="D76C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917E76"/>
    <w:multiLevelType w:val="multilevel"/>
    <w:tmpl w:val="A3EA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9E1899"/>
    <w:multiLevelType w:val="hybridMultilevel"/>
    <w:tmpl w:val="A9548B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61960719"/>
    <w:multiLevelType w:val="multilevel"/>
    <w:tmpl w:val="D38C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7A771F"/>
    <w:multiLevelType w:val="multilevel"/>
    <w:tmpl w:val="292A744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882B76"/>
    <w:multiLevelType w:val="hybridMultilevel"/>
    <w:tmpl w:val="1B8AC7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7106F645"/>
    <w:multiLevelType w:val="singleLevel"/>
    <w:tmpl w:val="7106F645"/>
    <w:lvl w:ilvl="0">
      <w:start w:val="1"/>
      <w:numFmt w:val="bullet"/>
      <w:lvlText w:val="−"/>
      <w:lvlJc w:val="left"/>
      <w:pPr>
        <w:tabs>
          <w:tab w:val="left" w:pos="420"/>
        </w:tabs>
        <w:ind w:left="420" w:hanging="420"/>
      </w:pPr>
      <w:rPr>
        <w:rFonts w:ascii="Times New Roman" w:hAnsi="Times New Roman" w:cs="Times New Roman" w:hint="default"/>
      </w:rPr>
    </w:lvl>
  </w:abstractNum>
  <w:abstractNum w:abstractNumId="22" w15:restartNumberingAfterBreak="0">
    <w:nsid w:val="78151B71"/>
    <w:multiLevelType w:val="multilevel"/>
    <w:tmpl w:val="292A744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136CE3"/>
    <w:multiLevelType w:val="multilevel"/>
    <w:tmpl w:val="1EA8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3"/>
  </w:num>
  <w:num w:numId="3">
    <w:abstractNumId w:val="12"/>
  </w:num>
  <w:num w:numId="4">
    <w:abstractNumId w:val="21"/>
  </w:num>
  <w:num w:numId="5">
    <w:abstractNumId w:val="17"/>
  </w:num>
  <w:num w:numId="6">
    <w:abstractNumId w:val="18"/>
  </w:num>
  <w:num w:numId="7">
    <w:abstractNumId w:val="13"/>
  </w:num>
  <w:num w:numId="8">
    <w:abstractNumId w:val="15"/>
  </w:num>
  <w:num w:numId="9">
    <w:abstractNumId w:val="19"/>
  </w:num>
  <w:num w:numId="10">
    <w:abstractNumId w:val="11"/>
  </w:num>
  <w:num w:numId="11">
    <w:abstractNumId w:val="8"/>
  </w:num>
  <w:num w:numId="12">
    <w:abstractNumId w:val="6"/>
  </w:num>
  <w:num w:numId="13">
    <w:abstractNumId w:val="5"/>
  </w:num>
  <w:num w:numId="14">
    <w:abstractNumId w:val="4"/>
  </w:num>
  <w:num w:numId="15">
    <w:abstractNumId w:val="7"/>
  </w:num>
  <w:num w:numId="16">
    <w:abstractNumId w:val="3"/>
  </w:num>
  <w:num w:numId="17">
    <w:abstractNumId w:val="2"/>
  </w:num>
  <w:num w:numId="18">
    <w:abstractNumId w:val="1"/>
  </w:num>
  <w:num w:numId="19">
    <w:abstractNumId w:val="0"/>
  </w:num>
  <w:num w:numId="20">
    <w:abstractNumId w:val="20"/>
  </w:num>
  <w:num w:numId="21">
    <w:abstractNumId w:val="10"/>
  </w:num>
  <w:num w:numId="22">
    <w:abstractNumId w:val="16"/>
  </w:num>
  <w:num w:numId="23">
    <w:abstractNumId w:val="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829"/>
    <w:rsid w:val="000274D5"/>
    <w:rsid w:val="000B084C"/>
    <w:rsid w:val="001142DB"/>
    <w:rsid w:val="001639F1"/>
    <w:rsid w:val="00196AEA"/>
    <w:rsid w:val="001D22DF"/>
    <w:rsid w:val="00222B60"/>
    <w:rsid w:val="002569B8"/>
    <w:rsid w:val="002E18F2"/>
    <w:rsid w:val="002E5FF2"/>
    <w:rsid w:val="00323CB7"/>
    <w:rsid w:val="00334472"/>
    <w:rsid w:val="00341371"/>
    <w:rsid w:val="00395707"/>
    <w:rsid w:val="003C45D9"/>
    <w:rsid w:val="003D2A91"/>
    <w:rsid w:val="003D6A22"/>
    <w:rsid w:val="003F7C24"/>
    <w:rsid w:val="00510C7E"/>
    <w:rsid w:val="00515077"/>
    <w:rsid w:val="00570AEB"/>
    <w:rsid w:val="006C0BBA"/>
    <w:rsid w:val="006C7C92"/>
    <w:rsid w:val="00750BFA"/>
    <w:rsid w:val="00752928"/>
    <w:rsid w:val="00767F6B"/>
    <w:rsid w:val="008C4D6C"/>
    <w:rsid w:val="00945CB4"/>
    <w:rsid w:val="00A6403C"/>
    <w:rsid w:val="00AE482E"/>
    <w:rsid w:val="00B24D60"/>
    <w:rsid w:val="00BE1067"/>
    <w:rsid w:val="00C232A4"/>
    <w:rsid w:val="00CA1700"/>
    <w:rsid w:val="00DC6652"/>
    <w:rsid w:val="00DE2274"/>
    <w:rsid w:val="00E04829"/>
    <w:rsid w:val="00E75C23"/>
    <w:rsid w:val="00EA5DF7"/>
    <w:rsid w:val="00EF7C44"/>
    <w:rsid w:val="00F17B8C"/>
    <w:rsid w:val="00F240AC"/>
    <w:rsid w:val="00F62A20"/>
    <w:rsid w:val="00F8563D"/>
    <w:rsid w:val="00FD1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44FAC"/>
  <w15:docId w15:val="{22D028E4-C814-40F0-9E7F-9235DC949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link w:val="10"/>
    <w:uiPriority w:val="9"/>
    <w:qFormat/>
    <w:rsid w:val="00510C7E"/>
    <w:pPr>
      <w:keepNext/>
      <w:keepLines/>
      <w:spacing w:before="240" w:after="0" w:line="360" w:lineRule="auto"/>
      <w:jc w:val="center"/>
      <w:outlineLvl w:val="0"/>
    </w:pPr>
    <w:rPr>
      <w:rFonts w:ascii="Times New Roman" w:eastAsiaTheme="majorEastAsia" w:hAnsi="Times New Roman" w:cstheme="majorBidi"/>
      <w:b/>
      <w:caps/>
      <w:color w:val="000000" w:themeColor="text1"/>
      <w:sz w:val="28"/>
      <w:szCs w:val="32"/>
    </w:rPr>
  </w:style>
  <w:style w:type="paragraph" w:styleId="21">
    <w:name w:val="heading 2"/>
    <w:basedOn w:val="a1"/>
    <w:link w:val="22"/>
    <w:uiPriority w:val="9"/>
    <w:qFormat/>
    <w:rsid w:val="00510C7E"/>
    <w:pPr>
      <w:spacing w:before="100" w:beforeAutospacing="1" w:after="100" w:afterAutospacing="1" w:line="360" w:lineRule="auto"/>
      <w:jc w:val="center"/>
      <w:outlineLvl w:val="1"/>
    </w:pPr>
    <w:rPr>
      <w:rFonts w:ascii="Times New Roman" w:eastAsia="Times New Roman" w:hAnsi="Times New Roman" w:cs="Times New Roman"/>
      <w:b/>
      <w:bCs/>
      <w:sz w:val="28"/>
      <w:szCs w:val="36"/>
      <w:lang w:val="ru-RU" w:eastAsia="ru-RU"/>
    </w:rPr>
  </w:style>
  <w:style w:type="paragraph" w:styleId="31">
    <w:name w:val="heading 3"/>
    <w:basedOn w:val="a1"/>
    <w:link w:val="32"/>
    <w:uiPriority w:val="9"/>
    <w:qFormat/>
    <w:rsid w:val="00323CB7"/>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1"/>
    <w:next w:val="a1"/>
    <w:link w:val="40"/>
    <w:uiPriority w:val="9"/>
    <w:semiHidden/>
    <w:unhideWhenUsed/>
    <w:qFormat/>
    <w:rsid w:val="006C7C92"/>
    <w:pPr>
      <w:keepNext/>
      <w:keepLines/>
      <w:spacing w:before="200" w:after="0"/>
      <w:outlineLvl w:val="3"/>
    </w:pPr>
    <w:rPr>
      <w:rFonts w:asciiTheme="majorHAnsi" w:eastAsiaTheme="majorEastAsia" w:hAnsiTheme="majorHAnsi" w:cstheme="majorBidi"/>
      <w:b/>
      <w:bCs/>
      <w:i/>
      <w:iCs/>
      <w:color w:val="4F81BD" w:themeColor="accent1"/>
      <w:sz w:val="28"/>
    </w:rPr>
  </w:style>
  <w:style w:type="paragraph" w:styleId="5">
    <w:name w:val="heading 5"/>
    <w:basedOn w:val="a1"/>
    <w:next w:val="a1"/>
    <w:link w:val="50"/>
    <w:uiPriority w:val="9"/>
    <w:semiHidden/>
    <w:unhideWhenUsed/>
    <w:qFormat/>
    <w:rsid w:val="006C7C92"/>
    <w:pPr>
      <w:keepNext/>
      <w:keepLines/>
      <w:spacing w:before="200" w:after="0"/>
      <w:outlineLvl w:val="4"/>
    </w:pPr>
    <w:rPr>
      <w:rFonts w:asciiTheme="majorHAnsi" w:eastAsiaTheme="majorEastAsia" w:hAnsiTheme="majorHAnsi" w:cstheme="majorBidi"/>
      <w:color w:val="243F60" w:themeColor="accent1" w:themeShade="7F"/>
      <w:sz w:val="28"/>
    </w:rPr>
  </w:style>
  <w:style w:type="paragraph" w:styleId="6">
    <w:name w:val="heading 6"/>
    <w:basedOn w:val="a1"/>
    <w:next w:val="a1"/>
    <w:link w:val="60"/>
    <w:uiPriority w:val="9"/>
    <w:semiHidden/>
    <w:unhideWhenUsed/>
    <w:qFormat/>
    <w:rsid w:val="006C7C92"/>
    <w:pPr>
      <w:keepNext/>
      <w:keepLines/>
      <w:spacing w:before="200" w:after="0"/>
      <w:outlineLvl w:val="5"/>
    </w:pPr>
    <w:rPr>
      <w:rFonts w:asciiTheme="majorHAnsi" w:eastAsiaTheme="majorEastAsia" w:hAnsiTheme="majorHAnsi" w:cstheme="majorBidi"/>
      <w:i/>
      <w:iCs/>
      <w:color w:val="243F60" w:themeColor="accent1" w:themeShade="7F"/>
      <w:sz w:val="28"/>
    </w:rPr>
  </w:style>
  <w:style w:type="paragraph" w:styleId="7">
    <w:name w:val="heading 7"/>
    <w:basedOn w:val="a1"/>
    <w:next w:val="a1"/>
    <w:link w:val="70"/>
    <w:uiPriority w:val="9"/>
    <w:semiHidden/>
    <w:unhideWhenUsed/>
    <w:qFormat/>
    <w:rsid w:val="006C7C92"/>
    <w:pPr>
      <w:keepNext/>
      <w:keepLines/>
      <w:spacing w:before="200" w:after="0"/>
      <w:outlineLvl w:val="6"/>
    </w:pPr>
    <w:rPr>
      <w:rFonts w:asciiTheme="majorHAnsi" w:eastAsiaTheme="majorEastAsia" w:hAnsiTheme="majorHAnsi" w:cstheme="majorBidi"/>
      <w:i/>
      <w:iCs/>
      <w:color w:val="404040" w:themeColor="text1" w:themeTint="BF"/>
      <w:sz w:val="28"/>
    </w:rPr>
  </w:style>
  <w:style w:type="paragraph" w:styleId="8">
    <w:name w:val="heading 8"/>
    <w:basedOn w:val="a1"/>
    <w:next w:val="a1"/>
    <w:link w:val="80"/>
    <w:uiPriority w:val="9"/>
    <w:semiHidden/>
    <w:unhideWhenUsed/>
    <w:qFormat/>
    <w:rsid w:val="006C7C9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6C7C9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945CB4"/>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945CB4"/>
    <w:rPr>
      <w:rFonts w:ascii="Tahoma" w:hAnsi="Tahoma" w:cs="Tahoma"/>
      <w:sz w:val="16"/>
      <w:szCs w:val="16"/>
    </w:rPr>
  </w:style>
  <w:style w:type="paragraph" w:styleId="a7">
    <w:name w:val="Normal (Web)"/>
    <w:basedOn w:val="a1"/>
    <w:uiPriority w:val="99"/>
    <w:semiHidden/>
    <w:unhideWhenUsed/>
    <w:rsid w:val="00323CB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Strong"/>
    <w:basedOn w:val="a2"/>
    <w:uiPriority w:val="22"/>
    <w:qFormat/>
    <w:rsid w:val="00323CB7"/>
    <w:rPr>
      <w:b/>
      <w:bCs/>
    </w:rPr>
  </w:style>
  <w:style w:type="character" w:customStyle="1" w:styleId="22">
    <w:name w:val="Заголовок 2 Знак"/>
    <w:basedOn w:val="a2"/>
    <w:link w:val="21"/>
    <w:uiPriority w:val="9"/>
    <w:rsid w:val="00510C7E"/>
    <w:rPr>
      <w:rFonts w:ascii="Times New Roman" w:eastAsia="Times New Roman" w:hAnsi="Times New Roman" w:cs="Times New Roman"/>
      <w:b/>
      <w:bCs/>
      <w:sz w:val="28"/>
      <w:szCs w:val="36"/>
      <w:lang w:val="ru-RU" w:eastAsia="ru-RU"/>
    </w:rPr>
  </w:style>
  <w:style w:type="character" w:customStyle="1" w:styleId="32">
    <w:name w:val="Заголовок 3 Знак"/>
    <w:basedOn w:val="a2"/>
    <w:link w:val="31"/>
    <w:uiPriority w:val="9"/>
    <w:rsid w:val="00323CB7"/>
    <w:rPr>
      <w:rFonts w:ascii="Times New Roman" w:eastAsia="Times New Roman" w:hAnsi="Times New Roman" w:cs="Times New Roman"/>
      <w:b/>
      <w:bCs/>
      <w:sz w:val="27"/>
      <w:szCs w:val="27"/>
      <w:lang w:val="ru-RU" w:eastAsia="ru-RU"/>
    </w:rPr>
  </w:style>
  <w:style w:type="character" w:styleId="a9">
    <w:name w:val="Hyperlink"/>
    <w:basedOn w:val="a2"/>
    <w:uiPriority w:val="99"/>
    <w:unhideWhenUsed/>
    <w:rsid w:val="00323CB7"/>
    <w:rPr>
      <w:color w:val="0000FF"/>
      <w:u w:val="single"/>
    </w:rPr>
  </w:style>
  <w:style w:type="paragraph" w:styleId="HTML">
    <w:name w:val="HTML Preformatted"/>
    <w:basedOn w:val="a1"/>
    <w:link w:val="HTML0"/>
    <w:uiPriority w:val="99"/>
    <w:semiHidden/>
    <w:unhideWhenUsed/>
    <w:rsid w:val="0032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2"/>
    <w:link w:val="HTML"/>
    <w:uiPriority w:val="99"/>
    <w:semiHidden/>
    <w:rsid w:val="00323CB7"/>
    <w:rPr>
      <w:rFonts w:ascii="Courier New" w:eastAsia="Times New Roman" w:hAnsi="Courier New" w:cs="Courier New"/>
      <w:sz w:val="20"/>
      <w:szCs w:val="20"/>
      <w:lang w:val="ru-RU" w:eastAsia="ru-RU"/>
    </w:rPr>
  </w:style>
  <w:style w:type="character" w:customStyle="1" w:styleId="10">
    <w:name w:val="Заголовок 1 Знак"/>
    <w:basedOn w:val="a2"/>
    <w:link w:val="1"/>
    <w:uiPriority w:val="9"/>
    <w:rsid w:val="00510C7E"/>
    <w:rPr>
      <w:rFonts w:ascii="Times New Roman" w:eastAsiaTheme="majorEastAsia" w:hAnsi="Times New Roman" w:cstheme="majorBidi"/>
      <w:b/>
      <w:caps/>
      <w:color w:val="000000" w:themeColor="text1"/>
      <w:sz w:val="28"/>
      <w:szCs w:val="32"/>
    </w:rPr>
  </w:style>
  <w:style w:type="paragraph" w:styleId="aa">
    <w:name w:val="Body Text"/>
    <w:basedOn w:val="a1"/>
    <w:link w:val="ab"/>
    <w:uiPriority w:val="99"/>
    <w:qFormat/>
    <w:rsid w:val="00510C7E"/>
    <w:pPr>
      <w:widowControl w:val="0"/>
      <w:autoSpaceDE w:val="0"/>
      <w:autoSpaceDN w:val="0"/>
      <w:spacing w:after="0" w:line="240" w:lineRule="auto"/>
    </w:pPr>
    <w:rPr>
      <w:rFonts w:ascii="Times New Roman" w:eastAsia="Times New Roman" w:hAnsi="Times New Roman" w:cs="Times New Roman"/>
      <w:sz w:val="28"/>
      <w:szCs w:val="28"/>
      <w:lang w:val="ru-RU"/>
    </w:rPr>
  </w:style>
  <w:style w:type="character" w:customStyle="1" w:styleId="ab">
    <w:name w:val="Основной текст Знак"/>
    <w:basedOn w:val="a2"/>
    <w:link w:val="aa"/>
    <w:uiPriority w:val="99"/>
    <w:qFormat/>
    <w:rsid w:val="00510C7E"/>
    <w:rPr>
      <w:rFonts w:ascii="Times New Roman" w:eastAsia="Times New Roman" w:hAnsi="Times New Roman" w:cs="Times New Roman"/>
      <w:sz w:val="28"/>
      <w:szCs w:val="28"/>
      <w:lang w:val="ru-RU"/>
    </w:rPr>
  </w:style>
  <w:style w:type="paragraph" w:styleId="ac">
    <w:name w:val="List Paragraph"/>
    <w:basedOn w:val="a1"/>
    <w:uiPriority w:val="34"/>
    <w:qFormat/>
    <w:rsid w:val="00510C7E"/>
    <w:pPr>
      <w:ind w:left="720"/>
      <w:contextualSpacing/>
    </w:pPr>
  </w:style>
  <w:style w:type="character" w:customStyle="1" w:styleId="40">
    <w:name w:val="Заголовок 4 Знак"/>
    <w:basedOn w:val="a2"/>
    <w:link w:val="4"/>
    <w:uiPriority w:val="9"/>
    <w:semiHidden/>
    <w:rsid w:val="006C7C92"/>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2"/>
    <w:link w:val="5"/>
    <w:uiPriority w:val="9"/>
    <w:semiHidden/>
    <w:rsid w:val="006C7C92"/>
    <w:rPr>
      <w:rFonts w:asciiTheme="majorHAnsi" w:eastAsiaTheme="majorEastAsia" w:hAnsiTheme="majorHAnsi" w:cstheme="majorBidi"/>
      <w:color w:val="243F60" w:themeColor="accent1" w:themeShade="7F"/>
      <w:sz w:val="28"/>
    </w:rPr>
  </w:style>
  <w:style w:type="character" w:customStyle="1" w:styleId="60">
    <w:name w:val="Заголовок 6 Знак"/>
    <w:basedOn w:val="a2"/>
    <w:link w:val="6"/>
    <w:uiPriority w:val="9"/>
    <w:semiHidden/>
    <w:rsid w:val="006C7C92"/>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2"/>
    <w:link w:val="7"/>
    <w:uiPriority w:val="9"/>
    <w:semiHidden/>
    <w:rsid w:val="006C7C92"/>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2"/>
    <w:link w:val="8"/>
    <w:uiPriority w:val="9"/>
    <w:semiHidden/>
    <w:rsid w:val="006C7C92"/>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6C7C92"/>
    <w:rPr>
      <w:rFonts w:asciiTheme="majorHAnsi" w:eastAsiaTheme="majorEastAsia" w:hAnsiTheme="majorHAnsi" w:cstheme="majorBidi"/>
      <w:i/>
      <w:iCs/>
      <w:color w:val="404040" w:themeColor="text1" w:themeTint="BF"/>
      <w:sz w:val="20"/>
      <w:szCs w:val="20"/>
    </w:rPr>
  </w:style>
  <w:style w:type="paragraph" w:styleId="ad">
    <w:name w:val="header"/>
    <w:basedOn w:val="a1"/>
    <w:link w:val="ae"/>
    <w:uiPriority w:val="99"/>
    <w:unhideWhenUsed/>
    <w:rsid w:val="006C7C92"/>
    <w:pPr>
      <w:tabs>
        <w:tab w:val="center" w:pos="4680"/>
        <w:tab w:val="right" w:pos="9360"/>
      </w:tabs>
      <w:spacing w:after="0" w:line="240" w:lineRule="auto"/>
    </w:pPr>
    <w:rPr>
      <w:rFonts w:ascii="Times New Roman" w:eastAsia="Times New Roman" w:hAnsi="Times New Roman"/>
      <w:sz w:val="28"/>
    </w:rPr>
  </w:style>
  <w:style w:type="character" w:customStyle="1" w:styleId="ae">
    <w:name w:val="Верхний колонтитул Знак"/>
    <w:basedOn w:val="a2"/>
    <w:link w:val="ad"/>
    <w:uiPriority w:val="99"/>
    <w:rsid w:val="006C7C92"/>
    <w:rPr>
      <w:rFonts w:ascii="Times New Roman" w:eastAsia="Times New Roman" w:hAnsi="Times New Roman"/>
      <w:sz w:val="28"/>
    </w:rPr>
  </w:style>
  <w:style w:type="paragraph" w:styleId="af">
    <w:name w:val="footer"/>
    <w:basedOn w:val="a1"/>
    <w:link w:val="af0"/>
    <w:uiPriority w:val="99"/>
    <w:unhideWhenUsed/>
    <w:rsid w:val="006C7C92"/>
    <w:pPr>
      <w:tabs>
        <w:tab w:val="center" w:pos="4680"/>
        <w:tab w:val="right" w:pos="9360"/>
      </w:tabs>
      <w:spacing w:after="0" w:line="240" w:lineRule="auto"/>
    </w:pPr>
    <w:rPr>
      <w:rFonts w:ascii="Times New Roman" w:eastAsia="Times New Roman" w:hAnsi="Times New Roman"/>
      <w:sz w:val="28"/>
    </w:rPr>
  </w:style>
  <w:style w:type="character" w:customStyle="1" w:styleId="af0">
    <w:name w:val="Нижний колонтитул Знак"/>
    <w:basedOn w:val="a2"/>
    <w:link w:val="af"/>
    <w:uiPriority w:val="99"/>
    <w:rsid w:val="006C7C92"/>
    <w:rPr>
      <w:rFonts w:ascii="Times New Roman" w:eastAsia="Times New Roman" w:hAnsi="Times New Roman"/>
      <w:sz w:val="28"/>
    </w:rPr>
  </w:style>
  <w:style w:type="paragraph" w:styleId="af1">
    <w:name w:val="No Spacing"/>
    <w:uiPriority w:val="1"/>
    <w:qFormat/>
    <w:rsid w:val="006C7C92"/>
    <w:pPr>
      <w:spacing w:after="0" w:line="240" w:lineRule="auto"/>
    </w:pPr>
    <w:rPr>
      <w:rFonts w:eastAsiaTheme="minorEastAsia"/>
    </w:rPr>
  </w:style>
  <w:style w:type="paragraph" w:styleId="af2">
    <w:name w:val="Title"/>
    <w:basedOn w:val="a1"/>
    <w:next w:val="a1"/>
    <w:link w:val="af3"/>
    <w:uiPriority w:val="10"/>
    <w:qFormat/>
    <w:rsid w:val="006C7C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Заголовок Знак"/>
    <w:basedOn w:val="a2"/>
    <w:link w:val="af2"/>
    <w:uiPriority w:val="10"/>
    <w:rsid w:val="006C7C92"/>
    <w:rPr>
      <w:rFonts w:asciiTheme="majorHAnsi" w:eastAsiaTheme="majorEastAsia" w:hAnsiTheme="majorHAnsi" w:cstheme="majorBidi"/>
      <w:color w:val="17365D" w:themeColor="text2" w:themeShade="BF"/>
      <w:spacing w:val="5"/>
      <w:kern w:val="28"/>
      <w:sz w:val="52"/>
      <w:szCs w:val="52"/>
    </w:rPr>
  </w:style>
  <w:style w:type="paragraph" w:styleId="af4">
    <w:name w:val="Subtitle"/>
    <w:basedOn w:val="a1"/>
    <w:next w:val="a1"/>
    <w:link w:val="af5"/>
    <w:uiPriority w:val="11"/>
    <w:qFormat/>
    <w:rsid w:val="006C7C9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5">
    <w:name w:val="Подзаголовок Знак"/>
    <w:basedOn w:val="a2"/>
    <w:link w:val="af4"/>
    <w:uiPriority w:val="11"/>
    <w:rsid w:val="006C7C92"/>
    <w:rPr>
      <w:rFonts w:asciiTheme="majorHAnsi" w:eastAsiaTheme="majorEastAsia" w:hAnsiTheme="majorHAnsi" w:cstheme="majorBidi"/>
      <w:i/>
      <w:iCs/>
      <w:color w:val="4F81BD" w:themeColor="accent1"/>
      <w:spacing w:val="15"/>
      <w:sz w:val="24"/>
      <w:szCs w:val="24"/>
    </w:rPr>
  </w:style>
  <w:style w:type="paragraph" w:styleId="23">
    <w:name w:val="Body Text 2"/>
    <w:basedOn w:val="a1"/>
    <w:link w:val="24"/>
    <w:uiPriority w:val="99"/>
    <w:unhideWhenUsed/>
    <w:rsid w:val="006C7C92"/>
    <w:pPr>
      <w:spacing w:after="120" w:line="480" w:lineRule="auto"/>
    </w:pPr>
    <w:rPr>
      <w:rFonts w:ascii="Times New Roman" w:eastAsia="Times New Roman" w:hAnsi="Times New Roman"/>
      <w:sz w:val="28"/>
    </w:rPr>
  </w:style>
  <w:style w:type="character" w:customStyle="1" w:styleId="24">
    <w:name w:val="Основной текст 2 Знак"/>
    <w:basedOn w:val="a2"/>
    <w:link w:val="23"/>
    <w:uiPriority w:val="99"/>
    <w:rsid w:val="006C7C92"/>
    <w:rPr>
      <w:rFonts w:ascii="Times New Roman" w:eastAsia="Times New Roman" w:hAnsi="Times New Roman"/>
      <w:sz w:val="28"/>
    </w:rPr>
  </w:style>
  <w:style w:type="paragraph" w:styleId="33">
    <w:name w:val="Body Text 3"/>
    <w:basedOn w:val="a1"/>
    <w:link w:val="34"/>
    <w:uiPriority w:val="99"/>
    <w:unhideWhenUsed/>
    <w:rsid w:val="006C7C92"/>
    <w:pPr>
      <w:spacing w:after="120"/>
    </w:pPr>
    <w:rPr>
      <w:rFonts w:ascii="Times New Roman" w:eastAsia="Times New Roman" w:hAnsi="Times New Roman"/>
      <w:sz w:val="16"/>
      <w:szCs w:val="16"/>
    </w:rPr>
  </w:style>
  <w:style w:type="character" w:customStyle="1" w:styleId="34">
    <w:name w:val="Основной текст 3 Знак"/>
    <w:basedOn w:val="a2"/>
    <w:link w:val="33"/>
    <w:uiPriority w:val="99"/>
    <w:rsid w:val="006C7C92"/>
    <w:rPr>
      <w:rFonts w:ascii="Times New Roman" w:eastAsia="Times New Roman" w:hAnsi="Times New Roman"/>
      <w:sz w:val="16"/>
      <w:szCs w:val="16"/>
    </w:rPr>
  </w:style>
  <w:style w:type="paragraph" w:styleId="af6">
    <w:name w:val="List"/>
    <w:basedOn w:val="a1"/>
    <w:uiPriority w:val="99"/>
    <w:unhideWhenUsed/>
    <w:rsid w:val="006C7C92"/>
    <w:pPr>
      <w:ind w:left="360" w:hanging="360"/>
      <w:contextualSpacing/>
    </w:pPr>
    <w:rPr>
      <w:rFonts w:ascii="Times New Roman" w:eastAsia="Times New Roman" w:hAnsi="Times New Roman"/>
      <w:sz w:val="28"/>
    </w:rPr>
  </w:style>
  <w:style w:type="paragraph" w:styleId="25">
    <w:name w:val="List 2"/>
    <w:basedOn w:val="a1"/>
    <w:uiPriority w:val="99"/>
    <w:unhideWhenUsed/>
    <w:rsid w:val="006C7C92"/>
    <w:pPr>
      <w:ind w:left="720" w:hanging="360"/>
      <w:contextualSpacing/>
    </w:pPr>
    <w:rPr>
      <w:rFonts w:ascii="Times New Roman" w:eastAsia="Times New Roman" w:hAnsi="Times New Roman"/>
      <w:sz w:val="28"/>
    </w:rPr>
  </w:style>
  <w:style w:type="paragraph" w:styleId="35">
    <w:name w:val="List 3"/>
    <w:basedOn w:val="a1"/>
    <w:uiPriority w:val="99"/>
    <w:unhideWhenUsed/>
    <w:rsid w:val="006C7C92"/>
    <w:pPr>
      <w:ind w:left="1080" w:hanging="360"/>
      <w:contextualSpacing/>
    </w:pPr>
    <w:rPr>
      <w:rFonts w:ascii="Times New Roman" w:eastAsia="Times New Roman" w:hAnsi="Times New Roman"/>
      <w:sz w:val="28"/>
    </w:rPr>
  </w:style>
  <w:style w:type="paragraph" w:styleId="a0">
    <w:name w:val="List Bullet"/>
    <w:basedOn w:val="a1"/>
    <w:uiPriority w:val="99"/>
    <w:unhideWhenUsed/>
    <w:rsid w:val="006C7C92"/>
    <w:pPr>
      <w:numPr>
        <w:numId w:val="11"/>
      </w:numPr>
      <w:tabs>
        <w:tab w:val="clear" w:pos="360"/>
      </w:tabs>
      <w:ind w:left="0" w:firstLine="0"/>
      <w:contextualSpacing/>
    </w:pPr>
    <w:rPr>
      <w:rFonts w:ascii="Times New Roman" w:eastAsia="Times New Roman" w:hAnsi="Times New Roman"/>
      <w:sz w:val="28"/>
    </w:rPr>
  </w:style>
  <w:style w:type="paragraph" w:styleId="20">
    <w:name w:val="List Bullet 2"/>
    <w:basedOn w:val="a1"/>
    <w:uiPriority w:val="99"/>
    <w:unhideWhenUsed/>
    <w:rsid w:val="006C7C92"/>
    <w:pPr>
      <w:numPr>
        <w:numId w:val="12"/>
      </w:numPr>
      <w:tabs>
        <w:tab w:val="clear" w:pos="720"/>
      </w:tabs>
      <w:ind w:left="0" w:firstLine="0"/>
      <w:contextualSpacing/>
    </w:pPr>
    <w:rPr>
      <w:rFonts w:ascii="Times New Roman" w:eastAsia="Times New Roman" w:hAnsi="Times New Roman"/>
      <w:sz w:val="28"/>
    </w:rPr>
  </w:style>
  <w:style w:type="paragraph" w:styleId="30">
    <w:name w:val="List Bullet 3"/>
    <w:basedOn w:val="a1"/>
    <w:uiPriority w:val="99"/>
    <w:unhideWhenUsed/>
    <w:rsid w:val="006C7C92"/>
    <w:pPr>
      <w:numPr>
        <w:numId w:val="13"/>
      </w:numPr>
      <w:tabs>
        <w:tab w:val="clear" w:pos="1080"/>
      </w:tabs>
      <w:ind w:left="0" w:firstLine="0"/>
      <w:contextualSpacing/>
    </w:pPr>
    <w:rPr>
      <w:rFonts w:ascii="Times New Roman" w:eastAsia="Times New Roman" w:hAnsi="Times New Roman"/>
      <w:sz w:val="28"/>
    </w:rPr>
  </w:style>
  <w:style w:type="paragraph" w:styleId="a">
    <w:name w:val="List Number"/>
    <w:basedOn w:val="a1"/>
    <w:uiPriority w:val="99"/>
    <w:unhideWhenUsed/>
    <w:rsid w:val="006C7C92"/>
    <w:pPr>
      <w:numPr>
        <w:numId w:val="15"/>
      </w:numPr>
      <w:tabs>
        <w:tab w:val="clear" w:pos="360"/>
      </w:tabs>
      <w:ind w:left="0" w:firstLine="0"/>
      <w:contextualSpacing/>
    </w:pPr>
    <w:rPr>
      <w:rFonts w:ascii="Times New Roman" w:eastAsia="Times New Roman" w:hAnsi="Times New Roman"/>
      <w:sz w:val="28"/>
    </w:rPr>
  </w:style>
  <w:style w:type="paragraph" w:styleId="2">
    <w:name w:val="List Number 2"/>
    <w:basedOn w:val="a1"/>
    <w:uiPriority w:val="99"/>
    <w:unhideWhenUsed/>
    <w:rsid w:val="006C7C92"/>
    <w:pPr>
      <w:numPr>
        <w:numId w:val="16"/>
      </w:numPr>
      <w:tabs>
        <w:tab w:val="clear" w:pos="720"/>
      </w:tabs>
      <w:ind w:left="0" w:firstLine="0"/>
      <w:contextualSpacing/>
    </w:pPr>
    <w:rPr>
      <w:rFonts w:ascii="Times New Roman" w:eastAsia="Times New Roman" w:hAnsi="Times New Roman"/>
      <w:sz w:val="28"/>
    </w:rPr>
  </w:style>
  <w:style w:type="paragraph" w:styleId="3">
    <w:name w:val="List Number 3"/>
    <w:basedOn w:val="a1"/>
    <w:uiPriority w:val="99"/>
    <w:unhideWhenUsed/>
    <w:rsid w:val="006C7C92"/>
    <w:pPr>
      <w:numPr>
        <w:numId w:val="17"/>
      </w:numPr>
      <w:tabs>
        <w:tab w:val="clear" w:pos="1080"/>
      </w:tabs>
      <w:ind w:left="0" w:firstLine="0"/>
      <w:contextualSpacing/>
    </w:pPr>
    <w:rPr>
      <w:rFonts w:ascii="Times New Roman" w:eastAsia="Times New Roman" w:hAnsi="Times New Roman"/>
      <w:sz w:val="28"/>
    </w:rPr>
  </w:style>
  <w:style w:type="paragraph" w:styleId="af7">
    <w:name w:val="List Continue"/>
    <w:basedOn w:val="a1"/>
    <w:uiPriority w:val="99"/>
    <w:unhideWhenUsed/>
    <w:rsid w:val="006C7C92"/>
    <w:pPr>
      <w:spacing w:after="120"/>
      <w:ind w:left="360"/>
      <w:contextualSpacing/>
    </w:pPr>
    <w:rPr>
      <w:rFonts w:ascii="Times New Roman" w:eastAsia="Times New Roman" w:hAnsi="Times New Roman"/>
      <w:sz w:val="28"/>
    </w:rPr>
  </w:style>
  <w:style w:type="paragraph" w:styleId="26">
    <w:name w:val="List Continue 2"/>
    <w:basedOn w:val="a1"/>
    <w:uiPriority w:val="99"/>
    <w:unhideWhenUsed/>
    <w:rsid w:val="006C7C92"/>
    <w:pPr>
      <w:spacing w:after="120"/>
      <w:ind w:left="720"/>
      <w:contextualSpacing/>
    </w:pPr>
    <w:rPr>
      <w:rFonts w:ascii="Times New Roman" w:eastAsia="Times New Roman" w:hAnsi="Times New Roman"/>
      <w:sz w:val="28"/>
    </w:rPr>
  </w:style>
  <w:style w:type="paragraph" w:styleId="36">
    <w:name w:val="List Continue 3"/>
    <w:basedOn w:val="a1"/>
    <w:uiPriority w:val="99"/>
    <w:unhideWhenUsed/>
    <w:rsid w:val="006C7C92"/>
    <w:pPr>
      <w:spacing w:after="120"/>
      <w:ind w:left="1080"/>
      <w:contextualSpacing/>
    </w:pPr>
    <w:rPr>
      <w:rFonts w:ascii="Times New Roman" w:eastAsia="Times New Roman" w:hAnsi="Times New Roman"/>
      <w:sz w:val="28"/>
    </w:rPr>
  </w:style>
  <w:style w:type="paragraph" w:styleId="af8">
    <w:name w:val="macro"/>
    <w:link w:val="af9"/>
    <w:uiPriority w:val="99"/>
    <w:unhideWhenUsed/>
    <w:rsid w:val="006C7C92"/>
    <w:pPr>
      <w:tabs>
        <w:tab w:val="left" w:pos="576"/>
        <w:tab w:val="left" w:pos="1152"/>
        <w:tab w:val="left" w:pos="1728"/>
        <w:tab w:val="left" w:pos="2304"/>
        <w:tab w:val="left" w:pos="2880"/>
        <w:tab w:val="left" w:pos="3456"/>
        <w:tab w:val="left" w:pos="4032"/>
      </w:tabs>
    </w:pPr>
    <w:rPr>
      <w:rFonts w:ascii="Courier" w:eastAsiaTheme="minorEastAsia" w:hAnsi="Courier"/>
      <w:sz w:val="20"/>
      <w:szCs w:val="20"/>
    </w:rPr>
  </w:style>
  <w:style w:type="character" w:customStyle="1" w:styleId="af9">
    <w:name w:val="Текст макроса Знак"/>
    <w:basedOn w:val="a2"/>
    <w:link w:val="af8"/>
    <w:uiPriority w:val="99"/>
    <w:rsid w:val="006C7C92"/>
    <w:rPr>
      <w:rFonts w:ascii="Courier" w:eastAsiaTheme="minorEastAsia" w:hAnsi="Courier"/>
      <w:sz w:val="20"/>
      <w:szCs w:val="20"/>
    </w:rPr>
  </w:style>
  <w:style w:type="paragraph" w:styleId="27">
    <w:name w:val="Quote"/>
    <w:basedOn w:val="a1"/>
    <w:next w:val="a1"/>
    <w:link w:val="28"/>
    <w:uiPriority w:val="29"/>
    <w:qFormat/>
    <w:rsid w:val="006C7C92"/>
    <w:rPr>
      <w:rFonts w:ascii="Times New Roman" w:eastAsia="Times New Roman" w:hAnsi="Times New Roman"/>
      <w:i/>
      <w:iCs/>
      <w:color w:val="000000" w:themeColor="text1"/>
      <w:sz w:val="28"/>
    </w:rPr>
  </w:style>
  <w:style w:type="character" w:customStyle="1" w:styleId="28">
    <w:name w:val="Цитата 2 Знак"/>
    <w:basedOn w:val="a2"/>
    <w:link w:val="27"/>
    <w:uiPriority w:val="29"/>
    <w:rsid w:val="006C7C92"/>
    <w:rPr>
      <w:rFonts w:ascii="Times New Roman" w:eastAsia="Times New Roman" w:hAnsi="Times New Roman"/>
      <w:i/>
      <w:iCs/>
      <w:color w:val="000000" w:themeColor="text1"/>
      <w:sz w:val="28"/>
    </w:rPr>
  </w:style>
  <w:style w:type="paragraph" w:styleId="afa">
    <w:name w:val="caption"/>
    <w:basedOn w:val="a1"/>
    <w:next w:val="a1"/>
    <w:uiPriority w:val="35"/>
    <w:semiHidden/>
    <w:unhideWhenUsed/>
    <w:qFormat/>
    <w:rsid w:val="006C7C92"/>
    <w:pPr>
      <w:spacing w:line="240" w:lineRule="auto"/>
    </w:pPr>
    <w:rPr>
      <w:rFonts w:ascii="Times New Roman" w:eastAsia="Times New Roman" w:hAnsi="Times New Roman"/>
      <w:b/>
      <w:bCs/>
      <w:color w:val="4F81BD" w:themeColor="accent1"/>
      <w:sz w:val="18"/>
      <w:szCs w:val="18"/>
    </w:rPr>
  </w:style>
  <w:style w:type="character" w:styleId="afb">
    <w:name w:val="Emphasis"/>
    <w:basedOn w:val="a2"/>
    <w:uiPriority w:val="20"/>
    <w:qFormat/>
    <w:rsid w:val="006C7C92"/>
    <w:rPr>
      <w:i/>
      <w:iCs/>
    </w:rPr>
  </w:style>
  <w:style w:type="paragraph" w:styleId="afc">
    <w:name w:val="Intense Quote"/>
    <w:basedOn w:val="a1"/>
    <w:next w:val="a1"/>
    <w:link w:val="afd"/>
    <w:uiPriority w:val="30"/>
    <w:qFormat/>
    <w:rsid w:val="006C7C92"/>
    <w:pPr>
      <w:pBdr>
        <w:bottom w:val="single" w:sz="4" w:space="4" w:color="4F81BD" w:themeColor="accent1"/>
      </w:pBdr>
      <w:spacing w:before="200" w:after="280"/>
      <w:ind w:left="936" w:right="936"/>
    </w:pPr>
    <w:rPr>
      <w:rFonts w:ascii="Times New Roman" w:eastAsia="Times New Roman" w:hAnsi="Times New Roman"/>
      <w:b/>
      <w:bCs/>
      <w:i/>
      <w:iCs/>
      <w:color w:val="4F81BD" w:themeColor="accent1"/>
      <w:sz w:val="28"/>
    </w:rPr>
  </w:style>
  <w:style w:type="character" w:customStyle="1" w:styleId="afd">
    <w:name w:val="Выделенная цитата Знак"/>
    <w:basedOn w:val="a2"/>
    <w:link w:val="afc"/>
    <w:uiPriority w:val="30"/>
    <w:rsid w:val="006C7C92"/>
    <w:rPr>
      <w:rFonts w:ascii="Times New Roman" w:eastAsia="Times New Roman" w:hAnsi="Times New Roman"/>
      <w:b/>
      <w:bCs/>
      <w:i/>
      <w:iCs/>
      <w:color w:val="4F81BD" w:themeColor="accent1"/>
      <w:sz w:val="28"/>
    </w:rPr>
  </w:style>
  <w:style w:type="character" w:styleId="afe">
    <w:name w:val="Subtle Emphasis"/>
    <w:basedOn w:val="a2"/>
    <w:uiPriority w:val="19"/>
    <w:qFormat/>
    <w:rsid w:val="006C7C92"/>
    <w:rPr>
      <w:i/>
      <w:iCs/>
      <w:color w:val="808080" w:themeColor="text1" w:themeTint="7F"/>
    </w:rPr>
  </w:style>
  <w:style w:type="character" w:styleId="aff">
    <w:name w:val="Intense Emphasis"/>
    <w:basedOn w:val="a2"/>
    <w:uiPriority w:val="21"/>
    <w:qFormat/>
    <w:rsid w:val="006C7C92"/>
    <w:rPr>
      <w:b/>
      <w:bCs/>
      <w:i/>
      <w:iCs/>
      <w:color w:val="4F81BD" w:themeColor="accent1"/>
    </w:rPr>
  </w:style>
  <w:style w:type="character" w:styleId="aff0">
    <w:name w:val="Subtle Reference"/>
    <w:basedOn w:val="a2"/>
    <w:uiPriority w:val="31"/>
    <w:qFormat/>
    <w:rsid w:val="006C7C92"/>
    <w:rPr>
      <w:smallCaps/>
      <w:color w:val="C0504D" w:themeColor="accent2"/>
      <w:u w:val="single"/>
    </w:rPr>
  </w:style>
  <w:style w:type="character" w:styleId="aff1">
    <w:name w:val="Intense Reference"/>
    <w:basedOn w:val="a2"/>
    <w:uiPriority w:val="32"/>
    <w:qFormat/>
    <w:rsid w:val="006C7C92"/>
    <w:rPr>
      <w:b/>
      <w:bCs/>
      <w:smallCaps/>
      <w:color w:val="C0504D" w:themeColor="accent2"/>
      <w:spacing w:val="5"/>
      <w:u w:val="single"/>
    </w:rPr>
  </w:style>
  <w:style w:type="character" w:styleId="aff2">
    <w:name w:val="Book Title"/>
    <w:basedOn w:val="a2"/>
    <w:uiPriority w:val="33"/>
    <w:qFormat/>
    <w:rsid w:val="006C7C92"/>
    <w:rPr>
      <w:b/>
      <w:bCs/>
      <w:smallCaps/>
      <w:spacing w:val="5"/>
    </w:rPr>
  </w:style>
  <w:style w:type="paragraph" w:styleId="aff3">
    <w:name w:val="TOC Heading"/>
    <w:basedOn w:val="1"/>
    <w:next w:val="a1"/>
    <w:uiPriority w:val="39"/>
    <w:unhideWhenUsed/>
    <w:qFormat/>
    <w:rsid w:val="006C7C92"/>
    <w:pPr>
      <w:spacing w:before="480" w:line="276" w:lineRule="auto"/>
      <w:jc w:val="left"/>
      <w:outlineLvl w:val="9"/>
    </w:pPr>
    <w:rPr>
      <w:rFonts w:asciiTheme="majorHAnsi" w:hAnsiTheme="majorHAnsi"/>
      <w:bCs/>
      <w:caps w:val="0"/>
      <w:color w:val="365F91" w:themeColor="accent1" w:themeShade="BF"/>
      <w:szCs w:val="28"/>
    </w:rPr>
  </w:style>
  <w:style w:type="table" w:styleId="aff4">
    <w:name w:val="Table Grid"/>
    <w:basedOn w:val="a3"/>
    <w:uiPriority w:val="59"/>
    <w:rsid w:val="006C7C9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5">
    <w:name w:val="Light Shading"/>
    <w:basedOn w:val="a3"/>
    <w:uiPriority w:val="60"/>
    <w:rsid w:val="006C7C92"/>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6C7C92"/>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6C7C92"/>
    <w:pPr>
      <w:spacing w:after="0" w:line="240" w:lineRule="auto"/>
    </w:pPr>
    <w:rPr>
      <w:rFonts w:eastAsiaTheme="minorEastAsi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6C7C92"/>
    <w:pPr>
      <w:spacing w:after="0" w:line="240" w:lineRule="auto"/>
    </w:pPr>
    <w:rPr>
      <w:rFonts w:eastAsiaTheme="minorEastAsia"/>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6C7C92"/>
    <w:pPr>
      <w:spacing w:after="0" w:line="240" w:lineRule="auto"/>
    </w:pPr>
    <w:rPr>
      <w:rFonts w:eastAsiaTheme="minorEastAsia"/>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6C7C92"/>
    <w:pPr>
      <w:spacing w:after="0" w:line="240" w:lineRule="auto"/>
    </w:pPr>
    <w:rPr>
      <w:rFonts w:eastAsiaTheme="minorEastAsia"/>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6C7C92"/>
    <w:pPr>
      <w:spacing w:after="0" w:line="240" w:lineRule="auto"/>
    </w:pPr>
    <w:rPr>
      <w:rFonts w:eastAsiaTheme="minorEastAsia"/>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6">
    <w:name w:val="Light List"/>
    <w:basedOn w:val="a3"/>
    <w:uiPriority w:val="61"/>
    <w:rsid w:val="006C7C92"/>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6C7C92"/>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6C7C92"/>
    <w:pPr>
      <w:spacing w:after="0" w:line="240" w:lineRule="auto"/>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6C7C92"/>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6C7C92"/>
    <w:pPr>
      <w:spacing w:after="0" w:line="240" w:lineRule="auto"/>
    </w:pPr>
    <w:rPr>
      <w:rFonts w:eastAsiaTheme="minorEastAsia"/>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6C7C92"/>
    <w:pPr>
      <w:spacing w:after="0" w:line="240" w:lineRule="auto"/>
    </w:pPr>
    <w:rPr>
      <w:rFonts w:eastAsiaTheme="minorEastAsi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6C7C92"/>
    <w:pPr>
      <w:spacing w:after="0" w:line="240" w:lineRule="auto"/>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7">
    <w:name w:val="Light Grid"/>
    <w:basedOn w:val="a3"/>
    <w:uiPriority w:val="62"/>
    <w:rsid w:val="006C7C92"/>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6C7C92"/>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6C7C92"/>
    <w:pPr>
      <w:spacing w:after="0" w:line="240" w:lineRule="auto"/>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6C7C92"/>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6C7C92"/>
    <w:pPr>
      <w:spacing w:after="0" w:line="240" w:lineRule="auto"/>
    </w:pPr>
    <w:rPr>
      <w:rFonts w:eastAsiaTheme="minorEastAsia"/>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6C7C92"/>
    <w:pPr>
      <w:spacing w:after="0" w:line="240" w:lineRule="auto"/>
    </w:pPr>
    <w:rPr>
      <w:rFonts w:eastAsiaTheme="minorEastAsi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6C7C92"/>
    <w:pPr>
      <w:spacing w:after="0" w:line="240" w:lineRule="auto"/>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6C7C92"/>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6C7C92"/>
    <w:pPr>
      <w:spacing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6C7C92"/>
    <w:pPr>
      <w:spacing w:after="0" w:line="240" w:lineRule="auto"/>
    </w:pPr>
    <w:rPr>
      <w:rFonts w:eastAsiaTheme="minorEastAsia"/>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6C7C92"/>
    <w:pPr>
      <w:spacing w:after="0" w:line="240" w:lineRule="auto"/>
    </w:pPr>
    <w:rPr>
      <w:rFonts w:eastAsiaTheme="minorEastAsia"/>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6C7C92"/>
    <w:pPr>
      <w:spacing w:after="0" w:line="240" w:lineRule="auto"/>
    </w:pPr>
    <w:rPr>
      <w:rFonts w:eastAsiaTheme="minorEastAsia"/>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6C7C92"/>
    <w:pPr>
      <w:spacing w:after="0" w:line="240" w:lineRule="auto"/>
    </w:pPr>
    <w:rPr>
      <w:rFonts w:eastAsiaTheme="minorEastAsia"/>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6C7C92"/>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6C7C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6C7C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6C7C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6C7C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6C7C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6C7C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6C7C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6C7C92"/>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6C7C92"/>
    <w:pPr>
      <w:spacing w:after="0" w:line="240" w:lineRule="auto"/>
    </w:pPr>
    <w:rPr>
      <w:rFonts w:eastAsiaTheme="minorEastAsia"/>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6C7C92"/>
    <w:pPr>
      <w:spacing w:after="0" w:line="240" w:lineRule="auto"/>
    </w:pPr>
    <w:rPr>
      <w:rFonts w:eastAsiaTheme="minorEastAsia"/>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6C7C92"/>
    <w:pPr>
      <w:spacing w:after="0" w:line="240" w:lineRule="auto"/>
    </w:pPr>
    <w:rPr>
      <w:rFonts w:eastAsiaTheme="minorEastAsia"/>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6C7C92"/>
    <w:pPr>
      <w:spacing w:after="0" w:line="240" w:lineRule="auto"/>
    </w:pPr>
    <w:rPr>
      <w:rFonts w:eastAsiaTheme="minorEastAsia"/>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6C7C92"/>
    <w:pPr>
      <w:spacing w:after="0" w:line="240" w:lineRule="auto"/>
    </w:pPr>
    <w:rPr>
      <w:rFonts w:eastAsiaTheme="minorEastAsia"/>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6C7C92"/>
    <w:pPr>
      <w:spacing w:after="0" w:line="240" w:lineRule="auto"/>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6C7C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6C7C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6C7C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6C7C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6C7C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6C7C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6C7C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6C7C92"/>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6C7C92"/>
    <w:pPr>
      <w:spacing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6C7C92"/>
    <w:pPr>
      <w:spacing w:after="0" w:line="240" w:lineRule="auto"/>
    </w:pPr>
    <w:rPr>
      <w:rFonts w:eastAsiaTheme="minorEastAsia"/>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6C7C92"/>
    <w:pPr>
      <w:spacing w:after="0" w:line="240" w:lineRule="auto"/>
    </w:pPr>
    <w:rPr>
      <w:rFonts w:eastAsiaTheme="minorEastAsia"/>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6C7C92"/>
    <w:pPr>
      <w:spacing w:after="0" w:line="240" w:lineRule="auto"/>
    </w:pPr>
    <w:rPr>
      <w:rFonts w:eastAsiaTheme="minorEastAsia"/>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6C7C92"/>
    <w:pPr>
      <w:spacing w:after="0" w:line="240" w:lineRule="auto"/>
    </w:pPr>
    <w:rPr>
      <w:rFonts w:eastAsiaTheme="minorEastAsia"/>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6C7C92"/>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6C7C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6C7C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6C7C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6C7C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6C7C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6C7C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6C7C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6C7C92"/>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6C7C92"/>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6C7C92"/>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6C7C92"/>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6C7C92"/>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6C7C92"/>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6C7C92"/>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8">
    <w:name w:val="Dark List"/>
    <w:basedOn w:val="a3"/>
    <w:uiPriority w:val="70"/>
    <w:rsid w:val="006C7C92"/>
    <w:pPr>
      <w:spacing w:after="0" w:line="240" w:lineRule="auto"/>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6C7C92"/>
    <w:pPr>
      <w:spacing w:after="0" w:line="240" w:lineRule="auto"/>
    </w:pPr>
    <w:rPr>
      <w:rFonts w:eastAsiaTheme="minorEastAsi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6C7C92"/>
    <w:pPr>
      <w:spacing w:after="0" w:line="240" w:lineRule="auto"/>
    </w:pPr>
    <w:rPr>
      <w:rFonts w:eastAsiaTheme="minorEastAsi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6C7C92"/>
    <w:pPr>
      <w:spacing w:after="0" w:line="240" w:lineRule="auto"/>
    </w:pPr>
    <w:rPr>
      <w:rFonts w:eastAsiaTheme="minorEastAsi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6C7C92"/>
    <w:pPr>
      <w:spacing w:after="0" w:line="240" w:lineRule="auto"/>
    </w:pPr>
    <w:rPr>
      <w:rFonts w:eastAsiaTheme="minorEastAsi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6C7C92"/>
    <w:pPr>
      <w:spacing w:after="0" w:line="240" w:lineRule="auto"/>
    </w:pPr>
    <w:rPr>
      <w:rFonts w:eastAsiaTheme="minorEastAsi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6C7C92"/>
    <w:pPr>
      <w:spacing w:after="0" w:line="240" w:lineRule="auto"/>
    </w:pPr>
    <w:rPr>
      <w:rFonts w:eastAsiaTheme="minorEastAsi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9">
    <w:name w:val="Colorful Shading"/>
    <w:basedOn w:val="a3"/>
    <w:uiPriority w:val="71"/>
    <w:rsid w:val="006C7C92"/>
    <w:pPr>
      <w:spacing w:after="0" w:line="240" w:lineRule="auto"/>
    </w:pPr>
    <w:rPr>
      <w:rFonts w:eastAsiaTheme="minorEastAsi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6C7C92"/>
    <w:pPr>
      <w:spacing w:after="0" w:line="240" w:lineRule="auto"/>
    </w:pPr>
    <w:rPr>
      <w:rFonts w:eastAsiaTheme="minorEastAsi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6C7C92"/>
    <w:pPr>
      <w:spacing w:after="0" w:line="240" w:lineRule="auto"/>
    </w:pPr>
    <w:rPr>
      <w:rFonts w:eastAsiaTheme="minorEastAsi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6C7C92"/>
    <w:pPr>
      <w:spacing w:after="0" w:line="240" w:lineRule="auto"/>
    </w:pPr>
    <w:rPr>
      <w:rFonts w:eastAsiaTheme="minorEastAsi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6C7C92"/>
    <w:pPr>
      <w:spacing w:after="0" w:line="240" w:lineRule="auto"/>
    </w:pPr>
    <w:rPr>
      <w:rFonts w:eastAsiaTheme="minorEastAsi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6C7C92"/>
    <w:pPr>
      <w:spacing w:after="0" w:line="240" w:lineRule="auto"/>
    </w:pPr>
    <w:rPr>
      <w:rFonts w:eastAsiaTheme="minorEastAsi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6C7C92"/>
    <w:pPr>
      <w:spacing w:after="0" w:line="240" w:lineRule="auto"/>
    </w:pPr>
    <w:rPr>
      <w:rFonts w:eastAsiaTheme="minorEastAsi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a">
    <w:name w:val="Colorful List"/>
    <w:basedOn w:val="a3"/>
    <w:uiPriority w:val="72"/>
    <w:rsid w:val="006C7C92"/>
    <w:pPr>
      <w:spacing w:after="0" w:line="240" w:lineRule="auto"/>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6C7C92"/>
    <w:pPr>
      <w:spacing w:after="0" w:line="240" w:lineRule="auto"/>
    </w:pPr>
    <w:rPr>
      <w:rFonts w:eastAsiaTheme="minorEastAsi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6C7C92"/>
    <w:pPr>
      <w:spacing w:after="0" w:line="240" w:lineRule="auto"/>
    </w:pPr>
    <w:rPr>
      <w:rFonts w:eastAsiaTheme="minorEastAsi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6C7C92"/>
    <w:pPr>
      <w:spacing w:after="0" w:line="240" w:lineRule="auto"/>
    </w:pPr>
    <w:rPr>
      <w:rFonts w:eastAsiaTheme="minorEastAsi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6C7C92"/>
    <w:pPr>
      <w:spacing w:after="0" w:line="240" w:lineRule="auto"/>
    </w:pPr>
    <w:rPr>
      <w:rFonts w:eastAsiaTheme="minorEastAsi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6C7C92"/>
    <w:pPr>
      <w:spacing w:after="0" w:line="240" w:lineRule="auto"/>
    </w:pPr>
    <w:rPr>
      <w:rFonts w:eastAsiaTheme="minorEastAsi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6C7C92"/>
    <w:pPr>
      <w:spacing w:after="0" w:line="240" w:lineRule="auto"/>
    </w:pPr>
    <w:rPr>
      <w:rFonts w:eastAsiaTheme="minorEastAsi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b">
    <w:name w:val="Colorful Grid"/>
    <w:basedOn w:val="a3"/>
    <w:uiPriority w:val="73"/>
    <w:rsid w:val="006C7C92"/>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6C7C92"/>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6C7C92"/>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6C7C92"/>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6C7C92"/>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6C7C92"/>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6C7C92"/>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14">
    <w:name w:val="Неразрешенное упоминание1"/>
    <w:basedOn w:val="a2"/>
    <w:uiPriority w:val="99"/>
    <w:semiHidden/>
    <w:unhideWhenUsed/>
    <w:rsid w:val="00AE482E"/>
    <w:rPr>
      <w:color w:val="605E5C"/>
      <w:shd w:val="clear" w:color="auto" w:fill="E1DFDD"/>
    </w:rPr>
  </w:style>
  <w:style w:type="paragraph" w:styleId="15">
    <w:name w:val="toc 1"/>
    <w:basedOn w:val="a1"/>
    <w:next w:val="a1"/>
    <w:autoRedefine/>
    <w:uiPriority w:val="39"/>
    <w:unhideWhenUsed/>
    <w:rsid w:val="00750BFA"/>
    <w:pPr>
      <w:tabs>
        <w:tab w:val="right" w:leader="dot" w:pos="9962"/>
      </w:tabs>
      <w:spacing w:after="100"/>
    </w:pPr>
    <w:rPr>
      <w:rFonts w:ascii="Times New Roman" w:hAnsi="Times New Roman"/>
      <w:sz w:val="28"/>
      <w:szCs w:val="28"/>
      <w:lang w:val="uk-UA"/>
    </w:rPr>
  </w:style>
  <w:style w:type="paragraph" w:styleId="2c">
    <w:name w:val="toc 2"/>
    <w:basedOn w:val="a1"/>
    <w:next w:val="a1"/>
    <w:autoRedefine/>
    <w:uiPriority w:val="39"/>
    <w:unhideWhenUsed/>
    <w:rsid w:val="001D22D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719564">
      <w:bodyDiv w:val="1"/>
      <w:marLeft w:val="0"/>
      <w:marRight w:val="0"/>
      <w:marTop w:val="0"/>
      <w:marBottom w:val="0"/>
      <w:divBdr>
        <w:top w:val="none" w:sz="0" w:space="0" w:color="auto"/>
        <w:left w:val="none" w:sz="0" w:space="0" w:color="auto"/>
        <w:bottom w:val="none" w:sz="0" w:space="0" w:color="auto"/>
        <w:right w:val="none" w:sz="0" w:space="0" w:color="auto"/>
      </w:divBdr>
      <w:divsChild>
        <w:div w:id="16395155">
          <w:marLeft w:val="0"/>
          <w:marRight w:val="0"/>
          <w:marTop w:val="60"/>
          <w:marBottom w:val="60"/>
          <w:divBdr>
            <w:top w:val="none" w:sz="0" w:space="0" w:color="auto"/>
            <w:left w:val="none" w:sz="0" w:space="0" w:color="auto"/>
            <w:bottom w:val="single" w:sz="6" w:space="2" w:color="A2A9B1"/>
            <w:right w:val="none" w:sz="0" w:space="0" w:color="auto"/>
          </w:divBdr>
        </w:div>
        <w:div w:id="782305478">
          <w:marLeft w:val="0"/>
          <w:marRight w:val="0"/>
          <w:marTop w:val="60"/>
          <w:marBottom w:val="60"/>
          <w:divBdr>
            <w:top w:val="none" w:sz="0" w:space="0" w:color="auto"/>
            <w:left w:val="none" w:sz="0" w:space="0" w:color="auto"/>
            <w:bottom w:val="none" w:sz="0" w:space="0" w:color="auto"/>
            <w:right w:val="none" w:sz="0" w:space="0" w:color="auto"/>
          </w:divBdr>
        </w:div>
        <w:div w:id="664936207">
          <w:marLeft w:val="0"/>
          <w:marRight w:val="0"/>
          <w:marTop w:val="60"/>
          <w:marBottom w:val="60"/>
          <w:divBdr>
            <w:top w:val="none" w:sz="0" w:space="0" w:color="auto"/>
            <w:left w:val="none" w:sz="0" w:space="0" w:color="auto"/>
            <w:bottom w:val="single" w:sz="6" w:space="2" w:color="A2A9B1"/>
            <w:right w:val="none" w:sz="0" w:space="0" w:color="auto"/>
          </w:divBdr>
        </w:div>
      </w:divsChild>
    </w:div>
    <w:div w:id="597719616">
      <w:bodyDiv w:val="1"/>
      <w:marLeft w:val="0"/>
      <w:marRight w:val="0"/>
      <w:marTop w:val="0"/>
      <w:marBottom w:val="0"/>
      <w:divBdr>
        <w:top w:val="none" w:sz="0" w:space="0" w:color="auto"/>
        <w:left w:val="none" w:sz="0" w:space="0" w:color="auto"/>
        <w:bottom w:val="none" w:sz="0" w:space="0" w:color="auto"/>
        <w:right w:val="none" w:sz="0" w:space="0" w:color="auto"/>
      </w:divBdr>
    </w:div>
    <w:div w:id="1475755092">
      <w:bodyDiv w:val="1"/>
      <w:marLeft w:val="0"/>
      <w:marRight w:val="0"/>
      <w:marTop w:val="0"/>
      <w:marBottom w:val="0"/>
      <w:divBdr>
        <w:top w:val="none" w:sz="0" w:space="0" w:color="auto"/>
        <w:left w:val="none" w:sz="0" w:space="0" w:color="auto"/>
        <w:bottom w:val="none" w:sz="0" w:space="0" w:color="auto"/>
        <w:right w:val="none" w:sz="0" w:space="0" w:color="auto"/>
      </w:divBdr>
      <w:divsChild>
        <w:div w:id="461004967">
          <w:marLeft w:val="0"/>
          <w:marRight w:val="0"/>
          <w:marTop w:val="0"/>
          <w:marBottom w:val="0"/>
          <w:divBdr>
            <w:top w:val="none" w:sz="0" w:space="0" w:color="auto"/>
            <w:left w:val="none" w:sz="0" w:space="0" w:color="auto"/>
            <w:bottom w:val="single" w:sz="6" w:space="0" w:color="F9FBFD"/>
            <w:right w:val="none" w:sz="0" w:space="0" w:color="auto"/>
          </w:divBdr>
          <w:divsChild>
            <w:div w:id="1457874278">
              <w:marLeft w:val="0"/>
              <w:marRight w:val="0"/>
              <w:marTop w:val="0"/>
              <w:marBottom w:val="0"/>
              <w:divBdr>
                <w:top w:val="none" w:sz="0" w:space="0" w:color="auto"/>
                <w:left w:val="none" w:sz="0" w:space="0" w:color="auto"/>
                <w:bottom w:val="none" w:sz="0" w:space="0" w:color="auto"/>
                <w:right w:val="none" w:sz="0" w:space="0" w:color="auto"/>
              </w:divBdr>
              <w:divsChild>
                <w:div w:id="1074548040">
                  <w:marLeft w:val="0"/>
                  <w:marRight w:val="0"/>
                  <w:marTop w:val="0"/>
                  <w:marBottom w:val="0"/>
                  <w:divBdr>
                    <w:top w:val="none" w:sz="0" w:space="0" w:color="auto"/>
                    <w:left w:val="none" w:sz="0" w:space="0" w:color="auto"/>
                    <w:bottom w:val="none" w:sz="0" w:space="0" w:color="auto"/>
                    <w:right w:val="none" w:sz="0" w:space="0" w:color="auto"/>
                  </w:divBdr>
                  <w:divsChild>
                    <w:div w:id="351348033">
                      <w:marLeft w:val="0"/>
                      <w:marRight w:val="0"/>
                      <w:marTop w:val="0"/>
                      <w:marBottom w:val="0"/>
                      <w:divBdr>
                        <w:top w:val="none" w:sz="0" w:space="0" w:color="auto"/>
                        <w:left w:val="none" w:sz="0" w:space="0" w:color="auto"/>
                        <w:bottom w:val="none" w:sz="0" w:space="0" w:color="auto"/>
                        <w:right w:val="none" w:sz="0" w:space="0" w:color="auto"/>
                      </w:divBdr>
                      <w:divsChild>
                        <w:div w:id="1955748898">
                          <w:marLeft w:val="810"/>
                          <w:marRight w:val="0"/>
                          <w:marTop w:val="0"/>
                          <w:marBottom w:val="0"/>
                          <w:divBdr>
                            <w:top w:val="none" w:sz="0" w:space="0" w:color="auto"/>
                            <w:left w:val="none" w:sz="0" w:space="0" w:color="auto"/>
                            <w:bottom w:val="none" w:sz="0" w:space="0" w:color="auto"/>
                            <w:right w:val="none" w:sz="0" w:space="0" w:color="auto"/>
                          </w:divBdr>
                          <w:divsChild>
                            <w:div w:id="302122634">
                              <w:marLeft w:val="0"/>
                              <w:marRight w:val="0"/>
                              <w:marTop w:val="0"/>
                              <w:marBottom w:val="0"/>
                              <w:divBdr>
                                <w:top w:val="none" w:sz="0" w:space="0" w:color="auto"/>
                                <w:left w:val="none" w:sz="0" w:space="0" w:color="auto"/>
                                <w:bottom w:val="none" w:sz="0" w:space="0" w:color="auto"/>
                                <w:right w:val="none" w:sz="0" w:space="0" w:color="auto"/>
                              </w:divBdr>
                              <w:divsChild>
                                <w:div w:id="1230312430">
                                  <w:marLeft w:val="0"/>
                                  <w:marRight w:val="0"/>
                                  <w:marTop w:val="0"/>
                                  <w:marBottom w:val="0"/>
                                  <w:divBdr>
                                    <w:top w:val="none" w:sz="0" w:space="0" w:color="auto"/>
                                    <w:left w:val="none" w:sz="0" w:space="0" w:color="auto"/>
                                    <w:bottom w:val="none" w:sz="0" w:space="0" w:color="auto"/>
                                    <w:right w:val="none" w:sz="0" w:space="0" w:color="auto"/>
                                  </w:divBdr>
                                  <w:divsChild>
                                    <w:div w:id="1321956595">
                                      <w:marLeft w:val="0"/>
                                      <w:marRight w:val="0"/>
                                      <w:marTop w:val="0"/>
                                      <w:marBottom w:val="0"/>
                                      <w:divBdr>
                                        <w:top w:val="none" w:sz="0" w:space="0" w:color="auto"/>
                                        <w:left w:val="none" w:sz="0" w:space="0" w:color="auto"/>
                                        <w:bottom w:val="none" w:sz="0" w:space="0" w:color="auto"/>
                                        <w:right w:val="none" w:sz="0" w:space="0" w:color="auto"/>
                                      </w:divBdr>
                                      <w:divsChild>
                                        <w:div w:id="1766732425">
                                          <w:marLeft w:val="0"/>
                                          <w:marRight w:val="0"/>
                                          <w:marTop w:val="0"/>
                                          <w:marBottom w:val="0"/>
                                          <w:divBdr>
                                            <w:top w:val="none" w:sz="0" w:space="0" w:color="auto"/>
                                            <w:left w:val="none" w:sz="0" w:space="0" w:color="auto"/>
                                            <w:bottom w:val="none" w:sz="0" w:space="0" w:color="auto"/>
                                            <w:right w:val="none" w:sz="0" w:space="0" w:color="auto"/>
                                          </w:divBdr>
                                        </w:div>
                                        <w:div w:id="12285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675809">
              <w:marLeft w:val="0"/>
              <w:marRight w:val="0"/>
              <w:marTop w:val="0"/>
              <w:marBottom w:val="0"/>
              <w:divBdr>
                <w:top w:val="none" w:sz="0" w:space="0" w:color="auto"/>
                <w:left w:val="none" w:sz="0" w:space="0" w:color="auto"/>
                <w:bottom w:val="none" w:sz="0" w:space="0" w:color="auto"/>
                <w:right w:val="none" w:sz="0" w:space="0" w:color="auto"/>
              </w:divBdr>
              <w:divsChild>
                <w:div w:id="1342780878">
                  <w:marLeft w:val="0"/>
                  <w:marRight w:val="0"/>
                  <w:marTop w:val="0"/>
                  <w:marBottom w:val="0"/>
                  <w:divBdr>
                    <w:top w:val="none" w:sz="0" w:space="0" w:color="auto"/>
                    <w:left w:val="none" w:sz="0" w:space="0" w:color="auto"/>
                    <w:bottom w:val="none" w:sz="0" w:space="0" w:color="auto"/>
                    <w:right w:val="none" w:sz="0" w:space="0" w:color="auto"/>
                  </w:divBdr>
                  <w:divsChild>
                    <w:div w:id="850029841">
                      <w:marLeft w:val="0"/>
                      <w:marRight w:val="0"/>
                      <w:marTop w:val="0"/>
                      <w:marBottom w:val="0"/>
                      <w:divBdr>
                        <w:top w:val="none" w:sz="0" w:space="0" w:color="auto"/>
                        <w:left w:val="none" w:sz="0" w:space="0" w:color="auto"/>
                        <w:bottom w:val="none" w:sz="0" w:space="0" w:color="auto"/>
                        <w:right w:val="none" w:sz="0" w:space="0" w:color="auto"/>
                      </w:divBdr>
                      <w:divsChild>
                        <w:div w:id="524366100">
                          <w:marLeft w:val="90"/>
                          <w:marRight w:val="90"/>
                          <w:marTop w:val="30"/>
                          <w:marBottom w:val="30"/>
                          <w:divBdr>
                            <w:top w:val="none" w:sz="0" w:space="0" w:color="auto"/>
                            <w:left w:val="none" w:sz="0" w:space="0" w:color="auto"/>
                            <w:bottom w:val="none" w:sz="0" w:space="0" w:color="auto"/>
                            <w:right w:val="none" w:sz="0" w:space="0" w:color="auto"/>
                          </w:divBdr>
                        </w:div>
                        <w:div w:id="20403744">
                          <w:marLeft w:val="0"/>
                          <w:marRight w:val="0"/>
                          <w:marTop w:val="0"/>
                          <w:marBottom w:val="0"/>
                          <w:divBdr>
                            <w:top w:val="none" w:sz="0" w:space="0" w:color="auto"/>
                            <w:left w:val="none" w:sz="0" w:space="0" w:color="auto"/>
                            <w:bottom w:val="single" w:sz="6" w:space="0" w:color="C7C7C7"/>
                            <w:right w:val="none" w:sz="0" w:space="0" w:color="auto"/>
                          </w:divBdr>
                          <w:divsChild>
                            <w:div w:id="254242513">
                              <w:marLeft w:val="0"/>
                              <w:marRight w:val="0"/>
                              <w:marTop w:val="0"/>
                              <w:marBottom w:val="0"/>
                              <w:divBdr>
                                <w:top w:val="none" w:sz="0" w:space="0" w:color="auto"/>
                                <w:left w:val="none" w:sz="0" w:space="0" w:color="auto"/>
                                <w:bottom w:val="none" w:sz="0" w:space="0" w:color="auto"/>
                                <w:right w:val="none" w:sz="0" w:space="0" w:color="auto"/>
                              </w:divBdr>
                              <w:divsChild>
                                <w:div w:id="1508204921">
                                  <w:marLeft w:val="0"/>
                                  <w:marRight w:val="0"/>
                                  <w:marTop w:val="0"/>
                                  <w:marBottom w:val="0"/>
                                  <w:divBdr>
                                    <w:top w:val="none" w:sz="0" w:space="0" w:color="auto"/>
                                    <w:left w:val="none" w:sz="0" w:space="0" w:color="auto"/>
                                    <w:bottom w:val="none" w:sz="0" w:space="0" w:color="auto"/>
                                    <w:right w:val="none" w:sz="0" w:space="0" w:color="auto"/>
                                  </w:divBdr>
                                  <w:divsChild>
                                    <w:div w:id="540559180">
                                      <w:marLeft w:val="0"/>
                                      <w:marRight w:val="0"/>
                                      <w:marTop w:val="0"/>
                                      <w:marBottom w:val="0"/>
                                      <w:divBdr>
                                        <w:top w:val="none" w:sz="0" w:space="0" w:color="auto"/>
                                        <w:left w:val="none" w:sz="0" w:space="0" w:color="auto"/>
                                        <w:bottom w:val="none" w:sz="0" w:space="0" w:color="auto"/>
                                        <w:right w:val="none" w:sz="0" w:space="0" w:color="auto"/>
                                      </w:divBdr>
                                      <w:divsChild>
                                        <w:div w:id="142032716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4087075">
          <w:marLeft w:val="0"/>
          <w:marRight w:val="0"/>
          <w:marTop w:val="0"/>
          <w:marBottom w:val="0"/>
          <w:divBdr>
            <w:top w:val="none" w:sz="0" w:space="0" w:color="auto"/>
            <w:left w:val="none" w:sz="0" w:space="0" w:color="auto"/>
            <w:bottom w:val="none" w:sz="0" w:space="0" w:color="auto"/>
            <w:right w:val="none" w:sz="0" w:space="0" w:color="auto"/>
          </w:divBdr>
          <w:divsChild>
            <w:div w:id="1157186965">
              <w:marLeft w:val="0"/>
              <w:marRight w:val="0"/>
              <w:marTop w:val="0"/>
              <w:marBottom w:val="0"/>
              <w:divBdr>
                <w:top w:val="none" w:sz="0" w:space="0" w:color="auto"/>
                <w:left w:val="none" w:sz="0" w:space="0" w:color="auto"/>
                <w:bottom w:val="none" w:sz="0" w:space="0" w:color="auto"/>
                <w:right w:val="none" w:sz="0" w:space="0" w:color="auto"/>
              </w:divBdr>
              <w:divsChild>
                <w:div w:id="1830824396">
                  <w:marLeft w:val="0"/>
                  <w:marRight w:val="0"/>
                  <w:marTop w:val="0"/>
                  <w:marBottom w:val="0"/>
                  <w:divBdr>
                    <w:top w:val="none" w:sz="0" w:space="0" w:color="auto"/>
                    <w:left w:val="none" w:sz="0" w:space="0" w:color="auto"/>
                    <w:bottom w:val="none" w:sz="0" w:space="0" w:color="auto"/>
                    <w:right w:val="none" w:sz="0" w:space="0" w:color="auto"/>
                  </w:divBdr>
                  <w:divsChild>
                    <w:div w:id="273220367">
                      <w:marLeft w:val="0"/>
                      <w:marRight w:val="0"/>
                      <w:marTop w:val="0"/>
                      <w:marBottom w:val="0"/>
                      <w:divBdr>
                        <w:top w:val="none" w:sz="0" w:space="0" w:color="auto"/>
                        <w:left w:val="none" w:sz="0" w:space="0" w:color="auto"/>
                        <w:bottom w:val="none" w:sz="0" w:space="0" w:color="auto"/>
                        <w:right w:val="none" w:sz="0" w:space="0" w:color="auto"/>
                      </w:divBdr>
                      <w:divsChild>
                        <w:div w:id="2022123056">
                          <w:marLeft w:val="0"/>
                          <w:marRight w:val="0"/>
                          <w:marTop w:val="0"/>
                          <w:marBottom w:val="0"/>
                          <w:divBdr>
                            <w:top w:val="none" w:sz="0" w:space="0" w:color="auto"/>
                            <w:left w:val="none" w:sz="0" w:space="0" w:color="auto"/>
                            <w:bottom w:val="none" w:sz="0" w:space="0" w:color="auto"/>
                            <w:right w:val="none" w:sz="0" w:space="0" w:color="auto"/>
                          </w:divBdr>
                          <w:divsChild>
                            <w:div w:id="1744065081">
                              <w:marLeft w:val="0"/>
                              <w:marRight w:val="0"/>
                              <w:marTop w:val="0"/>
                              <w:marBottom w:val="0"/>
                              <w:divBdr>
                                <w:top w:val="none" w:sz="0" w:space="0" w:color="auto"/>
                                <w:left w:val="none" w:sz="0" w:space="0" w:color="auto"/>
                                <w:bottom w:val="none" w:sz="0" w:space="0" w:color="auto"/>
                                <w:right w:val="none" w:sz="0" w:space="0" w:color="auto"/>
                              </w:divBdr>
                              <w:divsChild>
                                <w:div w:id="1750543572">
                                  <w:marLeft w:val="0"/>
                                  <w:marRight w:val="0"/>
                                  <w:marTop w:val="0"/>
                                  <w:marBottom w:val="0"/>
                                  <w:divBdr>
                                    <w:top w:val="none" w:sz="0" w:space="0" w:color="auto"/>
                                    <w:left w:val="none" w:sz="0" w:space="0" w:color="auto"/>
                                    <w:bottom w:val="none" w:sz="0" w:space="0" w:color="auto"/>
                                    <w:right w:val="none" w:sz="0" w:space="0" w:color="auto"/>
                                  </w:divBdr>
                                  <w:divsChild>
                                    <w:div w:id="1940143228">
                                      <w:marLeft w:val="0"/>
                                      <w:marRight w:val="0"/>
                                      <w:marTop w:val="0"/>
                                      <w:marBottom w:val="0"/>
                                      <w:divBdr>
                                        <w:top w:val="none" w:sz="0" w:space="0" w:color="auto"/>
                                        <w:left w:val="none" w:sz="0" w:space="0" w:color="auto"/>
                                        <w:bottom w:val="none" w:sz="0" w:space="0" w:color="auto"/>
                                        <w:right w:val="none" w:sz="0" w:space="0" w:color="auto"/>
                                      </w:divBdr>
                                      <w:divsChild>
                                        <w:div w:id="2408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80124">
                              <w:marLeft w:val="0"/>
                              <w:marRight w:val="0"/>
                              <w:marTop w:val="0"/>
                              <w:marBottom w:val="0"/>
                              <w:divBdr>
                                <w:top w:val="none" w:sz="0" w:space="0" w:color="auto"/>
                                <w:left w:val="none" w:sz="0" w:space="0" w:color="auto"/>
                                <w:bottom w:val="none" w:sz="0" w:space="0" w:color="auto"/>
                                <w:right w:val="none" w:sz="0" w:space="0" w:color="auto"/>
                              </w:divBdr>
                              <w:divsChild>
                                <w:div w:id="532230329">
                                  <w:marLeft w:val="0"/>
                                  <w:marRight w:val="0"/>
                                  <w:marTop w:val="0"/>
                                  <w:marBottom w:val="0"/>
                                  <w:divBdr>
                                    <w:top w:val="none" w:sz="0" w:space="0" w:color="auto"/>
                                    <w:left w:val="none" w:sz="0" w:space="0" w:color="auto"/>
                                    <w:bottom w:val="none" w:sz="0" w:space="0" w:color="auto"/>
                                    <w:right w:val="none" w:sz="0" w:space="0" w:color="auto"/>
                                  </w:divBdr>
                                  <w:divsChild>
                                    <w:div w:id="1750925466">
                                      <w:marLeft w:val="0"/>
                                      <w:marRight w:val="0"/>
                                      <w:marTop w:val="0"/>
                                      <w:marBottom w:val="0"/>
                                      <w:divBdr>
                                        <w:top w:val="none" w:sz="0" w:space="0" w:color="auto"/>
                                        <w:left w:val="none" w:sz="0" w:space="0" w:color="auto"/>
                                        <w:bottom w:val="none" w:sz="0" w:space="0" w:color="auto"/>
                                        <w:right w:val="none" w:sz="0" w:space="0" w:color="auto"/>
                                      </w:divBdr>
                                      <w:divsChild>
                                        <w:div w:id="18625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17417">
          <w:marLeft w:val="0"/>
          <w:marRight w:val="0"/>
          <w:marTop w:val="0"/>
          <w:marBottom w:val="0"/>
          <w:divBdr>
            <w:top w:val="none" w:sz="0" w:space="0" w:color="auto"/>
            <w:left w:val="none" w:sz="0" w:space="0" w:color="auto"/>
            <w:bottom w:val="none" w:sz="0" w:space="0" w:color="auto"/>
            <w:right w:val="none" w:sz="0" w:space="0" w:color="auto"/>
          </w:divBdr>
          <w:divsChild>
            <w:div w:id="1269434653">
              <w:marLeft w:val="0"/>
              <w:marRight w:val="0"/>
              <w:marTop w:val="0"/>
              <w:marBottom w:val="0"/>
              <w:divBdr>
                <w:top w:val="single" w:sz="12" w:space="1" w:color="0B57D0"/>
                <w:left w:val="single" w:sz="12" w:space="2" w:color="0B57D0"/>
                <w:bottom w:val="single" w:sz="12" w:space="1" w:color="0B57D0"/>
                <w:right w:val="single" w:sz="12" w:space="2" w:color="0B57D0"/>
              </w:divBdr>
              <w:divsChild>
                <w:div w:id="17246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6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uk.wikipedia.org/wiki/GameMaker"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uk.wikipedia.org/wiki/FL_Studi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itproger.com/ua/course/un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ru.wikipedia.org/wiki/Aseprit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iq.vntu.edu.ua/repository/getfile.php/2302.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uk.wikipedia.org/wiki/Unreal_Engine" TargetMode="External"/><Relationship Id="rId30" Type="http://schemas.openxmlformats.org/officeDocument/2006/relationships/hyperlink" Target="https://rubryka.com/2021/07/14/h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D7C32-60A1-4E08-A62E-4EF7C669A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61</Pages>
  <Words>11983</Words>
  <Characters>68307</Characters>
  <Application>Microsoft Office Word</Application>
  <DocSecurity>0</DocSecurity>
  <Lines>569</Lines>
  <Paragraphs>160</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gudro</dc:creator>
  <cp:lastModifiedBy>Демиденко Максим Ігорович</cp:lastModifiedBy>
  <cp:revision>2</cp:revision>
  <dcterms:created xsi:type="dcterms:W3CDTF">2026-01-19T08:30:00Z</dcterms:created>
  <dcterms:modified xsi:type="dcterms:W3CDTF">2026-01-19T08:30:00Z</dcterms:modified>
</cp:coreProperties>
</file>